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الاخلاص والتوفيق</w:t>
      </w:r>
    </w:p>
    <w:p>
      <w:r>
        <w:t>وصلنا معكم الى هذه الفقرة ولما كانت عمدة المجادلة هي السؤال نعم في السجل المعرفي تسألها واجيب او انا اسأل وانت تجيب</w:t>
      </w:r>
    </w:p>
    <w:p>
      <w:r>
        <w:t>لان المجادلة مفاعلة ولما كانت عمدة المجادلة هي السؤال وعليه يبتلي الجواب قدم وصايا السائل على وصايا المجيب</w:t>
      </w:r>
    </w:p>
    <w:p>
      <w:r>
        <w:t>واوصي السائل بان يعد المواضع يعني المنطلقات يعني المعتقدات</w:t>
      </w:r>
    </w:p>
    <w:p>
      <w:r>
        <w:t>مع تصوراتها</w:t>
      </w:r>
    </w:p>
    <w:p>
      <w:r>
        <w:t>ويحررها ويعد الموضع الذي فيه الكلام من المواضع المذكورة فيما سلف للابطال اما اثبات آآ ما يدعيه هو الف ويبطل ما يدعيه الخصم</w:t>
      </w:r>
    </w:p>
    <w:p>
      <w:r>
        <w:t>انا ويدعي لا اعرف انا ابطل آآ لا الف واثبت الف اما للإبطال والإثبات اعدادا تاما</w:t>
      </w:r>
    </w:p>
    <w:p>
      <w:r>
        <w:t>نعم يعني مجهز تماما</w:t>
      </w:r>
    </w:p>
    <w:p>
      <w:r>
        <w:t>وان يرتب وجه المخاطبة في سؤاله ترتيبا جيدا يتدرج فيه بالسؤال يسيرا يسيرا</w:t>
      </w:r>
    </w:p>
    <w:p>
      <w:r>
        <w:t>لان لا يشعر المسئول بالوضع الذي يلزم منه ما يلزم</w:t>
      </w:r>
    </w:p>
    <w:p>
      <w:r>
        <w:t>فيتوقف عن تسليمه</w:t>
      </w:r>
    </w:p>
    <w:p>
      <w:r>
        <w:t>نعم</w:t>
      </w:r>
    </w:p>
    <w:p>
      <w:r>
        <w:t>هذه انا لاحظ بعضهم سريعا يجري بالمطلب</w:t>
      </w:r>
    </w:p>
    <w:p>
      <w:r>
        <w:t>طبعا طرف المقابل يتشنج وما يقبل</w:t>
      </w:r>
    </w:p>
    <w:p>
      <w:r>
        <w:t>لا الحكمة الرائعة</w:t>
      </w:r>
    </w:p>
    <w:p>
      <w:r>
        <w:t>وهذه طريقة طريقة سقراط</w:t>
      </w:r>
    </w:p>
    <w:p>
      <w:r>
        <w:t>سقراط وافلاطون</w:t>
      </w:r>
    </w:p>
    <w:p>
      <w:r>
        <w:t>كما ظهر وذلك في محاورات افلاطون انا اوصي الطالب ان يطالع هذه المحاورات من آآ كما يقال من من روائع حقيقة من روائع الادبية في العالم</w:t>
      </w:r>
    </w:p>
    <w:p>
      <w:r>
        <w:t>الى الان الناس تكتب عن على طول وتشرح كتب افلاطون ومعجبة فكره وبمبانيه</w:t>
      </w:r>
    </w:p>
    <w:p>
      <w:r>
        <w:t>نعم</w:t>
      </w:r>
    </w:p>
    <w:p>
      <w:r>
        <w:t>هناك ويتحدث بلسان سقراط كيف يولد المعنى منك انت من مخزونك انت ولهذا يقول انا امارس وظيفة امي</w:t>
      </w:r>
    </w:p>
    <w:p>
      <w:r>
        <w:t>امه كانت مولدة</w:t>
      </w:r>
    </w:p>
    <w:p>
      <w:r>
        <w:t>قابلة</w:t>
      </w:r>
    </w:p>
    <w:p>
      <w:r>
        <w:t>فهو يولد المعنى منك انت</w:t>
      </w:r>
    </w:p>
    <w:p>
      <w:r>
        <w:t>بالترتب والتسلسل وخطوة خطوة</w:t>
      </w:r>
    </w:p>
    <w:p>
      <w:r>
        <w:t>نعم</w:t>
      </w:r>
    </w:p>
    <w:p>
      <w:r>
        <w:t>يقول يت فيه بالسؤال يسيرا يسيرا لان لا يشعر المسؤول يعني المجادل طرف المقابل المخاطب بالوضع الذي يلزم منه ما يلزم يعني بالوضع الذي يؤدي الى النتيجة</w:t>
      </w:r>
    </w:p>
    <w:p>
      <w:r>
        <w:t>فيتوقف ذلك المخاطب طرف المقابل عن تسليمه</w:t>
      </w:r>
    </w:p>
    <w:p>
      <w:r>
        <w:t>فتنتفي المجادلة ولا فائدة منه</w:t>
      </w:r>
    </w:p>
    <w:p>
      <w:r>
        <w:t>بل يقدر في نفسه آآ اذا قلنا هنا يقدر ان يرتب وان يقدر</w:t>
      </w:r>
    </w:p>
    <w:p>
      <w:r>
        <w:t>او تقول لا بل هو يقدر</w:t>
      </w:r>
    </w:p>
    <w:p>
      <w:r>
        <w:t>يعني يقدر خبر اللي هو</w:t>
      </w:r>
    </w:p>
    <w:p>
      <w:r>
        <w:t>بل يقدر في نفسه وهو الصحيح لما بعد بل</w:t>
      </w:r>
    </w:p>
    <w:p>
      <w:r>
        <w:t>بعد بل ما تجي آآ العاطفة</w:t>
      </w:r>
    </w:p>
    <w:p>
      <w:r>
        <w:t>بل هنا آآ اضرابية بل يقدر هو يقدر هو مبتدأ يقدر جملة فعلية خضراء ويقدر في نفسه كيفية التوسل الى التسليم الى تسليم المقدمات من المجيب قبل السؤال</w:t>
      </w:r>
    </w:p>
    <w:p>
      <w:r>
        <w:t>ثم بالمطلوب بعد ذلك</w:t>
      </w:r>
    </w:p>
    <w:p>
      <w:r>
        <w:t>هذا هو الترتيب المنطقي</w:t>
      </w:r>
    </w:p>
    <w:p>
      <w:r>
        <w:t>الترتيب المنطقي</w:t>
      </w:r>
    </w:p>
    <w:p>
      <w:r>
        <w:t>حتى الاستاذ الناجح هكذا</w:t>
      </w:r>
    </w:p>
    <w:p>
      <w:r>
        <w:t>الاستاذ كذلك يخاطب الطلاب</w:t>
      </w:r>
    </w:p>
    <w:p>
      <w:r>
        <w:t>في هذه الحيثية يشبه تشبه المجاندة</w:t>
      </w:r>
    </w:p>
    <w:p>
      <w:r>
        <w:t>التدريس والمدرس يشبه الموج فقط في خاصية واحدة الاختلاف ان الطالب يسلم ما عند الاستاذ ما يقوله الاستاذ من اوضاع من منطلقات ثقة باستاذه</w:t>
      </w:r>
    </w:p>
    <w:p>
      <w:r>
        <w:t>نعم</w:t>
      </w:r>
    </w:p>
    <w:p>
      <w:r>
        <w:t>ثم اذا ترقى في العلم وصار عالم ممكن ينقذ بعض المنطلقات الاستاذ ما فيه ما فيه بأس</w:t>
      </w:r>
    </w:p>
    <w:p>
      <w:r>
        <w:t>والمقدمات المستعملة في الاقياس منها في الاقياس الجدلية</w:t>
      </w:r>
    </w:p>
    <w:p>
      <w:r>
        <w:t>منها ما هي ضرورية في انتاج في انتاج النتيجة</w:t>
      </w:r>
    </w:p>
    <w:p>
      <w:r>
        <w:t>كما سلف في القياس</w:t>
      </w:r>
    </w:p>
    <w:p>
      <w:r>
        <w:t>وهي التي تلزم عنها النتيجة بالذات ومنها ما هي خارجة عن ذلك</w:t>
      </w:r>
    </w:p>
    <w:p>
      <w:r>
        <w:t>والاول هو الاب يعني انت تستخدم الناقصة التي تولد النتيجة بالذات</w:t>
      </w:r>
    </w:p>
    <w:p>
      <w:r>
        <w:t>وليس بالعرب</w:t>
      </w:r>
    </w:p>
    <w:p>
      <w:r>
        <w:t>فيكون الاقناع اتم</w:t>
      </w:r>
    </w:p>
    <w:p>
      <w:r>
        <w:t>ومضمون</w:t>
      </w:r>
    </w:p>
    <w:p>
      <w:r>
        <w:t>فينبغي ينبغي للسائل المجادل ان يدخل ما هو خارج عن الانتاج في كلامه للاستظهار والاستكبار والتفخيم</w:t>
      </w:r>
    </w:p>
    <w:p>
      <w:r>
        <w:t>او لاخفاء النتيجة او لايضاحها لانه مجادل</w:t>
      </w:r>
    </w:p>
    <w:p>
      <w:r>
        <w:t>استخدم كل الوسائل للافحام</w:t>
      </w:r>
    </w:p>
    <w:p>
      <w:r>
        <w:t>او ثم يتدرج ثم يندرج او يندرج امنية يندرج لماذا? ثم يندرج انه يتحدث عن السائل يقول فينبغي للسائل المجادل ان يودي خير ما هو خارج عن الانتاج يعني امور اكسسوار كما يقولون زائدة تعظم وتفخم نعم تخيل انت الان تأتي بدليل</w:t>
      </w:r>
    </w:p>
    <w:p>
      <w:r>
        <w:t>تريد تقويه حتى لو كان هذا الدليل آآ ينتج نتيجة قطعية</w:t>
      </w:r>
    </w:p>
    <w:p>
      <w:r>
        <w:t>والمرجعية الفلانية تذكر اسم شخصية كبيرة ذهب الى هذا المذهب</w:t>
      </w:r>
    </w:p>
    <w:p>
      <w:r>
        <w:t>وذهب الى هذا المبنى هذه الامور الزيادات اكسسوار</w:t>
      </w:r>
    </w:p>
    <w:p>
      <w:r>
        <w:t>فقط انا عندي هنا آآ عندي ابهام هرمونيتيكي</w:t>
      </w:r>
    </w:p>
    <w:p>
      <w:r>
        <w:t>لماذا العبارة ما فيها انسجام آآ نصي</w:t>
      </w:r>
    </w:p>
    <w:p>
      <w:r>
        <w:t>انظر فينبغي للسائل المجادل ان يدخل ما هو خارج ما هو خارج عن الانتاج في كلامه للاستظهار للعلل والاستكبار للعلو والتفخيم في العبارة او لاخفاء النتيجة او لايضاحها ثم رجاء ان يدخل وان يدرج هنا عندي ثم يندرج يندرج تندرج حتى يندرجنا ثم تندرج الضروري الإنتاج في تي هذه المقدمات الخارجة عن الأهم</w:t>
      </w:r>
    </w:p>
    <w:p>
      <w:r>
        <w:t>لو قال ثم يدرج الضرورية في الإنتاج حتى يأتي النسق مترتبا</w:t>
      </w:r>
    </w:p>
    <w:p>
      <w:r>
        <w:t>ثم يدرج السائل المجادل الضرورية في الإ في تي هذه المقدمات الخارجة عن الاهم ليقل تفطن المجيب للضرورة فلا للضرورية فلا يمنحها</w:t>
      </w:r>
    </w:p>
    <w:p>
      <w:r>
        <w:t>يعني مغالطات استخدم مجادل</w:t>
      </w:r>
    </w:p>
    <w:p>
      <w:r>
        <w:t>ويتلطف السائل المجادل في تسلمها بان يجهد في الا يسأل عنها سؤالا صريحا ينص عليها باعيانها</w:t>
      </w:r>
    </w:p>
    <w:p>
      <w:r>
        <w:t>يعني بحقيقتها</w:t>
      </w:r>
    </w:p>
    <w:p>
      <w:r>
        <w:t>بل يسأل عما هو اعم منها</w:t>
      </w:r>
    </w:p>
    <w:p>
      <w:r>
        <w:t>فانه اذا تسلم الاعم تسلم الاخص</w:t>
      </w:r>
    </w:p>
    <w:p>
      <w:r>
        <w:t>او يسأل عن مقدمات اخرى</w:t>
      </w:r>
    </w:p>
    <w:p>
      <w:r>
        <w:t>ينتجها انتاجا ضروريا واضحا بقياس منتج</w:t>
      </w:r>
    </w:p>
    <w:p>
      <w:r>
        <w:t>كل هذه وصايا فقط</w:t>
      </w:r>
    </w:p>
    <w:p>
      <w:r>
        <w:t>وصايا عملية</w:t>
      </w:r>
    </w:p>
    <w:p>
      <w:r>
        <w:t>نعم تستطيع ان تقول سميها فضائل فضائل الجدل</w:t>
      </w:r>
    </w:p>
    <w:p>
      <w:r>
        <w:t>نعم</w:t>
      </w:r>
    </w:p>
    <w:p>
      <w:r>
        <w:t>او يتسل آآ او يتسلم جزئي جزئياتها واحد واحد على سبيل الاستقراء</w:t>
      </w:r>
    </w:p>
    <w:p>
      <w:r>
        <w:t>وينتقل في المسألة عنها الى ما يناسبها في الكلام من طريق الاشتقاق والتصريف والى اللوازم فان التسليم ربما كان الزم واوجب على الموجب في شيء دون شيء قد يقتنع بامر ولا يقتنع يقتنع بامر اخر وقد يكون الامر الثاني اوضح يقتنع بالامر الاخر</w:t>
      </w:r>
    </w:p>
    <w:p>
      <w:r>
        <w:t>هذه هي طبيعة الناس والمجادلة</w:t>
      </w:r>
    </w:p>
    <w:p>
      <w:r>
        <w:t>فان التسليم ربما كان الزم واوجب على المجيب في شيء دون شيء</w:t>
      </w:r>
    </w:p>
    <w:p>
      <w:r>
        <w:t>حتى ان الرسم الرسم يعني التعريف باللوازم</w:t>
      </w:r>
    </w:p>
    <w:p>
      <w:r>
        <w:t>قد يكون قد يكون اسهل تسليما من الحد</w:t>
      </w:r>
    </w:p>
    <w:p>
      <w:r>
        <w:t>التعريف بالذات</w:t>
      </w:r>
    </w:p>
    <w:p>
      <w:r>
        <w:t>وبالعكس قد يكون الحد هو الانفع من الرصد</w:t>
      </w:r>
    </w:p>
    <w:p>
      <w:r>
        <w:t>نعم</w:t>
      </w:r>
    </w:p>
    <w:p>
      <w:r>
        <w:t>وربما كان في المناسبة والاشتقاق اوضح</w:t>
      </w:r>
    </w:p>
    <w:p>
      <w:r>
        <w:t>ثم ياتي بالتنظير</w:t>
      </w:r>
    </w:p>
    <w:p>
      <w:r>
        <w:t>مثل ان يتسلم ان الغضب شوق الى تعذيب اه شوق الى تعذيب المغضب المغضب عليه</w:t>
      </w:r>
    </w:p>
    <w:p>
      <w:r>
        <w:t>وقد يذكر بعد ان بعد ان الابن ربما اغضبه ابوه</w:t>
      </w:r>
    </w:p>
    <w:p>
      <w:r>
        <w:t>ولم يشتقل تعذيب ابيه</w:t>
      </w:r>
    </w:p>
    <w:p>
      <w:r>
        <w:t>وينبغي له ان يعلم انه اذا كان المجيب يدعي الاقتدار في مبادئ الخصام</w:t>
      </w:r>
    </w:p>
    <w:p>
      <w:r>
        <w:t>ويعتاد اللجاج في اواخرها فتسلم الماء</w:t>
      </w:r>
    </w:p>
    <w:p>
      <w:r>
        <w:t>فالتسلم المطلوب اولا انجح</w:t>
      </w:r>
    </w:p>
    <w:p>
      <w:r>
        <w:t>هذه كلها وصايا عملية ليست مطالب علمية</w:t>
      </w:r>
    </w:p>
    <w:p>
      <w:r>
        <w:t>انا ارجع الى اصول هذا وصايا عملية</w:t>
      </w:r>
    </w:p>
    <w:p>
      <w:r>
        <w:t>والا يمنع الاستقراء وهذا مر في لا تمنع الاستقراء الا بنقض اساسي</w:t>
      </w:r>
    </w:p>
    <w:p>
      <w:r>
        <w:t>وان لا يمنع الاستقراء الا بايراد النقض</w:t>
      </w:r>
    </w:p>
    <w:p>
      <w:r>
        <w:t>اه في علم جديد في اسمه فلسفة العلوم</w:t>
      </w:r>
    </w:p>
    <w:p>
      <w:r>
        <w:t>فلسفة العلوم يدرس خلفيات الخلفيات في الفلسفية والميتافيزيقية التي ينطلق منها آآ العلم التجريبي</w:t>
      </w:r>
    </w:p>
    <w:p>
      <w:r>
        <w:t>سواء في فلسفة العلم</w:t>
      </w:r>
    </w:p>
    <w:p>
      <w:r>
        <w:t>ونشأ في القرن العشرين وعنده اساطيل منهم كالبوبر</w:t>
      </w:r>
    </w:p>
    <w:p>
      <w:r>
        <w:t>الماني استقر بعد الحرب العالمية</w:t>
      </w:r>
    </w:p>
    <w:p>
      <w:r>
        <w:t>آآ الثانية في امريكا</w:t>
      </w:r>
    </w:p>
    <w:p>
      <w:r>
        <w:t>مشهور عالم مشهور</w:t>
      </w:r>
    </w:p>
    <w:p>
      <w:r>
        <w:t>في فلسفة العلم</w:t>
      </w:r>
    </w:p>
    <w:p>
      <w:r>
        <w:t>عنده كتاب في السياسة المجتمع المفتوح</w:t>
      </w:r>
    </w:p>
    <w:p>
      <w:r>
        <w:t>رأيت الترجمة</w:t>
      </w:r>
    </w:p>
    <w:p>
      <w:r>
        <w:t>الفارسية ويظهر لي اني رأيت الترجمة العربية</w:t>
      </w:r>
    </w:p>
    <w:p>
      <w:r>
        <w:t>المجتمع المفتوح يدافع عن المجتمع الليبرالي</w:t>
      </w:r>
    </w:p>
    <w:p>
      <w:r>
        <w:t>آآ الذي هو الوحيد الذي يقدر ان يجمع التعدد</w:t>
      </w:r>
    </w:p>
    <w:p>
      <w:r>
        <w:t>اللي ليبرالية قائمة على اصلين</w:t>
      </w:r>
    </w:p>
    <w:p>
      <w:r>
        <w:t>الاصل اول آآ المبادرة الفردية حرة</w:t>
      </w:r>
    </w:p>
    <w:p>
      <w:r>
        <w:t>فقط آآ لا تصطدم مع القانون</w:t>
      </w:r>
    </w:p>
    <w:p>
      <w:r>
        <w:t>اما افعل ما تشاء</w:t>
      </w:r>
    </w:p>
    <w:p>
      <w:r>
        <w:t>يعني الليبرالية لا الفرد بقيمة من القيم</w:t>
      </w:r>
    </w:p>
    <w:p>
      <w:r>
        <w:t>فالقيم تفرض على الشخص بوعيه هو</w:t>
      </w:r>
    </w:p>
    <w:p>
      <w:r>
        <w:t>يريد يتدين ما يتدين ما الليبرالية لا تفرض عليه قيمة من القيم</w:t>
      </w:r>
    </w:p>
    <w:p>
      <w:r>
        <w:t>فهو حر</w:t>
      </w:r>
    </w:p>
    <w:p>
      <w:r>
        <w:t>يريد يمارس الجنس في العفاف والصيغة الالهية في المساجد</w:t>
      </w:r>
    </w:p>
    <w:p>
      <w:r>
        <w:t>في تكايا خاصة في الحلال</w:t>
      </w:r>
    </w:p>
    <w:p>
      <w:r>
        <w:t>حريته هو</w:t>
      </w:r>
    </w:p>
    <w:p>
      <w:r>
        <w:t>انا ما عندي دخل كنظام ليبرالي</w:t>
      </w:r>
    </w:p>
    <w:p>
      <w:r>
        <w:t>يريد الجنس بالتوافق في غير القيم الالهية نحو ذلك</w:t>
      </w:r>
    </w:p>
    <w:p>
      <w:r>
        <w:t>اما اذا غصبها هذا خلاف القانون يعاقب بشدة</w:t>
      </w:r>
    </w:p>
    <w:p>
      <w:r>
        <w:t>يعاقب بشدة لماذا? لان انت دمرت حريتها</w:t>
      </w:r>
    </w:p>
    <w:p>
      <w:r>
        <w:t>لا تريدك هي ما تريد لا تريد</w:t>
      </w:r>
    </w:p>
    <w:p>
      <w:r>
        <w:t>يا فدات حريتها</w:t>
      </w:r>
    </w:p>
    <w:p>
      <w:r>
        <w:t>هذا الاصل الاصل الثاني التوافق الاجتماعي</w:t>
      </w:r>
    </w:p>
    <w:p>
      <w:r>
        <w:t>التوافق الاجتماعي</w:t>
      </w:r>
    </w:p>
    <w:p>
      <w:r>
        <w:t>انت مثلا مسلم في امريكا</w:t>
      </w:r>
    </w:p>
    <w:p>
      <w:r>
        <w:t>اياك ان تفرض عقيدتك بالقوة على غيرك</w:t>
      </w:r>
    </w:p>
    <w:p>
      <w:r>
        <w:t>كن مسلما كما شئت</w:t>
      </w:r>
    </w:p>
    <w:p>
      <w:r>
        <w:t>لكن يكون المسيحيين كما شاء</w:t>
      </w:r>
    </w:p>
    <w:p>
      <w:r>
        <w:t>ذاك ملحد كما شاء</w:t>
      </w:r>
    </w:p>
    <w:p>
      <w:r>
        <w:t>ذاك في اي اتجاه بوذي</w:t>
      </w:r>
    </w:p>
    <w:p>
      <w:r>
        <w:t>فالنظام الليبرالي يجمع هذه التعددية</w:t>
      </w:r>
    </w:p>
    <w:p>
      <w:r>
        <w:t>حاضنة للتعددية</w:t>
      </w:r>
    </w:p>
    <w:p>
      <w:r>
        <w:t>والقانون يحكم المجتمع</w:t>
      </w:r>
    </w:p>
    <w:p>
      <w:r>
        <w:t>اما انك تفرض رأيك بالقوة هذا غير مقبول</w:t>
      </w:r>
    </w:p>
    <w:p>
      <w:r>
        <w:t>السجال المعرفي هذا شأنكم</w:t>
      </w:r>
    </w:p>
    <w:p>
      <w:r>
        <w:t>ليس شأن النظام</w:t>
      </w:r>
    </w:p>
    <w:p>
      <w:r>
        <w:t>ثم هذه حرية المبادرة تتجلى في الحرية الاقتصادية</w:t>
      </w:r>
    </w:p>
    <w:p>
      <w:r>
        <w:t>الحرية الفكر الحرية السياسية وما اشبه ذلك</w:t>
      </w:r>
    </w:p>
    <w:p>
      <w:r>
        <w:t>وتجد انت في النظام الليبرالي تجد المسلم عنده مسجد والقانون يحميه</w:t>
      </w:r>
    </w:p>
    <w:p>
      <w:r>
        <w:t>المسيح عنده كنيسته البوذي عنده كذا</w:t>
      </w:r>
    </w:p>
    <w:p>
      <w:r>
        <w:t>اليهودي عنده الكنيست</w:t>
      </w:r>
    </w:p>
    <w:p>
      <w:r>
        <w:t>في مجتمع توافقي والملحد كذلك عنده حق انه يلعن الحاده لكن لا يفرضه على الغير اذا فرض على الغير فيعاقب في امريكي تعدى بالسلاح على مسلم تعليق المسجد</w:t>
      </w:r>
    </w:p>
    <w:p>
      <w:r>
        <w:t>اعتقلته الشرطة فيروح الى المحكمة يعاقب عقابا شديدا</w:t>
      </w:r>
    </w:p>
    <w:p>
      <w:r>
        <w:t>انا رأيت الفيديو</w:t>
      </w:r>
    </w:p>
    <w:p>
      <w:r>
        <w:t>اصحاب المسجد مسلمون وراحوا الى المحكمة وتنازلوا حقوقهم اه تم الاعفاء من هذه الحركة الانسانية اسلم</w:t>
      </w:r>
    </w:p>
    <w:p>
      <w:r>
        <w:t>صار ملتزما مسلما ملتزما تأثر كثير بهذه الحركة الاخلاقية</w:t>
      </w:r>
    </w:p>
    <w:p>
      <w:r>
        <w:t>اذا العنف حتى في مقابل المت مرفوض لان مجتمع قائم على آآ التعددية وتوافق هذه التعددية</w:t>
      </w:r>
    </w:p>
    <w:p>
      <w:r>
        <w:t>هذا هو المجتمع آآ الليبرالي</w:t>
      </w:r>
    </w:p>
    <w:p>
      <w:r>
        <w:t>والباقي كله فروع صدقني كله فروع</w:t>
      </w:r>
    </w:p>
    <w:p>
      <w:r>
        <w:t>هذه الليبرالية بالحمل الاولي</w:t>
      </w:r>
    </w:p>
    <w:p>
      <w:r>
        <w:t>الليبراليا مستكبرا مدمرا للعراق ولافغانستان والظالمة</w:t>
      </w:r>
    </w:p>
    <w:p>
      <w:r>
        <w:t>هذه اساطيل الفكر الليبرالي يرفضونها رفضا تاما</w:t>
      </w:r>
    </w:p>
    <w:p>
      <w:r>
        <w:t>ويقول هذه زيف لا تمثل الليبرالية</w:t>
      </w:r>
    </w:p>
    <w:p>
      <w:r>
        <w:t>انا لست ليبرالية</w:t>
      </w:r>
    </w:p>
    <w:p>
      <w:r>
        <w:t>انا يبين لك المبنى فقط</w:t>
      </w:r>
    </w:p>
    <w:p>
      <w:r>
        <w:t>ظاهراتيا</w:t>
      </w:r>
    </w:p>
    <w:p>
      <w:r>
        <w:t>ثم المناقشة في المباني</w:t>
      </w:r>
    </w:p>
    <w:p>
      <w:r>
        <w:t>هذا آآ بحث اخر</w:t>
      </w:r>
    </w:p>
    <w:p>
      <w:r>
        <w:t>انا الهي المبنى</w:t>
      </w:r>
    </w:p>
    <w:p>
      <w:r>
        <w:t>الهي المبنى</w:t>
      </w:r>
    </w:p>
    <w:p>
      <w:r>
        <w:t>المجتمع</w:t>
      </w:r>
    </w:p>
    <w:p>
      <w:r>
        <w:t>والدولة تفرض القيم على المجتمع لماذا? لان هذه القيم هي خادمة لهذا الفرد الانساني</w:t>
      </w:r>
    </w:p>
    <w:p>
      <w:r>
        <w:t>وليس مدمرة له</w:t>
      </w:r>
    </w:p>
    <w:p>
      <w:r>
        <w:t>نعم</w:t>
      </w:r>
    </w:p>
    <w:p>
      <w:r>
        <w:t>ثم التوافق النبي سوى توافق مع اليهود</w:t>
      </w:r>
    </w:p>
    <w:p>
      <w:r>
        <w:t>هم خانوا</w:t>
      </w:r>
    </w:p>
    <w:p>
      <w:r>
        <w:t>نعم سوى ت توافق مع كوريش لمدة عشر سنوات هم خانوا فالاسلام يدور مضار الحقيقة والتسامح ليس الحقيقة لوحدها حقيقة والتسامح داعش واخوات داعش متصورون فقط الحقيقة بالتسامح اصلا ما في هذه امور جميلة جدا في باب المعرفة على الطالب الحوزاوي الجامعي ان يعرفها على الأقل</w:t>
      </w:r>
    </w:p>
    <w:p>
      <w:r>
        <w:t>آآ بما يناسب آآ تخصصه</w:t>
      </w:r>
    </w:p>
    <w:p>
      <w:r>
        <w:t>نعم</w:t>
      </w:r>
    </w:p>
    <w:p>
      <w:r>
        <w:t>لماذا دخلنا في آآ هذا الأمر? لأن ذكر آآ هذا الامر نعم يقول والا يمنع الاستقراء الا بايراد النقض</w:t>
      </w:r>
    </w:p>
    <w:p>
      <w:r>
        <w:t>والقياسات مستقيما يعني في مقابل قياس الخلف</w:t>
      </w:r>
    </w:p>
    <w:p>
      <w:r>
        <w:t>احسن في الجدل استعمالا من القياسات الخلفية</w:t>
      </w:r>
    </w:p>
    <w:p>
      <w:r>
        <w:t>التي ينتقل منها من النقيض</w:t>
      </w:r>
    </w:p>
    <w:p>
      <w:r>
        <w:t>لان الشنيع لا اللازم في الخلف</w:t>
      </w:r>
    </w:p>
    <w:p>
      <w:r>
        <w:t>ربما انكرت شناعته وادعى المدعي امكانه</w:t>
      </w:r>
    </w:p>
    <w:p>
      <w:r>
        <w:t>فلم يكتفي بالقياس ويضيع السعي في الخلف</w:t>
      </w:r>
    </w:p>
    <w:p>
      <w:r>
        <w:t>وما يورد السائل</w:t>
      </w:r>
    </w:p>
    <w:p>
      <w:r>
        <w:t>لماذا انا دخلت الى الليبرالية? آآ لا ادري كانت مناسبة كانت مناسبة راحت مني المهم وما يوجد السائل حشو قياسه يعني داخل القياس يكون اما للاستظهار ظهور البروز</w:t>
      </w:r>
    </w:p>
    <w:p>
      <w:r>
        <w:t>في الحجة والقبول</w:t>
      </w:r>
    </w:p>
    <w:p>
      <w:r>
        <w:t>مثل ان يستعمل الاستقراء والقسمة من غير ان تكون له الي حاجة آآ ضرورية</w:t>
      </w:r>
    </w:p>
    <w:p>
      <w:r>
        <w:t>للتفخيم كثير في السجل المعرفي ينفخ في الكلام</w:t>
      </w:r>
    </w:p>
    <w:p>
      <w:r>
        <w:t>ويأتي بالحاش حتى يظهر امام الناس انه يفهم وانه عاقل تعرف المقابل ذكي بجملة واحدة يبطل كل كل آآ آآ مبانيه نعم او لاخفاء النتيجة يأتي بالحشو ليختف اخفاء النتيجة</w:t>
      </w:r>
    </w:p>
    <w:p>
      <w:r>
        <w:t>انا كنت في سجون مع مع وهابي سلفي</w:t>
      </w:r>
    </w:p>
    <w:p>
      <w:r>
        <w:t>ما قدرت اناقش</w:t>
      </w:r>
    </w:p>
    <w:p>
      <w:r>
        <w:t>لماذا? لانه نتناقش في سين يقصد يقصد لصاد</w:t>
      </w:r>
    </w:p>
    <w:p>
      <w:r>
        <w:t>ناقشو فصال يقفز لجيم</w:t>
      </w:r>
    </w:p>
    <w:p>
      <w:r>
        <w:t>ناقشو في جيم يقفز للإيلام</w:t>
      </w:r>
    </w:p>
    <w:p>
      <w:r>
        <w:t>يا الله يعني انت القضية الأولى ما كملناها تقفز لماذا؟ لأنه فشل في الأولى حتى يخفي فشله</w:t>
      </w:r>
    </w:p>
    <w:p>
      <w:r>
        <w:t>ها هنا يحشو الفشل يعني يخفي الفشل</w:t>
      </w:r>
    </w:p>
    <w:p>
      <w:r>
        <w:t>ينتقل الى صاد</w:t>
      </w:r>
    </w:p>
    <w:p>
      <w:r>
        <w:t>صاد كذلك يفشل فيها ما يخليك تستقر على مطلوب</w:t>
      </w:r>
    </w:p>
    <w:p>
      <w:r>
        <w:t>بعدما تنتصر عليه</w:t>
      </w:r>
    </w:p>
    <w:p>
      <w:r>
        <w:t>اه نعم</w:t>
      </w:r>
    </w:p>
    <w:p>
      <w:r>
        <w:t>فهذا السلفي خبيث حقيقة خبيث بالخبث المعرفي</w:t>
      </w:r>
    </w:p>
    <w:p>
      <w:r>
        <w:t>او لإخفاء النتيجة مثل ان يبتدأ من المقدمات بالبعيدة من الوضع حتى لا الى وهم المجيب نفعها في انتاج المطلوب</w:t>
      </w:r>
    </w:p>
    <w:p>
      <w:r>
        <w:t>اه ويخلطها بمن لا يناسب الوضع حتى اذا تسلمها عاد وانتج الضروريات منها</w:t>
      </w:r>
    </w:p>
    <w:p>
      <w:r>
        <w:t>في النيات هادي في النيات للافهام</w:t>
      </w:r>
    </w:p>
    <w:p>
      <w:r>
        <w:t>ومن هذا القبيل ان يخضع المجيب فيتخيل آآ ان يخدع المجيب احسن المفعول به</w:t>
      </w:r>
    </w:p>
    <w:p>
      <w:r>
        <w:t>ومن هذا القبيل ان يخضع السائل المجيب فيتخيل له انه انما يتسلم لينتج به ما لا نفعله في المطلوب</w:t>
      </w:r>
    </w:p>
    <w:p>
      <w:r>
        <w:t>فلا يتوقف المجيب في التسليم</w:t>
      </w:r>
    </w:p>
    <w:p>
      <w:r>
        <w:t>يعني سريعا يسلم</w:t>
      </w:r>
    </w:p>
    <w:p>
      <w:r>
        <w:t>ثم في اخر الامر ينتج عنه الضروريات</w:t>
      </w:r>
    </w:p>
    <w:p>
      <w:r>
        <w:t>وقد توهم انه يتأدي بالقياس الى مناقضة النتيجة</w:t>
      </w:r>
    </w:p>
    <w:p>
      <w:r>
        <w:t>اما لانه يتعامى ويخفي فطنته او لانهم لم يوافق المجيب عن على المسألة</w:t>
      </w:r>
    </w:p>
    <w:p>
      <w:r>
        <w:t>هذه كلها اليات</w:t>
      </w:r>
    </w:p>
    <w:p>
      <w:r>
        <w:t>اين تتضح? حين الممارسة</w:t>
      </w:r>
    </w:p>
    <w:p>
      <w:r>
        <w:t>نظريا احيانا الممارسة</w:t>
      </w:r>
    </w:p>
    <w:p>
      <w:r>
        <w:t>وانا اعطيك قاعدة ذهبية اه تشمل اه الجميع قاعدة كلية</w:t>
      </w:r>
    </w:p>
    <w:p>
      <w:r>
        <w:t>وهذه اه اه علمها اه لنا الشيخ فيابي</w:t>
      </w:r>
    </w:p>
    <w:p>
      <w:r>
        <w:t>اه الله يا حظه</w:t>
      </w:r>
    </w:p>
    <w:p>
      <w:r>
        <w:t>يقول اذا كنت في سجال معرفي اطلب من من الطرف المقابل تفكيك كل الحيثيات المنطقية في كلامه</w:t>
      </w:r>
    </w:p>
    <w:p>
      <w:r>
        <w:t>الحيثيات المنطقية اما في بعد التصوري وهي التعريفات</w:t>
      </w:r>
    </w:p>
    <w:p>
      <w:r>
        <w:t>وما في البعد التصديقي وهي المقدمات والاقيسة</w:t>
      </w:r>
    </w:p>
    <w:p>
      <w:r>
        <w:t>والمادة البرهانية المادة الظنية</w:t>
      </w:r>
    </w:p>
    <w:p>
      <w:r>
        <w:t>مجرد هو يشير الى هذه الحيثيات المنطقية ينكشف الفشل والظعف</w:t>
      </w:r>
    </w:p>
    <w:p>
      <w:r>
        <w:t>والمغالطة</w:t>
      </w:r>
    </w:p>
    <w:p>
      <w:r>
        <w:t>هذه قاعدة ذهبية في كل في كل في كل سجال معرفي</w:t>
      </w:r>
    </w:p>
    <w:p>
      <w:r>
        <w:t>وقد يورد السائل حشو كلامه ما يطلب منه منه تفخيم القول</w:t>
      </w:r>
    </w:p>
    <w:p>
      <w:r>
        <w:t>او تكليف الايضاح والايضاح قد يكون بتبديل العبارة بان تبدل الاسماء الخفية بالواضحة والاغرب بالاشهر وتفصيل الكلام المشترك وقد يكون بارادة الامثلة او الاحتجاج الاحتجاج بالشواهد والاستعمالات</w:t>
      </w:r>
    </w:p>
    <w:p>
      <w:r>
        <w:t>كتير من من الكتاب والخطابة يستخدمون هذه الالفاظ الغريبة التي تثير في ذهن السمع هذا السؤال ما هو ما معنى? ماذا يعني? ماذا يقول? فهو بعد يتفنن في ماذا? في الشرح حتى يصل الى اه مراده</w:t>
      </w:r>
    </w:p>
    <w:p>
      <w:r>
        <w:t>وينبغي له ان لا يرتب المقدمات في المخاطبة بالقياس ترتيبا قياسيا يلوح للمجيب</w:t>
      </w:r>
    </w:p>
    <w:p>
      <w:r>
        <w:t>انسياقه الى النتيجة</w:t>
      </w:r>
    </w:p>
    <w:p>
      <w:r>
        <w:t>تمتنع من تسليم الظروريات، بل الاولى ان يغافس</w:t>
      </w:r>
    </w:p>
    <w:p>
      <w:r>
        <w:t>نعم</w:t>
      </w:r>
    </w:p>
    <w:p>
      <w:r>
        <w:t>يغافص في مخطوطة اخرى يناقظ</w:t>
      </w:r>
    </w:p>
    <w:p>
      <w:r>
        <w:t>بالنتيجة من حيث لا يشعر</w:t>
      </w:r>
    </w:p>
    <w:p>
      <w:r>
        <w:t>ويكون كلامه كالمستقيم</w:t>
      </w:r>
    </w:p>
    <w:p>
      <w:r>
        <w:t>كانه يلوح منه الميل الى المجيب ومناقضة نفسي</w:t>
      </w:r>
    </w:p>
    <w:p>
      <w:r>
        <w:t>يعني هو يبني على انه نعم احسنت</w:t>
      </w:r>
    </w:p>
    <w:p>
      <w:r>
        <w:t>انا اوافقك على هذه المداخلة</w:t>
      </w:r>
    </w:p>
    <w:p>
      <w:r>
        <w:t>مداخلة رائعة جدا</w:t>
      </w:r>
    </w:p>
    <w:p>
      <w:r>
        <w:t>نعم</w:t>
      </w:r>
    </w:p>
    <w:p>
      <w:r>
        <w:t>يلزم منها الف وباء ويشير الى هذه الأمور</w:t>
      </w:r>
    </w:p>
    <w:p>
      <w:r>
        <w:t>وهو كله يمهد بهذه الأمور للنقض عليه</w:t>
      </w:r>
    </w:p>
    <w:p>
      <w:r>
        <w:t>فن فن فنون الجدل</w:t>
      </w:r>
    </w:p>
    <w:p>
      <w:r>
        <w:t>نعم</w:t>
      </w:r>
    </w:p>
    <w:p>
      <w:r>
        <w:t>اه في في العرف الايراني اه وانت في نقاش مع اه الايراني</w:t>
      </w:r>
    </w:p>
    <w:p>
      <w:r>
        <w:t>كنت محقا كنت مبطلا لا يقول كلامك تافه وكلامك لا قيمة له</w:t>
      </w:r>
    </w:p>
    <w:p>
      <w:r>
        <w:t>دائما يقول لك كلامك متين</w:t>
      </w:r>
    </w:p>
    <w:p>
      <w:r>
        <w:t>لكن كلامك متين يهيئك نفسانيا لقبول النقض</w:t>
      </w:r>
    </w:p>
    <w:p>
      <w:r>
        <w:t>النقض عليك</w:t>
      </w:r>
    </w:p>
    <w:p>
      <w:r>
        <w:t>كلامك متين يعطيك منت يعطي ينفخك نعم يعطيك حالة نفسانية</w:t>
      </w:r>
    </w:p>
    <w:p>
      <w:r>
        <w:t>تكون لا بشرط ثم ينقض عليك بالنقض</w:t>
      </w:r>
    </w:p>
    <w:p>
      <w:r>
        <w:t>احسن ما يقول له ها كلام تافه</w:t>
      </w:r>
    </w:p>
    <w:p>
      <w:r>
        <w:t>كلام تافه خلاص يعني ينغرق خلاص ينغرق منغلاقا تاما</w:t>
      </w:r>
    </w:p>
    <w:p>
      <w:r>
        <w:t>اما اذا قلت كلامك متين بعدين فتح</w:t>
      </w:r>
    </w:p>
    <w:p>
      <w:r>
        <w:t>ينفتح</w:t>
      </w:r>
    </w:p>
    <w:p>
      <w:r>
        <w:t>ممكن من هذه الحالة النفسانية يقبل النقد سريعا</w:t>
      </w:r>
    </w:p>
    <w:p>
      <w:r>
        <w:t>هذه اداب في في الجدال مهمة جدا</w:t>
      </w:r>
    </w:p>
    <w:p>
      <w:r>
        <w:t>وان يظهر ايثار الانصاف على الغلبة</w:t>
      </w:r>
    </w:p>
    <w:p>
      <w:r>
        <w:t>هذا هو كلام كلام هذا اظهار الانصاف</w:t>
      </w:r>
    </w:p>
    <w:p>
      <w:r>
        <w:t>انصفت معه</w:t>
      </w:r>
    </w:p>
    <w:p>
      <w:r>
        <w:t>وانت تعلم تعلم انه آآ ان كلامه باطل</w:t>
      </w:r>
    </w:p>
    <w:p>
      <w:r>
        <w:t>معنى كذا الانصاف هذه الادب</w:t>
      </w:r>
    </w:p>
    <w:p>
      <w:r>
        <w:t>الادوات الادبية</w:t>
      </w:r>
    </w:p>
    <w:p>
      <w:r>
        <w:t>وان يظهر السائل اثار الانصاف على الغلبة</w:t>
      </w:r>
    </w:p>
    <w:p>
      <w:r>
        <w:t>يطمئن اليه المجيب حينئذ</w:t>
      </w:r>
    </w:p>
    <w:p>
      <w:r>
        <w:t>نفسانيات هذه كلها نفسانيات الجدال</w:t>
      </w:r>
    </w:p>
    <w:p>
      <w:r>
        <w:t>ويأتي بالمقدمات في كثير من الاوقات على سبيل المثل</w:t>
      </w:r>
    </w:p>
    <w:p>
      <w:r>
        <w:t>والخبر ويدعي في قوله ظهور ذلك و آآ واش شهرته نعم وجري العدبي ليتوقف المجيب عن جعله ولا يقدم على رده</w:t>
      </w:r>
    </w:p>
    <w:p>
      <w:r>
        <w:t>نعم</w:t>
      </w:r>
    </w:p>
    <w:p>
      <w:r>
        <w:t>تقول هذه والله من الواضحات</w:t>
      </w:r>
    </w:p>
    <w:p>
      <w:r>
        <w:t>حتى هذه القسم والله حتى هو يطمئن</w:t>
      </w:r>
    </w:p>
    <w:p>
      <w:r>
        <w:t>هذه واضحات بينات نعم بينة فقط فقط نحتاج الى ماذا? التوجه</w:t>
      </w:r>
    </w:p>
    <w:p>
      <w:r>
        <w:t>انت ما تقول له انت توجه تهينه</w:t>
      </w:r>
    </w:p>
    <w:p>
      <w:r>
        <w:t>نتوجه نتوجه نتوجه الى الامر</w:t>
      </w:r>
    </w:p>
    <w:p>
      <w:r>
        <w:t>فهو ينفتح</w:t>
      </w:r>
    </w:p>
    <w:p>
      <w:r>
        <w:t>وان يخلط الكلام بما لا ي لا يفيد مقصوده</w:t>
      </w:r>
    </w:p>
    <w:p>
      <w:r>
        <w:t>فان الكذاب اذا اخلط بكذبه ما لا مدخل له في غرضه اخفى كذبه</w:t>
      </w:r>
    </w:p>
    <w:p>
      <w:r>
        <w:t>نعم كذبه</w:t>
      </w:r>
    </w:p>
    <w:p>
      <w:r>
        <w:t>وبالخصوص اذا كان ما لدى ما لا مدخل له حقا مشهورا</w:t>
      </w:r>
    </w:p>
    <w:p>
      <w:r>
        <w:t>نعم</w:t>
      </w:r>
    </w:p>
    <w:p>
      <w:r>
        <w:t>لان هذا لا يكتشف ليس مشهور لا يكتشفه</w:t>
      </w:r>
    </w:p>
    <w:p>
      <w:r>
        <w:t>وينبغي له ان يؤخر السؤال عن الاشياء التي هي عمدة الاحتجاج</w:t>
      </w:r>
    </w:p>
    <w:p>
      <w:r>
        <w:t>فان المجيب يعاند في اول امره في التسليم</w:t>
      </w:r>
    </w:p>
    <w:p>
      <w:r>
        <w:t>نعم</w:t>
      </w:r>
    </w:p>
    <w:p>
      <w:r>
        <w:t>ثم يضجر فيسامح ويتساهل في اخر الامر</w:t>
      </w:r>
    </w:p>
    <w:p>
      <w:r>
        <w:t>نعم</w:t>
      </w:r>
    </w:p>
    <w:p>
      <w:r>
        <w:t>دائما في نهاية المطاف يسلم</w:t>
      </w:r>
    </w:p>
    <w:p>
      <w:r>
        <w:t>بعد هذه الاداب وهذا التسامح وهذا التلطف</w:t>
      </w:r>
    </w:p>
    <w:p>
      <w:r>
        <w:t>نعم</w:t>
      </w:r>
    </w:p>
    <w:p>
      <w:r>
        <w:t>خصوصا اذا توهم ان المسؤول عنه لا يؤدي الى ابطال وضع</w:t>
      </w:r>
    </w:p>
    <w:p>
      <w:r>
        <w:t>حتى يحصل له ملكة بهذا الاعت بكثرة سؤال السائل عما لا مدخل له بالذات في الانتاج</w:t>
      </w:r>
    </w:p>
    <w:p>
      <w:r>
        <w:t>ومن الموجبين من يحمله العجب على ان يعتمد على قوة نفسه</w:t>
      </w:r>
    </w:p>
    <w:p>
      <w:r>
        <w:t>فيسلم في اول الامر ولا يتوقف</w:t>
      </w:r>
    </w:p>
    <w:p>
      <w:r>
        <w:t>حتى اذا كاد الوضع يبطل عاد الى العناد والمجادلة</w:t>
      </w:r>
    </w:p>
    <w:p>
      <w:r>
        <w:t>ينبغي في مجالدة امثالهم ان يعتمد على الاسهاب في القول</w:t>
      </w:r>
    </w:p>
    <w:p>
      <w:r>
        <w:t>وحشوا الكلام بما لا جدوله ليشكل ليشكل على المجيب آآ غرض السائل</w:t>
      </w:r>
    </w:p>
    <w:p>
      <w:r>
        <w:t>ويمل ويزجر فيسلم ما سئل عنه ليتفصى عن المجادلة حتى يخلص لا يسلم</w:t>
      </w:r>
    </w:p>
    <w:p>
      <w:r>
        <w:t>سلمنا لك</w:t>
      </w:r>
    </w:p>
    <w:p>
      <w:r>
        <w:t>نعم</w:t>
      </w:r>
    </w:p>
    <w:p>
      <w:r>
        <w:t>خلينا نكمل هذه النقطة</w:t>
      </w:r>
    </w:p>
    <w:p>
      <w:r>
        <w:t>بقي دقيقة</w:t>
      </w:r>
    </w:p>
    <w:p>
      <w:r>
        <w:t>واذا بلغ السائل الى النتيجة يعني وصل الى نهاية المطاف</w:t>
      </w:r>
    </w:p>
    <w:p>
      <w:r>
        <w:t>فينبغي ان يعبر عنها على سبيل الانتاج واللزوم ويتشدد في التحري عن اراده على سبيل السؤال</w:t>
      </w:r>
    </w:p>
    <w:p>
      <w:r>
        <w:t>لانه حينئذ يدل على قصور مقدماته يعني ابطال الوضع</w:t>
      </w:r>
    </w:p>
    <w:p>
      <w:r>
        <w:t>واذا جحده المجيب رجع الكلام جديدا</w:t>
      </w:r>
    </w:p>
    <w:p>
      <w:r>
        <w:t>رجعنا الى المربع الاول</w:t>
      </w:r>
    </w:p>
    <w:p>
      <w:r>
        <w:t>والسائل من يكون سؤاله عما لا محيص عن تسلمه</w:t>
      </w:r>
    </w:p>
    <w:p>
      <w:r>
        <w:t>نعم يعني هو يثير اسئلة لا محيص من قبولها</w:t>
      </w:r>
    </w:p>
    <w:p>
      <w:r>
        <w:t>بان يكون مشهورا عند الكون بلاك القبول</w:t>
      </w:r>
    </w:p>
    <w:p>
      <w:r>
        <w:t>ويكون قادرا على البيان لو انكر المجيب ما يطلب تسليمه اقتدارا تاما يلزم بغير المشهور وما يعجز غيره عن الزامه بالمشروع</w:t>
      </w:r>
    </w:p>
    <w:p>
      <w:r>
        <w:t>يعني يلزم بالمشهورة بغير المشهور</w:t>
      </w:r>
    </w:p>
    <w:p>
      <w:r>
        <w:t>هذه قوة المجادل والمجيب المجيد من لا ينكر المش ولا يأتيه الإلزام غافصة</w:t>
      </w:r>
    </w:p>
    <w:p>
      <w:r>
        <w:t>نعم</w:t>
      </w:r>
    </w:p>
    <w:p>
      <w:r>
        <w:t>لمعرفته بالمواضع التي يحصل منها الإلزام</w:t>
      </w:r>
    </w:p>
    <w:p>
      <w:r>
        <w:t>وصايا للمجيب بعد وصايا السائل تأتي وصايا للموجب يأتي ان شاء الله</w:t>
      </w:r>
    </w:p>
    <w:p>
      <w:r>
        <w:t>واللهم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