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w:t>
      </w:r>
    </w:p>
    <w:p>
      <w:r>
        <w:t>الله يا الله</w:t>
      </w:r>
    </w:p>
    <w:p>
      <w:r>
        <w:t>والحمد لله</w:t>
      </w:r>
    </w:p>
    <w:p>
      <w:r>
        <w:t>والله اكبر</w:t>
      </w:r>
    </w:p>
    <w:p>
      <w:r>
        <w:t>اعوذ بالله من الشيطان الرجيم</w:t>
      </w:r>
    </w:p>
    <w:p>
      <w:r>
        <w:t>بسم الله الرحمن الرحيم</w:t>
      </w:r>
    </w:p>
    <w:p>
      <w:r>
        <w:t>وبه تعالى نستعين والصلاة والسلام على محمد واله الطيبين الطاهرين</w:t>
      </w:r>
    </w:p>
    <w:p>
      <w:r>
        <w:t>اللهم صل على محمد وال محمد</w:t>
      </w:r>
    </w:p>
    <w:p>
      <w:r>
        <w:t>اللهم ارزقنا التوفيق والاخلاص</w:t>
      </w:r>
    </w:p>
    <w:p>
      <w:r>
        <w:t>وصلنا معكم الى هذه الفقرة وصايا للمجيب قال واوصي المجيب الذي يحفظ وضعا مشهورا وضعا قلنا منطلق معتقد الايام التانية يسيئ الايام التنعة من تسليم المشهورات</w:t>
      </w:r>
    </w:p>
    <w:p>
      <w:r>
        <w:t>نعم</w:t>
      </w:r>
    </w:p>
    <w:p>
      <w:r>
        <w:t>والحافظ غيره قد يمتنع ويعتذر له بان استفسر عن الالفاظ المبهمة والمصطلحات الغريبة</w:t>
      </w:r>
    </w:p>
    <w:p>
      <w:r>
        <w:t>نعم</w:t>
      </w:r>
    </w:p>
    <w:p>
      <w:r>
        <w:t>وممانعته اما بحسب القول وهو ان يمنع مقدمات السائل</w:t>
      </w:r>
    </w:p>
    <w:p>
      <w:r>
        <w:t>ويلحق يسلمه قيودا لا يتوجه الالزام معه</w:t>
      </w:r>
    </w:p>
    <w:p>
      <w:r>
        <w:t>واما بحسب القائل وهو تشويشه بافعال خارجة عن الصناعة</w:t>
      </w:r>
    </w:p>
    <w:p>
      <w:r>
        <w:t>وذلك قبيح دال على العجز</w:t>
      </w:r>
    </w:p>
    <w:p>
      <w:r>
        <w:t>نعم اذا هذه وصايا وليست مطالب علمية نمضي ولا نتوقف</w:t>
      </w:r>
    </w:p>
    <w:p>
      <w:r>
        <w:t>اقول لما فرغ الماتن من وصايا سائل شرع في وصايا مجيب</w:t>
      </w:r>
    </w:p>
    <w:p>
      <w:r>
        <w:t>موجبة للمدافع</w:t>
      </w:r>
    </w:p>
    <w:p>
      <w:r>
        <w:t>واعلم ان كلام المجيب اما على سبيل التعليم او التعلم</w:t>
      </w:r>
    </w:p>
    <w:p>
      <w:r>
        <w:t>او على سبيل الجدل او على سبيل الارتياض</w:t>
      </w:r>
    </w:p>
    <w:p>
      <w:r>
        <w:t>او على سبيل المغاة لبأ والمخاصبة</w:t>
      </w:r>
    </w:p>
    <w:p>
      <w:r>
        <w:t>هذه كلها اقسام نعم</w:t>
      </w:r>
    </w:p>
    <w:p>
      <w:r>
        <w:t>في التعليم والتعلم</w:t>
      </w:r>
    </w:p>
    <w:p>
      <w:r>
        <w:t>الطالب يسلم حتى يفهم نتائج والمطالب</w:t>
      </w:r>
    </w:p>
    <w:p>
      <w:r>
        <w:t>اذا ترقى في العلم له ان ينقض وله ان ينقض</w:t>
      </w:r>
    </w:p>
    <w:p>
      <w:r>
        <w:t>نعم</w:t>
      </w:r>
    </w:p>
    <w:p>
      <w:r>
        <w:t>الجدل هو الافحام التبكيت الاير تياب يدرب نفسه على الجدل</w:t>
      </w:r>
    </w:p>
    <w:p>
      <w:r>
        <w:t>كيف الغير او على سبيل المغالبة والمخاصمة</w:t>
      </w:r>
    </w:p>
    <w:p>
      <w:r>
        <w:t>يعني يريد يتفوق</w:t>
      </w:r>
    </w:p>
    <w:p>
      <w:r>
        <w:t>نعم</w:t>
      </w:r>
    </w:p>
    <w:p>
      <w:r>
        <w:t>وتختلف المذاهب في ذلك</w:t>
      </w:r>
    </w:p>
    <w:p>
      <w:r>
        <w:t>المذاهب هنا بمعنى الاتجاهات يعني الرؤى</w:t>
      </w:r>
    </w:p>
    <w:p>
      <w:r>
        <w:t>بحسب اختلاف المقاصد</w:t>
      </w:r>
    </w:p>
    <w:p>
      <w:r>
        <w:t>يعني الغايات</w:t>
      </w:r>
    </w:p>
    <w:p>
      <w:r>
        <w:t>الاهداف</w:t>
      </w:r>
    </w:p>
    <w:p>
      <w:r>
        <w:t>فان المعلم ان المعلم اه فان المعلم يدري ماذا يقول</w:t>
      </w:r>
    </w:p>
    <w:p>
      <w:r>
        <w:t>لانه يريد ان يلقن الطلاب شيئا ما</w:t>
      </w:r>
    </w:p>
    <w:p>
      <w:r>
        <w:t>ولماذا يقول? والغاية من قوله وهو ايصال المعنى المراد الجدي للطالب</w:t>
      </w:r>
    </w:p>
    <w:p>
      <w:r>
        <w:t>والمتعلم قد لا يدري</w:t>
      </w:r>
    </w:p>
    <w:p>
      <w:r>
        <w:t>نعم لأنه قابل بعد كل حيثيات البحث لا يدريها</w:t>
      </w:r>
    </w:p>
    <w:p>
      <w:r>
        <w:t>والسائل ما يريد بسؤاله والموجب قد لا يدري</w:t>
      </w:r>
    </w:p>
    <w:p>
      <w:r>
        <w:t>والجدل المرتض هو الذي اه يقصد بالوصايا هنا</w:t>
      </w:r>
    </w:p>
    <w:p>
      <w:r>
        <w:t>يعني دي الوصايا الجدلي الذي يتدرب</w:t>
      </w:r>
    </w:p>
    <w:p>
      <w:r>
        <w:t>اذا عرفت هذا فنقول المجيب لا يخلو اما ان يكون وضعه منطلقه يعني للمعتقد الذي يجب عليه حفا اه ظهو مشهورا او شني الشنيع في مقابل مشهور واولاد ذاك ولها</w:t>
      </w:r>
    </w:p>
    <w:p>
      <w:r>
        <w:t>فان كان مشهورا امتنع عن تسليم شنعت</w:t>
      </w:r>
    </w:p>
    <w:p>
      <w:r>
        <w:t>يعني يجب ان يسلم بالمشهورات</w:t>
      </w:r>
    </w:p>
    <w:p>
      <w:r>
        <w:t>لان نقيظ وضعه شني نعم النقيض المشهور هو الشنيع</w:t>
      </w:r>
    </w:p>
    <w:p>
      <w:r>
        <w:t>وهو نتيجة السائل</w:t>
      </w:r>
    </w:p>
    <w:p>
      <w:r>
        <w:t>ولا ينتجها المشهورات</w:t>
      </w:r>
    </w:p>
    <w:p>
      <w:r>
        <w:t>نعم</w:t>
      </w:r>
    </w:p>
    <w:p>
      <w:r>
        <w:t>المشهورات لا تنتج نعم الشنيع</w:t>
      </w:r>
    </w:p>
    <w:p>
      <w:r>
        <w:t>فان الاغلب هو ان كل شيء ينتجه ما يشبه في واقعته</w:t>
      </w:r>
    </w:p>
    <w:p>
      <w:r>
        <w:t>قانون المصادقة هذا الجميع</w:t>
      </w:r>
    </w:p>
    <w:p>
      <w:r>
        <w:t>المشهور يولد المشهور</w:t>
      </w:r>
    </w:p>
    <w:p>
      <w:r>
        <w:t>اليقين يولد اليقين</w:t>
      </w:r>
    </w:p>
    <w:p>
      <w:r>
        <w:t>الشنيع يولد الشنيع</w:t>
      </w:r>
    </w:p>
    <w:p>
      <w:r>
        <w:t>الظن ي وليد ظني</w:t>
      </w:r>
    </w:p>
    <w:p>
      <w:r>
        <w:t>نعم</w:t>
      </w:r>
    </w:p>
    <w:p>
      <w:r>
        <w:t>فان الاغلب هو ان كل شيء ينتج ما يشبه في وقته</w:t>
      </w:r>
    </w:p>
    <w:p>
      <w:r>
        <w:t>وقال الاغلب لم يقل بنحو الكلية المطلقة</w:t>
      </w:r>
    </w:p>
    <w:p>
      <w:r>
        <w:t>نعم</w:t>
      </w:r>
    </w:p>
    <w:p>
      <w:r>
        <w:t>فالمشهور من المشهور</w:t>
      </w:r>
    </w:p>
    <w:p>
      <w:r>
        <w:t>فالمشهور ينتج من المشهور</w:t>
      </w:r>
    </w:p>
    <w:p>
      <w:r>
        <w:t>والشنيع من الشنيع</w:t>
      </w:r>
    </w:p>
    <w:p>
      <w:r>
        <w:t>وينبغي له ان يسلم المشهورات</w:t>
      </w:r>
    </w:p>
    <w:p>
      <w:r>
        <w:t>وما هو اقل شناعة من النتيجة</w:t>
      </w:r>
    </w:p>
    <w:p>
      <w:r>
        <w:t>نعم</w:t>
      </w:r>
    </w:p>
    <w:p>
      <w:r>
        <w:t>هذا هو قانون الجدل</w:t>
      </w:r>
    </w:p>
    <w:p>
      <w:r>
        <w:t>تسلم بالمشورات</w:t>
      </w:r>
    </w:p>
    <w:p>
      <w:r>
        <w:t>ان كان وضعه مشغول على كالمشهورات على الاطلاق</w:t>
      </w:r>
    </w:p>
    <w:p>
      <w:r>
        <w:t>اجتماعا ناقضا عندهم مشهور على الاطلاق بطلان الدور المشهور على الاطلاق</w:t>
      </w:r>
    </w:p>
    <w:p>
      <w:r>
        <w:t>الظلم قبيح مشهور على الاطلاق</w:t>
      </w:r>
    </w:p>
    <w:p>
      <w:r>
        <w:t>العدل حسن مشهور على الاطلاق</w:t>
      </w:r>
    </w:p>
    <w:p>
      <w:r>
        <w:t>وهكذا</w:t>
      </w:r>
    </w:p>
    <w:p>
      <w:r>
        <w:t>وان كان عند بعض فالمشهورات عند ذلك البعض مشهور في حقل معرفي خاص في الحقل التجاري في الحقل الرياضي الحقل الفلكي وهكذا</w:t>
      </w:r>
    </w:p>
    <w:p>
      <w:r>
        <w:t>وان كان شنيعا في مقابل مشهور وهو الذي يحفظ وضعا غير مشهور بل اه يحفظ وضعا شنيعا فينبغي له ان لا يسلم المنشورات</w:t>
      </w:r>
    </w:p>
    <w:p>
      <w:r>
        <w:t>ويعتذر بان يقول مثلا اني لم اسلم لك بعد ان الخير والشر متقارب متقابل هذا مشهور فكيف اسلم ان العلم والجهل متقابلان? او آآ او يعتذر لمنعه عن المشهور بالاستفسار عن الفاظ مبهمة او مشتركة او مصطلحات غريبة</w:t>
      </w:r>
    </w:p>
    <w:p>
      <w:r>
        <w:t>هذه رفض المشهور عند المجادل</w:t>
      </w:r>
    </w:p>
    <w:p>
      <w:r>
        <w:t>يعني يركز على اللغة على اللسان في ابهام في اشتراك لفظي</w:t>
      </w:r>
    </w:p>
    <w:p>
      <w:r>
        <w:t>نعم في مصطلحات غريبة ليس ما يبدا يراوغ على هذا المستوى</w:t>
      </w:r>
    </w:p>
    <w:p>
      <w:r>
        <w:t>وان كان وضعه لا شناعة فيه ولا شهرة فليسلم المشهور الشنيع ولا يسلم ما ليس به شنيع ولا مشهور</w:t>
      </w:r>
    </w:p>
    <w:p>
      <w:r>
        <w:t>لما بين من ان الاغلب استنتاء آآ استنت شيء مما يشبهه في وقته</w:t>
      </w:r>
    </w:p>
    <w:p>
      <w:r>
        <w:t>نعم هذه هي القاعدة المشهور يولد المشهور الشنيع يولد الشنيع الظن يولد اليقين يريد اليقين</w:t>
      </w:r>
    </w:p>
    <w:p>
      <w:r>
        <w:t>نعم</w:t>
      </w:r>
    </w:p>
    <w:p>
      <w:r>
        <w:t>فالمسافة بين بينها وبين ايضاح ما لا رأي مشهورا فيه بعيدا لا يسعها زمان محاورة واحدة</w:t>
      </w:r>
    </w:p>
    <w:p>
      <w:r>
        <w:t>ولهذا قال في وقته في وقت اخر لا قد لا يكون في بيئة ما مشهورة</w:t>
      </w:r>
    </w:p>
    <w:p>
      <w:r>
        <w:t>وممانعته هنا اما بحسب القول وهو ان يمنع مقدمات السائل يخدش في مقدمة صغرى في الكبرى ولا يتبادر الى تسليم ما يراد منه ولا ولا يتبادر يعني لا يبادر لا يقدم ولا بادر الى تسليم ما يراد منه يرد يمنع</w:t>
      </w:r>
    </w:p>
    <w:p>
      <w:r>
        <w:t>وان يجتهد في تسليم المقدمة مقيدة بقيود لا يتوجه معها لالزام</w:t>
      </w:r>
    </w:p>
    <w:p>
      <w:r>
        <w:t>يعني يأتي الى سور القياس ويقيدها بقيود</w:t>
      </w:r>
    </w:p>
    <w:p>
      <w:r>
        <w:t>فينتفي التسعين</w:t>
      </w:r>
    </w:p>
    <w:p>
      <w:r>
        <w:t>او الكبرى كذلك يحذف قيدا يزيد قيدا وهكذا</w:t>
      </w:r>
    </w:p>
    <w:p>
      <w:r>
        <w:t>واما بحسب القائل وهو التشويشه بافعال خارجة عن الصناعة كالاستهزاء به</w:t>
      </w:r>
    </w:p>
    <w:p>
      <w:r>
        <w:t>آآ آآ والجبه له يعني يجابه الشتم والسفه وغير ذلك</w:t>
      </w:r>
    </w:p>
    <w:p>
      <w:r>
        <w:t>وهو قبيح دال على العجز</w:t>
      </w:r>
    </w:p>
    <w:p>
      <w:r>
        <w:t>واذا ان تتأملت آآ كلام ابن تيمية في رده على العلام الحلي فقط الشتم والكفر وزندقة</w:t>
      </w:r>
    </w:p>
    <w:p>
      <w:r>
        <w:t>وآآ ابن ابن المطهر الحلي سماه ابن المنجس هذا كله دليل على الضعف الفكري لابن تيمية</w:t>
      </w:r>
    </w:p>
    <w:p>
      <w:r>
        <w:t>الوصايا المشتركة بين السائل والمجيب</w:t>
      </w:r>
    </w:p>
    <w:p>
      <w:r>
        <w:t>هذه وصايا بعد الجامعة</w:t>
      </w:r>
    </w:p>
    <w:p>
      <w:r>
        <w:t>نعم</w:t>
      </w:r>
    </w:p>
    <w:p>
      <w:r>
        <w:t>قال ومن يتعاطى الجدل فينبغي ان يتمهر يتظاهر يعني يصير ماهرا قويا في ايراد العكس والدور لكل قياس</w:t>
      </w:r>
    </w:p>
    <w:p>
      <w:r>
        <w:t>وفي ايراد مقدمات كثيرة لاثبات كل آآ مطلوب من مواضع مختلفة</w:t>
      </w:r>
    </w:p>
    <w:p>
      <w:r>
        <w:t>وذلك لابطاله وان يكون اخذا من كل صناعة يجادل فيها بطرف صالح</w:t>
      </w:r>
    </w:p>
    <w:p>
      <w:r>
        <w:t>في كل فن عندو معلومات</w:t>
      </w:r>
    </w:p>
    <w:p>
      <w:r>
        <w:t>ليس بالضرورة ان يكون متخصصا</w:t>
      </w:r>
    </w:p>
    <w:p>
      <w:r>
        <w:t>ثم يأتي بقياس الدور او بقي العكس نعم</w:t>
      </w:r>
    </w:p>
    <w:p>
      <w:r>
        <w:t>واعلم ان تعميم الاحكام للسائل وتخصيصها للمجيب انفى</w:t>
      </w:r>
    </w:p>
    <w:p>
      <w:r>
        <w:t>نعم</w:t>
      </w:r>
    </w:p>
    <w:p>
      <w:r>
        <w:t>واقامة الحجة الاخص والمقاومة والمناقضة هذه كلها يستخدم قياس المقاومة وقياس المناقضة</w:t>
      </w:r>
    </w:p>
    <w:p>
      <w:r>
        <w:t>والمعارضة بالمجيب نعم المجيب هو الذي يقاوم ويناقض ويعارض</w:t>
      </w:r>
    </w:p>
    <w:p>
      <w:r>
        <w:t>واقامة الحجة على السائل لانه هو الذي ي ان يثبت المشهور</w:t>
      </w:r>
    </w:p>
    <w:p>
      <w:r>
        <w:t>وينبغي الا يتكفل السائل هدم كل وضع</w:t>
      </w:r>
    </w:p>
    <w:p>
      <w:r>
        <w:t>ولا المجيب حظه</w:t>
      </w:r>
    </w:p>
    <w:p>
      <w:r>
        <w:t>بل السائل يهدم الشنيع</w:t>
      </w:r>
    </w:p>
    <w:p>
      <w:r>
        <w:t>لانه الخلاف المشهور</w:t>
      </w:r>
    </w:p>
    <w:p>
      <w:r>
        <w:t>نعم اذا هدم الشنيع يثبت المشهور</w:t>
      </w:r>
    </w:p>
    <w:p>
      <w:r>
        <w:t>هذه القاعدة والمجيب يحفظ المشهور</w:t>
      </w:r>
    </w:p>
    <w:p>
      <w:r>
        <w:t>نعم</w:t>
      </w:r>
    </w:p>
    <w:p>
      <w:r>
        <w:t>الذي يجيب ان يحافظ على المشهور</w:t>
      </w:r>
    </w:p>
    <w:p>
      <w:r>
        <w:t>اقول هذه وصايا مشتركة بين السائل والمجيب فان من يتعاطى صناعة الجدل ينبغي ان يتمهر اذا اراد في الجدل بالسؤال والجواب</w:t>
      </w:r>
    </w:p>
    <w:p>
      <w:r>
        <w:t>بان يتعود عكس القياس</w:t>
      </w:r>
    </w:p>
    <w:p>
      <w:r>
        <w:t>نعم</w:t>
      </w:r>
    </w:p>
    <w:p>
      <w:r>
        <w:t>عكس القياس ما معنى؟ يعني تأتي بالنتيجة وتضيف اليها مقدمة يسنمها الطرف الثاني تبطل مقدمة من المقدم القياس نعم هذا هو العكس مر علينا</w:t>
      </w:r>
    </w:p>
    <w:p>
      <w:r>
        <w:t>اذ نعم فان فانه يفيد القدرة على التوسع في الاقوال</w:t>
      </w:r>
    </w:p>
    <w:p>
      <w:r>
        <w:t>بحيث يجعل من قياس الواحد اربعة اقيس بحسب تقابل التناقض والتضاد</w:t>
      </w:r>
    </w:p>
    <w:p>
      <w:r>
        <w:t>نعم تقابل التناقض عندك التناقض والتضاد كل يوم وجبة</w:t>
      </w:r>
    </w:p>
    <w:p>
      <w:r>
        <w:t>آآ كلية وجزئية او سالبة وموجبة يعطيك اربعة اقيس</w:t>
      </w:r>
    </w:p>
    <w:p>
      <w:r>
        <w:t>ويفيد قوة على نقيض القياس من نفس القياس</w:t>
      </w:r>
    </w:p>
    <w:p>
      <w:r>
        <w:t>اذا كان نقيض النتيجة مشهورا</w:t>
      </w:r>
    </w:p>
    <w:p>
      <w:r>
        <w:t>يعني يأتي بنتيجة يطعمها بمقدمة بمقدمة ينفي مقدمة من المقدمات منها القياس</w:t>
      </w:r>
    </w:p>
    <w:p>
      <w:r>
        <w:t>وكذلك يتمهر في قياس الدور لهذه الفائدة ايضا</w:t>
      </w:r>
    </w:p>
    <w:p>
      <w:r>
        <w:t>وان يتمكن من ايراد لمقدمات كثيرة لاثبات كل مطلوب من مواضيع مختلفة</w:t>
      </w:r>
    </w:p>
    <w:p>
      <w:r>
        <w:t>المقدمة الطويلة حتى الطرف المقابل يعجز انه يتابعك في كل مقدمة من المقدمات</w:t>
      </w:r>
    </w:p>
    <w:p>
      <w:r>
        <w:t>وهذا هو الجدل</w:t>
      </w:r>
    </w:p>
    <w:p>
      <w:r>
        <w:t>نعم</w:t>
      </w:r>
    </w:p>
    <w:p>
      <w:r>
        <w:t>وان يتمكن من ايراد مقدمات كثيرة لاثبات كل مطلوب من مواضع مختلفة</w:t>
      </w:r>
    </w:p>
    <w:p>
      <w:r>
        <w:t>نعم</w:t>
      </w:r>
    </w:p>
    <w:p>
      <w:r>
        <w:t>من مواضع مختلفة</w:t>
      </w:r>
    </w:p>
    <w:p>
      <w:r>
        <w:t>تقول لماذا يا شيخ? قال ان اوجدني</w:t>
      </w:r>
    </w:p>
    <w:p>
      <w:r>
        <w:t>هدفه تبكيت والاسكات</w:t>
      </w:r>
    </w:p>
    <w:p>
      <w:r>
        <w:t>ليس آآ هدفه ايصال الوصول الى الواقع والحقيقة او تنوير الانسان بالحقيقة لا</w:t>
      </w:r>
    </w:p>
    <w:p>
      <w:r>
        <w:t>وان يأخذ نعم</w:t>
      </w:r>
    </w:p>
    <w:p>
      <w:r>
        <w:t>وان يتمكن من ايراد مقدمات مقدمات كثيرة لاثبات كل مطلوب من مواضع مختلفة يعني من منطلقات مختلفة</w:t>
      </w:r>
    </w:p>
    <w:p>
      <w:r>
        <w:t>من مقدمات تنتمي الى حقول متعددة وكذلك لابطال هذه الخاصة موجودة عند المتكلمين خصوصا قبل ان تصير المدارس الكلامية نسقيا علميا موضوع مسائل</w:t>
      </w:r>
    </w:p>
    <w:p>
      <w:r>
        <w:t>كان هذا هو دجاج ولهذا يقول المتكلم جدلي يحافظ عن اوضاع معتقدات</w:t>
      </w:r>
    </w:p>
    <w:p>
      <w:r>
        <w:t>نعم</w:t>
      </w:r>
    </w:p>
    <w:p>
      <w:r>
        <w:t>وكذلك لابطاله</w:t>
      </w:r>
    </w:p>
    <w:p>
      <w:r>
        <w:t>وان يأخذ من كل صناعة يجادل فيها بطرف صالح</w:t>
      </w:r>
    </w:p>
    <w:p>
      <w:r>
        <w:t>يعني عنده معلومات جيدة</w:t>
      </w:r>
    </w:p>
    <w:p>
      <w:r>
        <w:t>معه نعم بهذا الطرف يعني بهذه المعلومات على الالزام الزام الخاص ونقض الوضع ابطال المدعى الخصم وحفظ ما آآ يعتقده هو نقظ الوظع او حفظ الوظع اذا كان هو يعتقد معتقد يحافظ عليه</w:t>
      </w:r>
    </w:p>
    <w:p>
      <w:r>
        <w:t>واعلم ان تعميم الاحكام للسائل انفع من تخصيصها</w:t>
      </w:r>
    </w:p>
    <w:p>
      <w:r>
        <w:t>لماذا? لانه اذا خصصت قيدت واذا ق نقضها يصير سهلا</w:t>
      </w:r>
    </w:p>
    <w:p>
      <w:r>
        <w:t>متأتيا</w:t>
      </w:r>
    </w:p>
    <w:p>
      <w:r>
        <w:t>وتخصيصها وان تعميم الاحكام للسائل انفع من تخصيصها</w:t>
      </w:r>
    </w:p>
    <w:p>
      <w:r>
        <w:t>بين الميلاد</w:t>
      </w:r>
    </w:p>
    <w:p>
      <w:r>
        <w:t>وان تخصيصها للمجيب انفع من المجيب دائما يقيد</w:t>
      </w:r>
    </w:p>
    <w:p>
      <w:r>
        <w:t>دائما يقيد المسائل</w:t>
      </w:r>
    </w:p>
    <w:p>
      <w:r>
        <w:t>دائما اذا كنت في سجل معرفي لا تجادله مع شخص يريد ان يقدم على ابطال وظعك ومعتدق معتقدك في العموميات</w:t>
      </w:r>
    </w:p>
    <w:p>
      <w:r>
        <w:t>دائما قيده قيده منطقيا قيده معرفيا</w:t>
      </w:r>
    </w:p>
    <w:p>
      <w:r>
        <w:t>فتنتصر عليه</w:t>
      </w:r>
    </w:p>
    <w:p>
      <w:r>
        <w:t>اما اذا تحدثت في العمومية فانك وقعت في الفخ</w:t>
      </w:r>
    </w:p>
    <w:p>
      <w:r>
        <w:t>نعم</w:t>
      </w:r>
    </w:p>
    <w:p>
      <w:r>
        <w:t>واعلم ان تعميم الاحكام للسائل انفع من تخصيص لانه هو يريد التبكيت مع فيعمم يجعل المسألة فضفاضة</w:t>
      </w:r>
    </w:p>
    <w:p>
      <w:r>
        <w:t>وتخصيصها تخصيص الاحكام للموجب انفع من تعميمها</w:t>
      </w:r>
    </w:p>
    <w:p>
      <w:r>
        <w:t>نعم كلما كان الموجب يخصص ويقيد انفى فاقام فاقامة الحجة بالقياس للسائل في الاغلب</w:t>
      </w:r>
    </w:p>
    <w:p>
      <w:r>
        <w:t>يعني السائل الذي يريد يثبت او يبكت فهو عليه ان يأتي بالاقيس</w:t>
      </w:r>
    </w:p>
    <w:p>
      <w:r>
        <w:t>واما المقاومة بقي المقاومة او المناقضة بقياس المناقضة او المعارضة بقياس المعارضة فانها اخص بالمجيب من السائل لان المجيب يدافع يدافع بما بقياس المقاومة يقاوم والمناقضة والمعارضة وقد استعملوا الحجة اذا عجز عن نصرة الوضع بالحفظ</w:t>
      </w:r>
    </w:p>
    <w:p>
      <w:r>
        <w:t>نعم</w:t>
      </w:r>
    </w:p>
    <w:p>
      <w:r>
        <w:t>يعني هذا المجيب يقاوم ومرة لا يستدل</w:t>
      </w:r>
    </w:p>
    <w:p>
      <w:r>
        <w:t>نعم</w:t>
      </w:r>
    </w:p>
    <w:p>
      <w:r>
        <w:t>اذا عجز عن نصرة الوضع بالحياة</w:t>
      </w:r>
    </w:p>
    <w:p>
      <w:r>
        <w:t>نعم عجز بالمقاومة والمناقضة والمعارضة فاذا عجز يقدم على الاقياس يعني هو يثبت وضعه</w:t>
      </w:r>
    </w:p>
    <w:p>
      <w:r>
        <w:t>نعم ويفهم يفهم آآ السائل</w:t>
      </w:r>
    </w:p>
    <w:p>
      <w:r>
        <w:t>نعم</w:t>
      </w:r>
    </w:p>
    <w:p>
      <w:r>
        <w:t>فيأخذ بالاحتجاج يعني يعمد الى الاقيسا فيأخذ بالاحتجاج له والقياس والحجة يجعلان الكثير واحدا</w:t>
      </w:r>
    </w:p>
    <w:p>
      <w:r>
        <w:t>نعم</w:t>
      </w:r>
    </w:p>
    <w:p>
      <w:r>
        <w:t>حيث ينتقل فيها من الاقيس والحجج</w:t>
      </w:r>
    </w:p>
    <w:p>
      <w:r>
        <w:t>من المقدمات الكثيرة الى الحجة الواحدة</w:t>
      </w:r>
    </w:p>
    <w:p>
      <w:r>
        <w:t>هذا هو في التدليل في التدليل آآ هو عملية التدليل تركيب</w:t>
      </w:r>
    </w:p>
    <w:p>
      <w:r>
        <w:t>نأتي الى الواقع</w:t>
      </w:r>
    </w:p>
    <w:p>
      <w:r>
        <w:t>الواقع في حال التركيب</w:t>
      </w:r>
    </w:p>
    <w:p>
      <w:r>
        <w:t>انت ترى الشجرة مثمرة خضر حقيقة واحدة ما عندك الشجرة في جانب والخضرة في جانب او انها مثمرة في جانب</w:t>
      </w:r>
    </w:p>
    <w:p>
      <w:r>
        <w:t>حقيقة واحدة مندكة يعني مركبة</w:t>
      </w:r>
    </w:p>
    <w:p>
      <w:r>
        <w:t>ثم تأتي الى الدين تفصل الشجرة بالمبدأ الهوية الاثمار بمبدأ نهوية</w:t>
      </w:r>
    </w:p>
    <w:p>
      <w:r>
        <w:t>ثم بالحكم تربط تقول شجرا مثمرا ثم تأتي بالدليل لماذا هي مثمرة? فاذا الدليل تأكيد للتركيب في النظم المنطقي اذا تأكد هذا التركيب يعني صار صار هو النتيجة صار ما عندك في الخارج ما عندك في الدين</w:t>
      </w:r>
    </w:p>
    <w:p>
      <w:r>
        <w:t>المطابقة</w:t>
      </w:r>
    </w:p>
    <w:p>
      <w:r>
        <w:t>هذي هي نظرية المطابقة</w:t>
      </w:r>
    </w:p>
    <w:p>
      <w:r>
        <w:t>نعم</w:t>
      </w:r>
    </w:p>
    <w:p>
      <w:r>
        <w:t>والقياس والحجة القياس هنا اذا فسرنا بالاستنباط فهنا والحجة عطف العام على الخاص</w:t>
      </w:r>
    </w:p>
    <w:p>
      <w:r>
        <w:t>اذا قلنا القياس هو كل حجة فهذا عطف تفسير</w:t>
      </w:r>
    </w:p>
    <w:p>
      <w:r>
        <w:t>والقياس والحجة يجعلان الكثير يعني الصغرى والكبرى</w:t>
      </w:r>
    </w:p>
    <w:p>
      <w:r>
        <w:t>كثير نعم واحدا في النتيجة</w:t>
      </w:r>
    </w:p>
    <w:p>
      <w:r>
        <w:t>بحيث ينتقل فيهما من آآ المقدمتين من المقدمتين من بيانية الكثيرة يعني ممكن مقدمة صغرى كبرى ن نتيجة ثم هذه النتيجة نجعلها صغرى كبرى نتيجة هكذا</w:t>
      </w:r>
    </w:p>
    <w:p>
      <w:r>
        <w:t>حتى نصل الى النتيجة النهائية التي توحد</w:t>
      </w:r>
    </w:p>
    <w:p>
      <w:r>
        <w:t>نعم</w:t>
      </w:r>
    </w:p>
    <w:p>
      <w:r>
        <w:t>حيث ينتقل فيهما من مقدمات كثيرة يعني فيهما ظاهرا الى قياس الحجة</w:t>
      </w:r>
    </w:p>
    <w:p>
      <w:r>
        <w:t>حيث ينتقل فيهما يعني في القياس من المقدمات اذا من هنا ليست بيانية</w:t>
      </w:r>
    </w:p>
    <w:p>
      <w:r>
        <w:t>من هنا آآ ابتدائية</w:t>
      </w:r>
    </w:p>
    <w:p>
      <w:r>
        <w:t>من المقدمات الكثيرة الى الحجة الواحدة التي هي النتيجة</w:t>
      </w:r>
    </w:p>
    <w:p>
      <w:r>
        <w:t>والمقاومة والنقض يجعلان الواحد كثيرا</w:t>
      </w:r>
    </w:p>
    <w:p>
      <w:r>
        <w:t>نعم</w:t>
      </w:r>
    </w:p>
    <w:p>
      <w:r>
        <w:t>هذا هو النقد النقدي تريد تبطل النتيجة</w:t>
      </w:r>
    </w:p>
    <w:p>
      <w:r>
        <w:t>نعم</w:t>
      </w:r>
    </w:p>
    <w:p>
      <w:r>
        <w:t>فصل بين ماذا? موظوع هواء محمولها</w:t>
      </w:r>
    </w:p>
    <w:p>
      <w:r>
        <w:t>تقول الموضوع يتصل بهذا الصفة</w:t>
      </w:r>
    </w:p>
    <w:p>
      <w:r>
        <w:t>ولا يتصل بهذه الصفة</w:t>
      </w:r>
    </w:p>
    <w:p>
      <w:r>
        <w:t>والمحمول لهذا الموضوع وليس لذلك الموضوع النتيجة فككها الى مقدمتهم ولهذا يقول والمقاومة والنقض يجعلان الواحد والمركب يعني النتيجة المدعى كثيرا يعني في مقدماته والمقدمتان الناتجة اللامصالة بينهما لا حد وسط والا لا معنى للمقاومة ونناقض</w:t>
      </w:r>
    </w:p>
    <w:p>
      <w:r>
        <w:t>نعم</w:t>
      </w:r>
    </w:p>
    <w:p>
      <w:r>
        <w:t>ولا يتكفل السائل هدم كل كل وضع</w:t>
      </w:r>
    </w:p>
    <w:p>
      <w:r>
        <w:t>بل ما كان من منهج شنيعان</w:t>
      </w:r>
    </w:p>
    <w:p>
      <w:r>
        <w:t>خلاف المشهور</w:t>
      </w:r>
    </w:p>
    <w:p>
      <w:r>
        <w:t>ولا يحفظ المجيب كل وضع مما كان مشهورا سديدا او نافعا في العلوم والرياضة والرياضات</w:t>
      </w:r>
    </w:p>
    <w:p>
      <w:r>
        <w:t>العلوم والرياضات</w:t>
      </w:r>
    </w:p>
    <w:p>
      <w:r>
        <w:t>ويجب ان يجادل ويجب ان يجادل من كان محبا للرياء ومتعسرا في تسليم المشهورات</w:t>
      </w:r>
    </w:p>
    <w:p>
      <w:r>
        <w:t>لان لا يفسد طبعه بذلك</w:t>
      </w:r>
    </w:p>
    <w:p>
      <w:r>
        <w:t>ويجب ان يجادل من كان محبا من كان محبا نعم</w:t>
      </w:r>
    </w:p>
    <w:p>
      <w:r>
        <w:t>للرياء وم في التسليم المشهورات لان لا يفسد طبعه بذلك</w:t>
      </w:r>
    </w:p>
    <w:p>
      <w:r>
        <w:t>لماذا اذن يجب ان يجلل? مفروض يكون النفي</w:t>
      </w:r>
    </w:p>
    <w:p>
      <w:r>
        <w:t>ويجب الا يجادل</w:t>
      </w:r>
    </w:p>
    <w:p>
      <w:r>
        <w:t>من كان محبا للرياء ومتعسرا في تسليم المشورات يابس بقول انه جامد مغلوق</w:t>
      </w:r>
    </w:p>
    <w:p>
      <w:r>
        <w:t>نعم</w:t>
      </w:r>
    </w:p>
    <w:p>
      <w:r>
        <w:t>المفروض يقول يكون سالبة والله اعلم</w:t>
      </w:r>
    </w:p>
    <w:p>
      <w:r>
        <w:t>ويجب ان يجادل يعني هنا حتم عليه المجادلة ثم يقول لي الا يفسد طبعه بذلك</w:t>
      </w:r>
    </w:p>
    <w:p>
      <w:r>
        <w:t>بالعكس اذا جادل المرائي والمغلوق طبعه يفسد لان مع المحاورة الكثيرة الانسان يتأثر بغيره</w:t>
      </w:r>
    </w:p>
    <w:p>
      <w:r>
        <w:t>ان يجادل ممكن هذه سقطة من آآ لا ادري</w:t>
      </w:r>
    </w:p>
    <w:p>
      <w:r>
        <w:t>ويجب ان يوجد صحيح انا في تصوري حد السي ان لا يجادل</w:t>
      </w:r>
    </w:p>
    <w:p>
      <w:r>
        <w:t>ويجب ان يجادل من كان محبا للرياء ومتعسرا في تسنيم المشهورات لئلا يفسد طبعه بذلك</w:t>
      </w:r>
    </w:p>
    <w:p>
      <w:r>
        <w:t>يعني المجادل</w:t>
      </w:r>
    </w:p>
    <w:p>
      <w:r>
        <w:t>فان الطباع لكل فان الطباع الطباعة ينفعل بعضهن عن بعض</w:t>
      </w:r>
    </w:p>
    <w:p>
      <w:r>
        <w:t>ولهذا قال صاحب المنطق ارسطو الرفيق في الجدل كالرفيق بالبرهان</w:t>
      </w:r>
    </w:p>
    <w:p>
      <w:r>
        <w:t>ينفع ويضر</w:t>
      </w:r>
    </w:p>
    <w:p>
      <w:r>
        <w:t>ويهدي ويضل</w:t>
      </w:r>
    </w:p>
    <w:p>
      <w:r>
        <w:t>فان اتفقت له المحاورة مع امثاله ممن يقصد الرياء والغلبة او التوقف في تسليم المشورات يعني جامد ما يقبل المشهورات</w:t>
      </w:r>
    </w:p>
    <w:p>
      <w:r>
        <w:t>لا لإدعاء القوة والعظمة وجانب في مجادلة طريق الإنصاف وجرى على قاعدة قاعدة</w:t>
      </w:r>
    </w:p>
    <w:p>
      <w:r>
        <w:t>واستعمل استعمل معهم ما يستعملونه ويعاملهم بكل ما يؤدي الى غلبتهم</w:t>
      </w:r>
    </w:p>
    <w:p>
      <w:r>
        <w:t>ولا عيب عليه في مغالطتهم ليظهر عجزهم عن التفطن لموضع المغالطة فيرجعون عن قاعدتهم الفاسدة</w:t>
      </w:r>
    </w:p>
    <w:p>
      <w:r>
        <w:t>اذا هنا حسب هذا البيان من العلامة الحلي الذي يترجح ويجب</w:t>
      </w:r>
    </w:p>
    <w:p>
      <w:r>
        <w:t>ويجب ان يجادل من كان آآ محبا للرياء</w:t>
      </w:r>
    </w:p>
    <w:p>
      <w:r>
        <w:t>مم</w:t>
      </w:r>
    </w:p>
    <w:p>
      <w:r>
        <w:t>يعني يفحمهم يبينهم انهم لا شيء</w:t>
      </w:r>
    </w:p>
    <w:p>
      <w:r>
        <w:t>ولا عيب انظر ولا عيب في مغالطتهم اه ليظهر عجزهم عن التفطن لموضع</w:t>
      </w:r>
    </w:p>
    <w:p>
      <w:r>
        <w:t>نعم</w:t>
      </w:r>
    </w:p>
    <w:p>
      <w:r>
        <w:t>لموضع المغالطة فيرجعون عن قاعدتهم الفاسدة</w:t>
      </w:r>
    </w:p>
    <w:p>
      <w:r>
        <w:t>نعم</w:t>
      </w:r>
    </w:p>
    <w:p>
      <w:r>
        <w:t>فقد نقل عن براتيس ما مجادل مجادل سقراط كما جاء في الجدل للشفاء صفحة خمسة وتسعين طبعة مصر هنا كما وقع عليه السقراطي مع تراسم حين تجادل في امر العدل اذ غالطه سقراط باسم مشترك</w:t>
      </w:r>
    </w:p>
    <w:p>
      <w:r>
        <w:t>مشترك لفظي فافهمه</w:t>
      </w:r>
    </w:p>
    <w:p>
      <w:r>
        <w:t>نعم</w:t>
      </w:r>
    </w:p>
    <w:p>
      <w:r>
        <w:t>اذا يتعين في المتن ليس النفي</w:t>
      </w:r>
    </w:p>
    <w:p>
      <w:r>
        <w:t>ويجب ان يجادل</w:t>
      </w:r>
    </w:p>
    <w:p>
      <w:r>
        <w:t>نعم</w:t>
      </w:r>
    </w:p>
    <w:p>
      <w:r>
        <w:t>الى ان هذه لئلا يقصد طبعه بذلك لا ادري كيف كيف نربطها مع السبق ويجب ان يجادل من كان محبا للرياء ومتعسرا في تسليم المشورات لئلا يفسد بذلك</w:t>
      </w:r>
    </w:p>
    <w:p>
      <w:r>
        <w:t>ما ادري يعني فيه هرمونات فيه اشكال</w:t>
      </w:r>
    </w:p>
    <w:p>
      <w:r>
        <w:t>فقد نقل عن براطاس ماخوس انه كان يريد ان يظن به الغلبة</w:t>
      </w:r>
    </w:p>
    <w:p>
      <w:r>
        <w:t>ويتوقى ان يقهره سقراط فينحطوا مرتبته</w:t>
      </w:r>
    </w:p>
    <w:p>
      <w:r>
        <w:t>فلم يزل يتأكد ويخرج الى التعدي ويجيد عن الطريق الواجب في الجدل</w:t>
      </w:r>
    </w:p>
    <w:p>
      <w:r>
        <w:t>ويظهر المغالبة واقهار سقراط فغالطه سقراط باشتراك الاسم</w:t>
      </w:r>
    </w:p>
    <w:p>
      <w:r>
        <w:t>فاخجله واسكته</w:t>
      </w:r>
    </w:p>
    <w:p>
      <w:r>
        <w:t>تم باب الجدل وهذه وصايا فقط ليست آآ مسائل آآ منطقية</w:t>
      </w:r>
    </w:p>
    <w:p>
      <w:r>
        <w:t>هذه ورشة عمل</w:t>
      </w:r>
    </w:p>
    <w:p>
      <w:r>
        <w:t>يمكن ان ادرس لك المنطق من بدايتي الى نهايته ثم نعمل ورشاد</w:t>
      </w:r>
    </w:p>
    <w:p>
      <w:r>
        <w:t>نأتي بنصوص ثم اقول لك هنا آآ خرج لي اولا الاطار المفاهيمي</w:t>
      </w:r>
    </w:p>
    <w:p>
      <w:r>
        <w:t>المبادئ تقول لي شيخنا استخدم التعريف الاول والتعريف الثاني والتعريف الثالث مثلا</w:t>
      </w:r>
    </w:p>
    <w:p>
      <w:r>
        <w:t>او استخدم تعريفين</w:t>
      </w:r>
    </w:p>
    <w:p>
      <w:r>
        <w:t>قل هذا التعريف اولا كيف عرفت انه تعريف? الطالب يعطيك الضابطة الذي حدد بها التعريف</w:t>
      </w:r>
    </w:p>
    <w:p>
      <w:r>
        <w:t>يعني المحور المحور الدلالي او المحور المعرفي</w:t>
      </w:r>
    </w:p>
    <w:p>
      <w:r>
        <w:t>يقول نحن في دائرة المحور المعرفي</w:t>
      </w:r>
    </w:p>
    <w:p>
      <w:r>
        <w:t>ثم بعدما يشخص التعريف نروح الى اللبنات ما هي لبنات? ذاتيات حد تام</w:t>
      </w:r>
    </w:p>
    <w:p>
      <w:r>
        <w:t>ذاتيات ناقصة حد ناقص</w:t>
      </w:r>
    </w:p>
    <w:p>
      <w:r>
        <w:t>راحلة خاصة رسم</w:t>
      </w:r>
    </w:p>
    <w:p>
      <w:r>
        <w:t>رسم تام ناقص</w:t>
      </w:r>
    </w:p>
    <w:p>
      <w:r>
        <w:t>تعريف بالمصداق</w:t>
      </w:r>
    </w:p>
    <w:p>
      <w:r>
        <w:t>تعريف بالم هادي كلها نعلم الطالب في الورشة وليس في التدريس</w:t>
      </w:r>
    </w:p>
    <w:p>
      <w:r>
        <w:t>نأتي بنصوص فلسفية قرآنية آآ روائية من نهج البلاغة</w:t>
      </w:r>
    </w:p>
    <w:p>
      <w:r>
        <w:t>آآ نصوص ادبية نصوص عقدية</w:t>
      </w:r>
    </w:p>
    <w:p>
      <w:r>
        <w:t>وندرب الطالب على استخراج القواعد المنطقية في داخل النصوص</w:t>
      </w:r>
    </w:p>
    <w:p>
      <w:r>
        <w:t>لأن القواعد المنطقية ليس لها لسان</w:t>
      </w:r>
    </w:p>
    <w:p>
      <w:r>
        <w:t>تتجلى في العبارات تتخصص في العبارات</w:t>
      </w:r>
    </w:p>
    <w:p>
      <w:r>
        <w:t>ثم ننتقل الى القسمة فيه في المتن قسمة نقول نعم في قسمة خرجها هاي التخريج</w:t>
      </w:r>
    </w:p>
    <w:p>
      <w:r>
        <w:t>ملاك التخريج ما هو؟ يعني كيف عرفت انه قسمة؟ لان في ثنائية</w:t>
      </w:r>
    </w:p>
    <w:p>
      <w:r>
        <w:t>عندنا معنى مشغلة شقين</w:t>
      </w:r>
    </w:p>
    <w:p>
      <w:r>
        <w:t>ملاك القسمة ما هو؟ يخرج لك ملاك القسم ثم الاقسام</w:t>
      </w:r>
    </w:p>
    <w:p>
      <w:r>
        <w:t>لماذا الماتن او صاحب هذا النص مهما كان هذا النص? لجأ الى القسمة يقول لانه لا يريد المقسم</w:t>
      </w:r>
    </w:p>
    <w:p>
      <w:r>
        <w:t>يريد اقسام المقصد</w:t>
      </w:r>
    </w:p>
    <w:p>
      <w:r>
        <w:t>حتى لا</w:t>
      </w:r>
    </w:p>
    <w:p>
      <w:r>
        <w:t>تتشابك المعلومات وتصير مبهمة نلجأ الى القسمة نخرج الأقسام نعالج الأقسام في دائرتها</w:t>
      </w:r>
    </w:p>
    <w:p>
      <w:r>
        <w:t>نعم كل قسما على حدة ثم ننتقل الى القضايا يعني في احكام</w:t>
      </w:r>
    </w:p>
    <w:p>
      <w:r>
        <w:t>تمحوك تقول لي في ثلاث آآ اه احكام الحكم الأول ولد القضية الفلانية</w:t>
      </w:r>
    </w:p>
    <w:p>
      <w:r>
        <w:t>الحكم الثاني ولد القضية الثانية</w:t>
      </w:r>
    </w:p>
    <w:p>
      <w:r>
        <w:t>الحكم الثالث ولد القضية الثالثة</w:t>
      </w:r>
    </w:p>
    <w:p>
      <w:r>
        <w:t>الموتون لا تأتي بالقضايا هكذا فقط</w:t>
      </w:r>
    </w:p>
    <w:p>
      <w:r>
        <w:t>تأتي بالقضايا للاستدلال</w:t>
      </w:r>
    </w:p>
    <w:p>
      <w:r>
        <w:t>يعني هذه القضايا في الاستدلال والروح الى استخراج الاقيس</w:t>
      </w:r>
    </w:p>
    <w:p>
      <w:r>
        <w:t>اي نوع من القياس ما هي النتيجة? ثم رح الى البرهان</w:t>
      </w:r>
    </w:p>
    <w:p>
      <w:r>
        <w:t>نتائج يقينية ام ظنية? هذه كلها ورشات في اه الاستدلال البرهاني في الاستدلال الجدلي وكما سيأتي في الخطاب وباب المغالطة</w:t>
      </w:r>
    </w:p>
    <w:p>
      <w:r>
        <w:t>نعم</w:t>
      </w:r>
    </w:p>
    <w:p>
      <w:r>
        <w:t>اذا انتهى باب الجدل ندخل في الفصل السابع في المغالطة وهو من اروع آآ الابواب يأتي ان شاء الله</w:t>
      </w:r>
    </w:p>
    <w:p>
      <w:r>
        <w:t>اللهم صل على محمد وال محمد</w:t>
      </w:r>
    </w:p>
    <w:p>
      <w:r>
        <w:t>وال محمد</w:t>
      </w:r>
    </w:p>
    <w:p>
      <w:r>
        <w:t>اللهم صلي على نبينا محمد وال محمد اللهم صلي على محمد وال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