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بناء الفصل السابع في المغالطة</w:t>
      </w:r>
    </w:p>
    <w:p>
      <w:r>
        <w:t>المغالطة والمغالطين كل قياس ينتج ما يناقض وضعا</w:t>
      </w:r>
    </w:p>
    <w:p>
      <w:r>
        <w:t>فهو تبكيت بالحجة فان كان حقا او كان برهانا او جدليا</w:t>
      </w:r>
    </w:p>
    <w:p>
      <w:r>
        <w:t>اذا وصلنا الى باب المغالطة</w:t>
      </w:r>
    </w:p>
    <w:p>
      <w:r>
        <w:t>المغالطة هو توظيف المعايير المنطقية الصورية</w:t>
      </w:r>
    </w:p>
    <w:p>
      <w:r>
        <w:t>وهذه المعايير صورية الفارغة من كل مضمون مرة نراعي هذه المعايير في صورة نتية في الثورة نتيهيتها</w:t>
      </w:r>
    </w:p>
    <w:p>
      <w:r>
        <w:t>ولا نلتفت الى المبدأ فتكون المغالطة على مستوى الصورة ومرة لا في اللبنات التي نستخدمها في القياس يعني المعلومات التي نستخدمها في القياس لا تراعي المعايير المنطقية فنقع في المغالطة</w:t>
      </w:r>
    </w:p>
    <w:p>
      <w:r>
        <w:t>نعم</w:t>
      </w:r>
    </w:p>
    <w:p>
      <w:r>
        <w:t>والمغالطة قد تكون عفوية</w:t>
      </w:r>
    </w:p>
    <w:p>
      <w:r>
        <w:t>ففي نقاشك مع شخص لا تقول له انت تغالط</w:t>
      </w:r>
    </w:p>
    <w:p>
      <w:r>
        <w:t>قل هنا مغالطة في ادب</w:t>
      </w:r>
    </w:p>
    <w:p>
      <w:r>
        <w:t>في مغالطة في مغالطة غير انك تغالط</w:t>
      </w:r>
    </w:p>
    <w:p>
      <w:r>
        <w:t>اذا كان يغالط ويتعمد تقول له انت تغالط</w:t>
      </w:r>
    </w:p>
    <w:p>
      <w:r>
        <w:t>واكشف المغالطة</w:t>
      </w:r>
    </w:p>
    <w:p>
      <w:r>
        <w:t>هنا اولا يعرف القياس باعتبار الغاية</w:t>
      </w:r>
    </w:p>
    <w:p>
      <w:r>
        <w:t>القياس لماذا? حركة فكرية للوصول الى نتيجة نتيجة يعني معتقد ما وضعا ما</w:t>
      </w:r>
    </w:p>
    <w:p>
      <w:r>
        <w:t>نعم</w:t>
      </w:r>
    </w:p>
    <w:p>
      <w:r>
        <w:t>كل قياس ينتج ما يناقض وضعا</w:t>
      </w:r>
    </w:p>
    <w:p>
      <w:r>
        <w:t>ما يناقض وعظا فهو تبكيت بالحجة بالحجة</w:t>
      </w:r>
    </w:p>
    <w:p>
      <w:r>
        <w:t>ما يناقض وضعا</w:t>
      </w:r>
    </w:p>
    <w:p>
      <w:r>
        <w:t>اولى لنسبة وضع الناس بالضرورة</w:t>
      </w:r>
    </w:p>
    <w:p>
      <w:r>
        <w:t>نعم ليس بالضرورة آآ ينتج ما يناقض وضعا</w:t>
      </w:r>
    </w:p>
    <w:p>
      <w:r>
        <w:t>قد لاثبات وضعه</w:t>
      </w:r>
    </w:p>
    <w:p>
      <w:r>
        <w:t>طبعا انت اذا اثبت سين لمبدأ التناقض فنفيت ناقضت ثلاثين واضحة جدا لمبدأ التناقض</w:t>
      </w:r>
    </w:p>
    <w:p>
      <w:r>
        <w:t>نعم وهذا مر علينا ان القياس ينتج نتيجة وينتج كذلك نفيا آآ نقيض النتيجة</w:t>
      </w:r>
    </w:p>
    <w:p>
      <w:r>
        <w:t>خصوصا في في في البرهان اليقيني انه يقين مضاعف</w:t>
      </w:r>
    </w:p>
    <w:p>
      <w:r>
        <w:t>يثبت سين ويثبت كذلك لاس</w:t>
      </w:r>
    </w:p>
    <w:p>
      <w:r>
        <w:t>سين حق لا سين باطل</w:t>
      </w:r>
    </w:p>
    <w:p>
      <w:r>
        <w:t>اجتماع النقيضين</w:t>
      </w:r>
    </w:p>
    <w:p>
      <w:r>
        <w:t>كل قياس ينتج ما يناقض وضعا وظعا قلنا معتقد منطلق قضية من القضايا يعتقدها يراها يتبناها فهو تبكيت بالحجة</w:t>
      </w:r>
    </w:p>
    <w:p>
      <w:r>
        <w:t>تبكيت يعني غلبة بالحجة</w:t>
      </w:r>
    </w:p>
    <w:p>
      <w:r>
        <w:t>فان كان هنا التقسيم هذا القياس باعتبار مناقضة ملاك القسمة</w:t>
      </w:r>
    </w:p>
    <w:p>
      <w:r>
        <w:t>ان كان حقا او مشهورا كان برهانا او جدليا</w:t>
      </w:r>
    </w:p>
    <w:p>
      <w:r>
        <w:t>لف ونشر مرتب</w:t>
      </w:r>
    </w:p>
    <w:p>
      <w:r>
        <w:t>برهان يعود الحقية والجدلية يعود الى المشهورية</w:t>
      </w:r>
    </w:p>
    <w:p>
      <w:r>
        <w:t>نعم</w:t>
      </w:r>
    </w:p>
    <w:p>
      <w:r>
        <w:t>والا يعني لم يكن حقا ولا مشهورا</w:t>
      </w:r>
    </w:p>
    <w:p>
      <w:r>
        <w:t>فالمغالط يشبه البرهان</w:t>
      </w:r>
    </w:p>
    <w:p>
      <w:r>
        <w:t>ومشاغب يشبه الجدل اذن في مقابل البنهان تقول مغالطة في مقابل الجدل تقول مشاغبة</w:t>
      </w:r>
    </w:p>
    <w:p>
      <w:r>
        <w:t>نعم</w:t>
      </w:r>
    </w:p>
    <w:p>
      <w:r>
        <w:t>اذا هذا محور تصوري فقط</w:t>
      </w:r>
    </w:p>
    <w:p>
      <w:r>
        <w:t>محور دلالي يعطيك ما او محور آآ اذا ادخلت التعريف في التصور من اقسام العين تقول محور معرفي اقول الذي وضع كتاب علم المنطق الاورجانون ارسطو</w:t>
      </w:r>
    </w:p>
    <w:p>
      <w:r>
        <w:t>ذكر فيه في هذا الاورجانون القياسات البرهانية والحدود الحقيقية</w:t>
      </w:r>
    </w:p>
    <w:p>
      <w:r>
        <w:t>في باب الحد والبرهان</w:t>
      </w:r>
    </w:p>
    <w:p>
      <w:r>
        <w:t>وذكر معها القياسات الجدلية التي تعتمد على المشهورات كما مر علينا</w:t>
      </w:r>
    </w:p>
    <w:p>
      <w:r>
        <w:t>واتبعها بالقياسات المغالطية</w:t>
      </w:r>
    </w:p>
    <w:p>
      <w:r>
        <w:t>التي تشبه البرهان في الصورة</w:t>
      </w:r>
    </w:p>
    <w:p>
      <w:r>
        <w:t>في الكلية وليست من البرهان في شيء</w:t>
      </w:r>
    </w:p>
    <w:p>
      <w:r>
        <w:t>وسماها بلغته صوف استقاء</w:t>
      </w:r>
    </w:p>
    <w:p>
      <w:r>
        <w:t>صوفيستيك سوفيس كان يعني العالم الحكيم</w:t>
      </w:r>
    </w:p>
    <w:p>
      <w:r>
        <w:t>بعد نقلت الى المغالطين</w:t>
      </w:r>
    </w:p>
    <w:p>
      <w:r>
        <w:t>ثم بيتاغور فيتاغورس رأى ان كلمة صوفيا جاء من صوفيا شي كبير يجب ان يتواضع الانسان فقط انا لست حكيما لست سوف انا محب للحكمة فجاءت صوفيا فيلو يعني محب نعم اي تبكيت المغالطين هذا هو المعنى المنقول والا يعني حكيم</w:t>
      </w:r>
    </w:p>
    <w:p>
      <w:r>
        <w:t>وقال ارسطو ان هذه ان هذه صناعة تتبهرج في الحكمة وتشبه بها</w:t>
      </w:r>
    </w:p>
    <w:p>
      <w:r>
        <w:t>طبعا الحكمة هنا يعني الحكمة البرهانية ويتراءى بها من يعتمدها يتبجح</w:t>
      </w:r>
    </w:p>
    <w:p>
      <w:r>
        <w:t>منها يتراءى من الرياء</w:t>
      </w:r>
    </w:p>
    <w:p>
      <w:r>
        <w:t>من رياء يعتمدها يعني من يوظفها من يستخدمها</w:t>
      </w:r>
    </w:p>
    <w:p>
      <w:r>
        <w:t>كانه حكيم محقق وهو ليس كذلك نعم وكتابة الاورجانون تقنين المنطق هو لاجل الصفسطة</w:t>
      </w:r>
    </w:p>
    <w:p>
      <w:r>
        <w:t>صفسطة حركة علمية وليست مذهبا او م عباقرة في الاستدلال كانوا يدرسون المحاماة كيف المحامي يربح القضية باي طريقة كانت بالمغالطات وكذا ويتقاضون اموال ضخمة في هذه الدروس</w:t>
      </w:r>
    </w:p>
    <w:p>
      <w:r>
        <w:t>فجاء ارسطو قال هذه الفوضى المعرفية يجب ان تتوقف</w:t>
      </w:r>
    </w:p>
    <w:p>
      <w:r>
        <w:t>فاسس المنطق يعني علم المنطق وحلل وركب هذه المعايير المنطقية حتى تنكشف اه ما كان يمارسه السفسطائي</w:t>
      </w:r>
    </w:p>
    <w:p>
      <w:r>
        <w:t>واعلم ان التبكيت عبارة عن قياس ينتج نتيجة يناقض وظعا</w:t>
      </w:r>
    </w:p>
    <w:p>
      <w:r>
        <w:t>هذا هو التبكير</w:t>
      </w:r>
    </w:p>
    <w:p>
      <w:r>
        <w:t>اما القياس لا القياس قد يكون تبكيتا قد لا يكون</w:t>
      </w:r>
    </w:p>
    <w:p>
      <w:r>
        <w:t>يقال بكته بالحجة اي غلبه</w:t>
      </w:r>
    </w:p>
    <w:p>
      <w:r>
        <w:t>ثم لا يخلو ذلك القياس اما ان يكون حقا</w:t>
      </w:r>
    </w:p>
    <w:p>
      <w:r>
        <w:t>او مشهورا</w:t>
      </w:r>
    </w:p>
    <w:p>
      <w:r>
        <w:t>او لا يكون واحد منهما بل يدعى فيه المشابهة</w:t>
      </w:r>
    </w:p>
    <w:p>
      <w:r>
        <w:t>اما للحق او للمشهور</w:t>
      </w:r>
    </w:p>
    <w:p>
      <w:r>
        <w:t>فان كان القياس حقا فهو البرهان</w:t>
      </w:r>
    </w:p>
    <w:p>
      <w:r>
        <w:t>وان كان مشهورا فهو الجدل وان كان مشابها للبرهان فمغالطين</w:t>
      </w:r>
    </w:p>
    <w:p>
      <w:r>
        <w:t>وان كان مشابها للجدل اذن بعدما عرفنا البرهان والجدل والمغالط المغالطة واه المشاغبة حدد المعنى رحيل القسمة</w:t>
      </w:r>
    </w:p>
    <w:p>
      <w:r>
        <w:t>حتى الترتيب المنطقي معنى قسمة يحتاج الى القسمة حتى تتشابك العلو والمسائل ثم ننتقل الى الحكم</w:t>
      </w:r>
    </w:p>
    <w:p>
      <w:r>
        <w:t>نولد القضايا ثم ننتقل الى القياس نولد النتائج</w:t>
      </w:r>
    </w:p>
    <w:p>
      <w:r>
        <w:t>ثم هذا القياس ومادة قد يكون برهانيا قد يكون جدنيا قد يكون مغالطيا قد يكون مشاغبين</w:t>
      </w:r>
    </w:p>
    <w:p>
      <w:r>
        <w:t>فالمشاغب يقال بازاء الجدل يعني في مقابل جدلي</w:t>
      </w:r>
    </w:p>
    <w:p>
      <w:r>
        <w:t>كما يقال المغالطين بازاء الحكيم</w:t>
      </w:r>
    </w:p>
    <w:p>
      <w:r>
        <w:t>نعم واضح جدا محور دلالي وقسمة او محور معرفي وقسمة</w:t>
      </w:r>
    </w:p>
    <w:p>
      <w:r>
        <w:t>ترتيب ترتيب منطقي هكذا لا يمكن لك ان تخرج عن هذا الاطار اذا كنت في دائرة النظم المنطقي المنطقي حاكم عليك</w:t>
      </w:r>
    </w:p>
    <w:p>
      <w:r>
        <w:t>تبدأ بالتعريف يعطيك التصورات</w:t>
      </w:r>
    </w:p>
    <w:p>
      <w:r>
        <w:t>المعنى يتحدد</w:t>
      </w:r>
    </w:p>
    <w:p>
      <w:r>
        <w:t>تقسمه لحكمة خاصة لضابطة خاصة</w:t>
      </w:r>
    </w:p>
    <w:p>
      <w:r>
        <w:t>تتولد الاقسام تدرس كل قسم في دائرته</w:t>
      </w:r>
    </w:p>
    <w:p>
      <w:r>
        <w:t>وقبل التعريف اطرح الى اللبنات</w:t>
      </w:r>
    </w:p>
    <w:p>
      <w:r>
        <w:t>ضابطة اللبنات هي الكليات الخمس</w:t>
      </w:r>
    </w:p>
    <w:p>
      <w:r>
        <w:t>ثم الحكم يعني تربط بين الموضوع والمحمول القضايا</w:t>
      </w:r>
    </w:p>
    <w:p>
      <w:r>
        <w:t>ثم تربط بين مقدمة ومقدمة يعني بين قضية وقضية قياس</w:t>
      </w:r>
    </w:p>
    <w:p>
      <w:r>
        <w:t>هكذا النظم المنطقي</w:t>
      </w:r>
    </w:p>
    <w:p>
      <w:r>
        <w:t>قال ولابد فيهما فيهما آآ من القياس المغالط المشاغب من ترويج يقتضي مشاهدة مشابهة اذا كنت في المغالط مشابهة بالبرها مشابهة بالبرهان اذا كنت في المشاغبين مشاغبة مشابهة بالجدل اما في مادة او صورة</w:t>
      </w:r>
    </w:p>
    <w:p>
      <w:r>
        <w:t>اتي به غالط في نفسه يعني من يستخدم المغالطة وقال غالط في نفسه مغالط لغيره يعني هو حامل لمعنى مغالطي حامل وضع آآ غير صحيح لا يطابق الواقع وي غيره ولولا القصور وهو عدم عدم التمييز بينما هو هو وما بين ما هو غيره نعم</w:t>
      </w:r>
    </w:p>
    <w:p>
      <w:r>
        <w:t>القصور يعني الضعف الفكري</w:t>
      </w:r>
    </w:p>
    <w:p>
      <w:r>
        <w:t>الناتج من ضعف نفساني من ضعف في القدرات ضعف في قلة العلم</w:t>
      </w:r>
    </w:p>
    <w:p>
      <w:r>
        <w:t>ضعف في عدم التدريس الصحيح</w:t>
      </w:r>
    </w:p>
    <w:p>
      <w:r>
        <w:t>موجبات القصور متعددة نفسانية معرفية</w:t>
      </w:r>
    </w:p>
    <w:p>
      <w:r>
        <w:t>واحيانا جبلية</w:t>
      </w:r>
    </w:p>
    <w:p>
      <w:r>
        <w:t>نعم ليست نفسانية يعني هو تربى في محيط بليد</w:t>
      </w:r>
    </w:p>
    <w:p>
      <w:r>
        <w:t>محيط بليد</w:t>
      </w:r>
    </w:p>
    <w:p>
      <w:r>
        <w:t>نعم</w:t>
      </w:r>
    </w:p>
    <w:p>
      <w:r>
        <w:t>فلا يمكن ان يفهم التمييز في الحدود والعقيصة</w:t>
      </w:r>
    </w:p>
    <w:p>
      <w:r>
        <w:t>صعب عليه</w:t>
      </w:r>
    </w:p>
    <w:p>
      <w:r>
        <w:t>ولهذا يقول ولولا ما هو القصور? وهو عدم التمييز بينما هو هو</w:t>
      </w:r>
    </w:p>
    <w:p>
      <w:r>
        <w:t>ما هو هو طبقها على التعريف يعني تكون بين الحد والمحدود</w:t>
      </w:r>
    </w:p>
    <w:p>
      <w:r>
        <w:t>في القضايا بين المحمول والموضوع</w:t>
      </w:r>
    </w:p>
    <w:p>
      <w:r>
        <w:t>في الاقيس بين المقدمة الكبرى لا يعرف الحد الاوسط</w:t>
      </w:r>
    </w:p>
    <w:p>
      <w:r>
        <w:t>لما تم للمغادرة للمغالطين صناعة</w:t>
      </w:r>
    </w:p>
    <w:p>
      <w:r>
        <w:t>يعني لولا هذا القصور الجبلي المعرفي البيئوي الموجبات متعددة</w:t>
      </w:r>
    </w:p>
    <w:p>
      <w:r>
        <w:t>المغالطين لا يمكن</w:t>
      </w:r>
    </w:p>
    <w:p>
      <w:r>
        <w:t>نعم</w:t>
      </w:r>
    </w:p>
    <w:p>
      <w:r>
        <w:t>وبالتالي الساسة والخطباء وو يلعبون على قصور الانسان مع الاسف الشديد</w:t>
      </w:r>
    </w:p>
    <w:p>
      <w:r>
        <w:t>نعم الدين جاء لرفع هذا القصور لتوعية الانسان</w:t>
      </w:r>
    </w:p>
    <w:p>
      <w:r>
        <w:t>الفلسفة جاءت لرفع هذا القصور المتدين قليل الفلاسفة قليل الامة يلعب بها كما يشاء الانسانية لعبة بيد هؤلاء المغالطين</w:t>
      </w:r>
    </w:p>
    <w:p>
      <w:r>
        <w:t>هذه حقيقة حقيقة نعايشها ونراها وبالتالي الدين الذي يبقى في دائرة العلماء في دائرة مغلقة لا ينفع</w:t>
      </w:r>
    </w:p>
    <w:p>
      <w:r>
        <w:t>والفلسفة التي تبقى في برج عال لا تنفع</w:t>
      </w:r>
    </w:p>
    <w:p>
      <w:r>
        <w:t>يجب اخراج الفلسفة الى المجتمع</w:t>
      </w:r>
    </w:p>
    <w:p>
      <w:r>
        <w:t>باليات تفهمها الطبقة العامة عندك مسرحيات عندك سينما عندك عندك افلام عندك الآن التواصل الإجتماعي</w:t>
      </w:r>
    </w:p>
    <w:p>
      <w:r>
        <w:t>واسع ما شاء الله والدين كذلك عندك الخطابة وعندك الورشات واليات متعددة لوصول الخطاب الديني والمعلومة الدينية للناس والمعلومة الفلسفية للناس الامة تصلح وتتوعاه</w:t>
      </w:r>
    </w:p>
    <w:p>
      <w:r>
        <w:t>فيأتي سياسي دجال لا يستطيع</w:t>
      </w:r>
    </w:p>
    <w:p>
      <w:r>
        <w:t>ويأتي مخرف ديني لا يستطيع</w:t>
      </w:r>
    </w:p>
    <w:p>
      <w:r>
        <w:t>عندنا مخرف سياسي وعندنا مخرف ديني نعم احد المخرفين الدينيين في بغداد لا اذكر اسمه يقول آآ هل الله تعالى يستطيع ان يخلق آآ حجرة ولا يستطيع ان يرفعها</w:t>
      </w:r>
    </w:p>
    <w:p>
      <w:r>
        <w:t>آآ ادري انا</w:t>
      </w:r>
    </w:p>
    <w:p>
      <w:r>
        <w:t>خرافة اكثر من هادي ما فيه</w:t>
      </w:r>
    </w:p>
    <w:p>
      <w:r>
        <w:t>فالله تعالى يخلق حجر حجرا ما ولا يستطيع ان اه اه يرفح</w:t>
      </w:r>
    </w:p>
    <w:p>
      <w:r>
        <w:t>انت اذا بنيت في المقدمة الاولى ان الله تعالى هو الله</w:t>
      </w:r>
    </w:p>
    <w:p>
      <w:r>
        <w:t>وصنع الحجر الله تعالى قادر على على كل ممكن الله تعالى لا يقدر على المستحيل لان المستحيل شيء بطلان زيف والزيف لا تتعلق به القدرة لان زيف اما كل ممكن توفرت الشروط الموضوعية راه قادرة عليه كيف يخلق حجرا? يعني الخرق الاول قادر والرفع غير قادر? يغالط بعمامته الشباب</w:t>
      </w:r>
    </w:p>
    <w:p>
      <w:r>
        <w:t>نعم</w:t>
      </w:r>
    </w:p>
    <w:p>
      <w:r>
        <w:t>فالشاب يحتقر الدين بعد</w:t>
      </w:r>
    </w:p>
    <w:p>
      <w:r>
        <w:t>يحتقر الدين</w:t>
      </w:r>
    </w:p>
    <w:p>
      <w:r>
        <w:t>فلا يجعله منهاج في حياته</w:t>
      </w:r>
    </w:p>
    <w:p>
      <w:r>
        <w:t>فينفتح على الليبرالية وعلى الشيوعية وعلى العلمانية وعلى المثلية وو المشكل هنا والفيلسوف جالس في عرشه وينظر خرج الفلسفة الى الى الشرع عندك الآن قنوات عندك قنوات فضائية عندك تواصل اجتماعي واسع عندك مسرحيات عندك افلام عندك الأمة تعرف هذه الأمور الجميلة نعم تعرف هذه الأمور الجميلة الآن علم جديد في الغرب يسمى ترجم باللغة العربية الفكر الناقد</w:t>
      </w:r>
    </w:p>
    <w:p>
      <w:r>
        <w:t>ترجمة جميلة</w:t>
      </w:r>
    </w:p>
    <w:p>
      <w:r>
        <w:t>حتى بعض الكتب مترجمة من الانجليزية</w:t>
      </w:r>
    </w:p>
    <w:p>
      <w:r>
        <w:t>باللغة الانجليزية كتب لا نهاية لها</w:t>
      </w:r>
    </w:p>
    <w:p>
      <w:r>
        <w:t>باللغة العربية</w:t>
      </w:r>
    </w:p>
    <w:p>
      <w:r>
        <w:t>انا الذي رأيته اه مم كتابين ثلاثة اكثر ما في اكثر</w:t>
      </w:r>
    </w:p>
    <w:p>
      <w:r>
        <w:t>اسس هذا العلم لاجل هذا الامر</w:t>
      </w:r>
    </w:p>
    <w:p>
      <w:r>
        <w:t>حتى يربي الامة على نقض السياسي</w:t>
      </w:r>
    </w:p>
    <w:p>
      <w:r>
        <w:t>على نقض الحزب على نقض رجل الدين الذي قد يغالط وقد يخرف</w:t>
      </w:r>
    </w:p>
    <w:p>
      <w:r>
        <w:t>امة تعي</w:t>
      </w:r>
    </w:p>
    <w:p>
      <w:r>
        <w:t>ولا تتبع اتباع اه البهيم</w:t>
      </w:r>
    </w:p>
    <w:p>
      <w:r>
        <w:t>لا لا لا الانسان كلب الامة ليست بهيمة</w:t>
      </w:r>
    </w:p>
    <w:p>
      <w:r>
        <w:t>الامة مكرمة</w:t>
      </w:r>
    </w:p>
    <w:p>
      <w:r>
        <w:t>يجب فقط رفع الوعي</w:t>
      </w:r>
    </w:p>
    <w:p>
      <w:r>
        <w:t>نعم</w:t>
      </w:r>
    </w:p>
    <w:p>
      <w:r>
        <w:t>اذا يقول هنا يشير الى مسألة في غاية اهمية والاتي به يعني اتي بقياس التبكيت المغالط</w:t>
      </w:r>
    </w:p>
    <w:p>
      <w:r>
        <w:t>غالط في نفسه هو حامل لوضع باطل لا يمت الى الواقع بصلة</w:t>
      </w:r>
    </w:p>
    <w:p>
      <w:r>
        <w:t>ومغالط لغيره</w:t>
      </w:r>
    </w:p>
    <w:p>
      <w:r>
        <w:t>نعم يضع الغير يعني المخاطب يضعه في في الزيف وفي البطلان</w:t>
      </w:r>
    </w:p>
    <w:p>
      <w:r>
        <w:t>جيد يشير الى العلة التكوينية لهذا الامر</w:t>
      </w:r>
    </w:p>
    <w:p>
      <w:r>
        <w:t>ولولا القصور ما هو القصور? في الإنسان في المخاطب الذي يتلقى ما هو القصور وهو عدم التمييز بينما هو هو في الحدود يعني بين الحد والمحدود</w:t>
      </w:r>
    </w:p>
    <w:p>
      <w:r>
        <w:t>بين التعريف المعرف</w:t>
      </w:r>
    </w:p>
    <w:p>
      <w:r>
        <w:t>نعم</w:t>
      </w:r>
    </w:p>
    <w:p>
      <w:r>
        <w:t>وفي القسمة بين المقسم واقسامه</w:t>
      </w:r>
    </w:p>
    <w:p>
      <w:r>
        <w:t>لان القسم هو عين المقسم بقيد في القضايا بين الموضوع والمحمول في الاقيصة بين المقدمات والنتيجة او بين آآ المقدمة الصغرى والكبرى والحد الاوسط وتشخيص الحد الاوسط</w:t>
      </w:r>
    </w:p>
    <w:p>
      <w:r>
        <w:t>لا ما تم للمغالط صناعة وهو عدم التمييز بين ما هو هو وبين ما هو غيره</w:t>
      </w:r>
    </w:p>
    <w:p>
      <w:r>
        <w:t>نعم</w:t>
      </w:r>
    </w:p>
    <w:p>
      <w:r>
        <w:t>لما لما تم للمغالطة للمغالط صناعة صناعة علم</w:t>
      </w:r>
    </w:p>
    <w:p>
      <w:r>
        <w:t>وبين القصور قصور تربوي جايبين لي نفساني عنده الحسد</w:t>
      </w:r>
    </w:p>
    <w:p>
      <w:r>
        <w:t>ما عنده بلادة ممكن يكون من اذكى الناس</w:t>
      </w:r>
    </w:p>
    <w:p>
      <w:r>
        <w:t>عنده الحسد</w:t>
      </w:r>
    </w:p>
    <w:p>
      <w:r>
        <w:t>حالة نفسانية</w:t>
      </w:r>
    </w:p>
    <w:p>
      <w:r>
        <w:t>نعم فيغال</w:t>
      </w:r>
    </w:p>
    <w:p>
      <w:r>
        <w:t>يغالط يغالط</w:t>
      </w:r>
    </w:p>
    <w:p>
      <w:r>
        <w:t>نعم</w:t>
      </w:r>
    </w:p>
    <w:p>
      <w:r>
        <w:t>فهي صناعة كاذبة</w:t>
      </w:r>
    </w:p>
    <w:p>
      <w:r>
        <w:t>تنفع بالعرض ولا تنفع بالذات</w:t>
      </w:r>
    </w:p>
    <w:p>
      <w:r>
        <w:t>لان صاحبها لا يغلط ولا يغالط</w:t>
      </w:r>
    </w:p>
    <w:p>
      <w:r>
        <w:t>نعم يعني يعرف المغالطة حتى لا يغلط ولا يغالط</w:t>
      </w:r>
    </w:p>
    <w:p>
      <w:r>
        <w:t>ويقدر على ان يغالط المغالطة</w:t>
      </w:r>
    </w:p>
    <w:p>
      <w:r>
        <w:t>يعني المغالط الخبيث الذي يسعى الى آآ تزوير تزوير العقدي التزوير السياسي التزوير الاجتماعي ويغالطه</w:t>
      </w:r>
    </w:p>
    <w:p>
      <w:r>
        <w:t>نعم</w:t>
      </w:r>
    </w:p>
    <w:p>
      <w:r>
        <w:t>كما فعل سقراط مع من غالطه</w:t>
      </w:r>
    </w:p>
    <w:p>
      <w:r>
        <w:t>آآ يقدر على ان يغالط المغالط وقد تستعمل امتحانا او عنادا</w:t>
      </w:r>
    </w:p>
    <w:p>
      <w:r>
        <w:t>نعم</w:t>
      </w:r>
    </w:p>
    <w:p>
      <w:r>
        <w:t>مرة يقال في الامتحان مرة له يعاند</w:t>
      </w:r>
    </w:p>
    <w:p>
      <w:r>
        <w:t>اقول ان هذين الصنفين اعني المشاغبة والمغالطة</w:t>
      </w:r>
    </w:p>
    <w:p>
      <w:r>
        <w:t>انما تستعملان ما ليس بحق ولا مشهور</w:t>
      </w:r>
    </w:p>
    <w:p>
      <w:r>
        <w:t>في المقدمات</w:t>
      </w:r>
    </w:p>
    <w:p>
      <w:r>
        <w:t>يعني المادة العلمية لا هي من الحق التي تطابق الواقع ولا هي من المشهورة</w:t>
      </w:r>
    </w:p>
    <w:p>
      <w:r>
        <w:t>فلا بد حينئذ من مشابهة لا لاحدهما</w:t>
      </w:r>
    </w:p>
    <w:p>
      <w:r>
        <w:t>وان مش لاحدهما اما للحقانية واما الى المشهورية</w:t>
      </w:r>
    </w:p>
    <w:p>
      <w:r>
        <w:t>والا لم يكن مسلما فلا يتم مطلوبهما من القياس حينئذ</w:t>
      </w:r>
    </w:p>
    <w:p>
      <w:r>
        <w:t>والمشابهة انما تقع في مادة القياس بان تستعمل القضايا الباطلة المشابهة لل نعم هادي هي المغالطة انما بتغير لفظا او معنى او في صورته نعم اما في المادة والصورة كما بينا والمشابهة اما لفظية او معنوية كما سيأتي في اقسام المغالطات</w:t>
      </w:r>
    </w:p>
    <w:p>
      <w:r>
        <w:t>على ما يأتي تفصيله تفصيل ذلك</w:t>
      </w:r>
    </w:p>
    <w:p>
      <w:r>
        <w:t>والاتي بهذا القياس غالط في نفسه</w:t>
      </w:r>
    </w:p>
    <w:p>
      <w:r>
        <w:t>ان لم يعلم بغلطه ومغالط لغيره</w:t>
      </w:r>
    </w:p>
    <w:p>
      <w:r>
        <w:t>اذا علم به واستعمله ليغلط غير غيره</w:t>
      </w:r>
    </w:p>
    <w:p>
      <w:r>
        <w:t>ولو نقصوا الاذهان</w:t>
      </w:r>
    </w:p>
    <w:p>
      <w:r>
        <w:t>اشارة الى البعد الفسلجي النفساني المعرفي لولا قصور الاذهان في عدم التمييز بين الشيء وشبهه لما تمت هذه الصناعة</w:t>
      </w:r>
    </w:p>
    <w:p>
      <w:r>
        <w:t>فهي صناعة كاذبة نافعة بالعراض وليس بالذات</w:t>
      </w:r>
    </w:p>
    <w:p>
      <w:r>
        <w:t>لان من يعرفها لا لا لمعرفتي بمواضع الغلط او لا يغلط احسن</w:t>
      </w:r>
    </w:p>
    <w:p>
      <w:r>
        <w:t>لان من يعرفها يعرف هذه الصناعة لا يغلط</w:t>
      </w:r>
    </w:p>
    <w:p>
      <w:r>
        <w:t>سريعا يكتشف المغالطة</w:t>
      </w:r>
    </w:p>
    <w:p>
      <w:r>
        <w:t>لمعرفتي بمواضع الغلط</w:t>
      </w:r>
    </w:p>
    <w:p>
      <w:r>
        <w:t>السياقات المغالطة</w:t>
      </w:r>
    </w:p>
    <w:p>
      <w:r>
        <w:t>ولا يغالطه غيره وان يكون ويكون قادرا على ان ان كان الغير طرف مقابل مغالطان</w:t>
      </w:r>
    </w:p>
    <w:p>
      <w:r>
        <w:t>وقد تستعمل المغالطة اما امتحانا او عنادا</w:t>
      </w:r>
    </w:p>
    <w:p>
      <w:r>
        <w:t>هذه كلها بيانات آآ تصورية</w:t>
      </w:r>
    </w:p>
    <w:p>
      <w:r>
        <w:t>نعم وليست تصديقية</w:t>
      </w:r>
    </w:p>
    <w:p>
      <w:r>
        <w:t>مواد المغالطة قال فموادها المشبهات بالحق</w:t>
      </w:r>
    </w:p>
    <w:p>
      <w:r>
        <w:t>لفظا او معنى اما في اللفظ او المعنى</w:t>
      </w:r>
    </w:p>
    <w:p>
      <w:r>
        <w:t>ومن المشبهات بمعنى الوهميات</w:t>
      </w:r>
    </w:p>
    <w:p>
      <w:r>
        <w:t>نعم</w:t>
      </w:r>
    </w:p>
    <w:p>
      <w:r>
        <w:t>وهي ما اه ما تحكم به بديهة الوهم في المعقولات الصرفاء</w:t>
      </w:r>
    </w:p>
    <w:p>
      <w:r>
        <w:t>نعم حكمها في المحسوسات</w:t>
      </w:r>
    </w:p>
    <w:p>
      <w:r>
        <w:t>كالحكم بان كل ما هو موجود فله وضع</w:t>
      </w:r>
    </w:p>
    <w:p>
      <w:r>
        <w:t>هنا المحقق التونسي يشير الى قاعدة في غاية الجمال</w:t>
      </w:r>
    </w:p>
    <w:p>
      <w:r>
        <w:t>ملكات الانسان يقولون ملكة الدانية</w:t>
      </w:r>
    </w:p>
    <w:p>
      <w:r>
        <w:t>ملكة الحس تدرك المحسوس المواجه</w:t>
      </w:r>
    </w:p>
    <w:p>
      <w:r>
        <w:t>وملكة هو نفس المحسوس في مرتبة ارقى اذا غاب المتعلق المقابل المحسوس</w:t>
      </w:r>
    </w:p>
    <w:p>
      <w:r>
        <w:t>ومرتبة الوهم لما لك نعم عندنا الوهم التصديقي الذي يقع في مقابل في مقابل آآ الظلم</w:t>
      </w:r>
    </w:p>
    <w:p>
      <w:r>
        <w:t>الظلم فوق خمسين التصديق الوهمي تحت خمسين</w:t>
      </w:r>
    </w:p>
    <w:p>
      <w:r>
        <w:t>هذا الوهم التصديقي</w:t>
      </w:r>
    </w:p>
    <w:p>
      <w:r>
        <w:t>الوهم هنا له ملكة اكتب فائدة اطلاقات الوهم</w:t>
      </w:r>
    </w:p>
    <w:p>
      <w:r>
        <w:t>الوهم التصديقي هو ترجيح المحمول للموضوع في مقابل ناقضه</w:t>
      </w:r>
    </w:p>
    <w:p>
      <w:r>
        <w:t>دون الخمسين</w:t>
      </w:r>
    </w:p>
    <w:p>
      <w:r>
        <w:t>اربعين عشرين ثلاثين تقول الف باء نقيض بامه لا الف يرجح باء على لا باء لا لا باء اقول الف باء رجحت رجحت باء على لا باء اه شدة الترجيح قوة الترجيح عشرين بالمئة يعني لا باء يستولي على ثمانين بالمئة</w:t>
      </w:r>
    </w:p>
    <w:p>
      <w:r>
        <w:t>هذا في باب التصديق</w:t>
      </w:r>
    </w:p>
    <w:p>
      <w:r>
        <w:t>اذا هذا وهم التصديق</w:t>
      </w:r>
    </w:p>
    <w:p>
      <w:r>
        <w:t>في باب المعرفة</w:t>
      </w:r>
    </w:p>
    <w:p>
      <w:r>
        <w:t>الوهم في باب الملكات ملكة</w:t>
      </w:r>
    </w:p>
    <w:p>
      <w:r>
        <w:t>ملكة ركيع</w:t>
      </w:r>
    </w:p>
    <w:p>
      <w:r>
        <w:t>فوق الخيال دون العقل</w:t>
      </w:r>
    </w:p>
    <w:p>
      <w:r>
        <w:t>نعم</w:t>
      </w:r>
    </w:p>
    <w:p>
      <w:r>
        <w:t>اذا سرت احكام المحسوسات للمعقولات يعني تدخلت في وظيفة المعقول شيطنة</w:t>
      </w:r>
    </w:p>
    <w:p>
      <w:r>
        <w:t>هنا تأتي المغالطة تأتي المغالطة ماذا يقول? يقول الوهميات اكتب هنا الوهميات آآ ما تنتجه ملكة الوهم</w:t>
      </w:r>
    </w:p>
    <w:p>
      <w:r>
        <w:t>وهي ما تحكم به بديهة الوهم في المعقولات الصرفة</w:t>
      </w:r>
    </w:p>
    <w:p>
      <w:r>
        <w:t>آآ حكم حكمها في المحسوسات</w:t>
      </w:r>
    </w:p>
    <w:p>
      <w:r>
        <w:t>كالحكم بان كل ما هو موجود فله وضع</w:t>
      </w:r>
    </w:p>
    <w:p>
      <w:r>
        <w:t>فله وضع حيز</w:t>
      </w:r>
    </w:p>
    <w:p>
      <w:r>
        <w:t>لماذا؟ لأنها تعاين المحسوسات تجد كل محسوس تجد كل محسوس في وضعه</w:t>
      </w:r>
    </w:p>
    <w:p>
      <w:r>
        <w:t>فتعمم آآ التعميم العقلي</w:t>
      </w:r>
    </w:p>
    <w:p>
      <w:r>
        <w:t>العقلي ليس اه وظيفتها وظيفة العقل فتدخلت في احكام العقل شيطنة</w:t>
      </w:r>
    </w:p>
    <w:p>
      <w:r>
        <w:t>تدخلت في احكام العقل وافتت باسم العقل وهي ليس بعقل</w:t>
      </w:r>
    </w:p>
    <w:p>
      <w:r>
        <w:t>هنا التوهمات هنا المغالطات</w:t>
      </w:r>
    </w:p>
    <w:p>
      <w:r>
        <w:t>والو قد يساعد العقل في قبول ما ينتجه آآ ينتج نوى ينتج نواقضه ويخالفه في النتيجة</w:t>
      </w:r>
    </w:p>
    <w:p>
      <w:r>
        <w:t>فهي كاذبة تشبه الاوليات</w:t>
      </w:r>
    </w:p>
    <w:p>
      <w:r>
        <w:t>نعم</w:t>
      </w:r>
    </w:p>
    <w:p>
      <w:r>
        <w:t>سبحان الله فالوهم انظر قال قد يساعد العقل اذا نفهم من الوهم هنا ملكا</w:t>
      </w:r>
    </w:p>
    <w:p>
      <w:r>
        <w:t>ملكة ادراكيا</w:t>
      </w:r>
    </w:p>
    <w:p>
      <w:r>
        <w:t>قد يساعد العقل في قبول ما ينتج عواقظه آآ نواقظ الوهم</w:t>
      </w:r>
    </w:p>
    <w:p>
      <w:r>
        <w:t>ويخالف العقل في النتيجة</w:t>
      </w:r>
    </w:p>
    <w:p>
      <w:r>
        <w:t>في كاذبة تشبه الاوليات</w:t>
      </w:r>
    </w:p>
    <w:p>
      <w:r>
        <w:t>آآ آآ نتيجته كذبة تشبه الاولية تعني بديهية</w:t>
      </w:r>
    </w:p>
    <w:p>
      <w:r>
        <w:t>بديهية البطلان</w:t>
      </w:r>
    </w:p>
    <w:p>
      <w:r>
        <w:t>واما احكام الفهو فالوهم واما احكام الوهم يعني القضايا التي ينتجها الوهم يعني ملكة الوهم فيما يحس به فصحيحا يشهد له العقل بذلك انظر اذا ملكة الوهم في مملكة العقل تقع في المغالطة</w:t>
      </w:r>
    </w:p>
    <w:p>
      <w:r>
        <w:t>نعم</w:t>
      </w:r>
    </w:p>
    <w:p>
      <w:r>
        <w:t>واذا افتت في ذات المحصوص فتكون في غاية الدقة العقل نعم يسلم لها</w:t>
      </w:r>
    </w:p>
    <w:p>
      <w:r>
        <w:t>الرياضيات الانسان يذعن بها اكثر من الفلسفة الميتافيزيقا</w:t>
      </w:r>
    </w:p>
    <w:p>
      <w:r>
        <w:t>لان هناك العقل العقل متحد مع ماذا? مع الوهم</w:t>
      </w:r>
    </w:p>
    <w:p>
      <w:r>
        <w:t>بمجرد ان اقول لك آآ مربع مثلث كرة مخروط دينك يروح الى ماذا? الى تشخيص هذه المعقولات الرياضية في امور مادية تتصور لك انت مربعا من زجاج مخ مخروط من من زجاج آآ كرة من آآ برونز او الذهب وهكذا</w:t>
      </w:r>
    </w:p>
    <w:p>
      <w:r>
        <w:t>لاحظت هذا هو السر ان الرياضية تثلج القلب الانسان اكثر من قالوا تحتاج الى العقل الخالص</w:t>
      </w:r>
    </w:p>
    <w:p>
      <w:r>
        <w:t>وهذا قليل في الناس</w:t>
      </w:r>
    </w:p>
    <w:p>
      <w:r>
        <w:t>نعم</w:t>
      </w:r>
    </w:p>
    <w:p>
      <w:r>
        <w:t>اقول اه شرح العلامة الحلية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