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اقول شرح الحلي اقول لما بين الماتن ان المغالط يستعمل القضايا الكاذبة المشبهة للحق المشهور</w:t>
      </w:r>
    </w:p>
    <w:p>
      <w:r>
        <w:t>ظهر ان مواد هذه الصناعة المشبهات بالاوليات او اما لفظا او معنى</w:t>
      </w:r>
    </w:p>
    <w:p>
      <w:r>
        <w:t>اذا المغالطة تنقسم الى آآ قسمين باعتبار اللفظ والمعنى مغالطة لفظية ومغالطات معنوية</w:t>
      </w:r>
    </w:p>
    <w:p>
      <w:r>
        <w:t>ومن المشبهات بمعنى الوهميات</w:t>
      </w:r>
    </w:p>
    <w:p>
      <w:r>
        <w:t>وهي القضايا يعني ما تنتجه الواهمة</w:t>
      </w:r>
    </w:p>
    <w:p>
      <w:r>
        <w:t>وهي القضايا التي تحكم بها بديهة الوهم في المعقولات الصرفة حكمها في المحسوسات</w:t>
      </w:r>
    </w:p>
    <w:p>
      <w:r>
        <w:t>فالحكم بان كل موجود فله وضع هذه مغالطة</w:t>
      </w:r>
    </w:p>
    <w:p>
      <w:r>
        <w:t>يعني انت عاينت المحسوسات ووجدت كل محسوس متحيز في وضع فعممت على الوجود فالله تعالى وجود</w:t>
      </w:r>
    </w:p>
    <w:p>
      <w:r>
        <w:t>فهل يكون في وضع? وحكم الواو في المعقولات كاذب</w:t>
      </w:r>
    </w:p>
    <w:p>
      <w:r>
        <w:t>شيطنة اسمها الشيطانة الادراكية</w:t>
      </w:r>
    </w:p>
    <w:p>
      <w:r>
        <w:t>لعدم ادراكه لها لا يمكن ان يصل الى مستوى العاقلة</w:t>
      </w:r>
    </w:p>
    <w:p>
      <w:r>
        <w:t>واحكام العوام في الاعم الاغلب آآ وهميات</w:t>
      </w:r>
    </w:p>
    <w:p>
      <w:r>
        <w:t>نعم</w:t>
      </w:r>
    </w:p>
    <w:p>
      <w:r>
        <w:t>معمم يخربطها في جهة ما يقول المعممون</w:t>
      </w:r>
    </w:p>
    <w:p>
      <w:r>
        <w:t>سريعا يعطي قضية كلية</w:t>
      </w:r>
    </w:p>
    <w:p>
      <w:r>
        <w:t>قضية كلية ما معنى يعني انت وصلت الى ملاك واقعي هذا الملاك الواقعي يسري في جميع المعممين</w:t>
      </w:r>
    </w:p>
    <w:p>
      <w:r>
        <w:t>او في جميع الساسة او في جميع الاساتذة او في جميع الاطباء</w:t>
      </w:r>
    </w:p>
    <w:p>
      <w:r>
        <w:t>يعني انت مثل كما تشاء ليس هكذا</w:t>
      </w:r>
    </w:p>
    <w:p>
      <w:r>
        <w:t>نعم كل من في الجيش خبيث</w:t>
      </w:r>
    </w:p>
    <w:p>
      <w:r>
        <w:t>لا يا حبيبي من اين هذه? من اين هذه? من اين هذه الامور? كل سياس خبيث من اين هذه? هذه التعميمات التعميمات الواهمة</w:t>
      </w:r>
    </w:p>
    <w:p>
      <w:r>
        <w:t>تعميمات العوام</w:t>
      </w:r>
    </w:p>
    <w:p>
      <w:r>
        <w:t>نعم</w:t>
      </w:r>
    </w:p>
    <w:p>
      <w:r>
        <w:t>وحكم الوهم في المعقولات كاذب لعدم ادراكهما</w:t>
      </w:r>
    </w:p>
    <w:p>
      <w:r>
        <w:t>من اين انت بالواهمة? تكتشف آآ الملاك الواقعي</w:t>
      </w:r>
    </w:p>
    <w:p>
      <w:r>
        <w:t>ولهذا يساعد الوهم العقل في قبول مقدمات آآ نات لنواقض القضايا الوهمية</w:t>
      </w:r>
    </w:p>
    <w:p>
      <w:r>
        <w:t>نعم</w:t>
      </w:r>
    </w:p>
    <w:p>
      <w:r>
        <w:t>لان القضايا نازلة العقل لا يفتو فيها</w:t>
      </w:r>
    </w:p>
    <w:p>
      <w:r>
        <w:t>يحتاج الى متكأ</w:t>
      </w:r>
    </w:p>
    <w:p>
      <w:r>
        <w:t>يحتاج الى آآ آآ الواهمة تساعده</w:t>
      </w:r>
    </w:p>
    <w:p>
      <w:r>
        <w:t>فاذا تعديا الى النتيجة وقف الوهم لان الوهم ما يرقى الى ما مسائل عقلية</w:t>
      </w:r>
    </w:p>
    <w:p>
      <w:r>
        <w:t>نعم</w:t>
      </w:r>
    </w:p>
    <w:p>
      <w:r>
        <w:t>ما عنده قوة التعميم</w:t>
      </w:r>
    </w:p>
    <w:p>
      <w:r>
        <w:t>العقل عنده قوة التعميم</w:t>
      </w:r>
    </w:p>
    <w:p>
      <w:r>
        <w:t>لماذا? لكشف الملاك</w:t>
      </w:r>
    </w:p>
    <w:p>
      <w:r>
        <w:t>الواقعي</w:t>
      </w:r>
    </w:p>
    <w:p>
      <w:r>
        <w:t>هذا الميلاد حيث كان يكون هذه هي القضية العقلية</w:t>
      </w:r>
    </w:p>
    <w:p>
      <w:r>
        <w:t>الوهم ما عنده هذه القبلة</w:t>
      </w:r>
    </w:p>
    <w:p>
      <w:r>
        <w:t>نعم ما عنده هذه القدرة</w:t>
      </w:r>
    </w:p>
    <w:p>
      <w:r>
        <w:t>نعم</w:t>
      </w:r>
    </w:p>
    <w:p>
      <w:r>
        <w:t>ولهذا في المحاورات العرفية يأتي سريع النقد</w:t>
      </w:r>
    </w:p>
    <w:p>
      <w:r>
        <w:t>يقول لاحظت آآ المعممون خبثاء</w:t>
      </w:r>
    </w:p>
    <w:p>
      <w:r>
        <w:t>المحاور معاه جالس معاه السامع الذي يتحدث معه يقول والله ما نعرف نعرف كثير من المعممين في غاية الناقة والنظافة</w:t>
      </w:r>
    </w:p>
    <w:p>
      <w:r>
        <w:t>وآآ خدم لل ينقض عليه</w:t>
      </w:r>
    </w:p>
    <w:p>
      <w:r>
        <w:t>لماذا انا التعميم بدون ملاك? تعميم عاميان كما يقول تعميم تافه</w:t>
      </w:r>
    </w:p>
    <w:p>
      <w:r>
        <w:t>تعميم دليل على النقص في الجبلة على البلادة على الحماقة</w:t>
      </w:r>
    </w:p>
    <w:p>
      <w:r>
        <w:t>نعم</w:t>
      </w:r>
    </w:p>
    <w:p>
      <w:r>
        <w:t>كل الشرطة اه من قال? من قال هذا هذا الحديث</w:t>
      </w:r>
    </w:p>
    <w:p>
      <w:r>
        <w:t>نعم</w:t>
      </w:r>
    </w:p>
    <w:p>
      <w:r>
        <w:t>اذا كانت عندك شجاعة روح اكتشف هذا الذي يأكل الرشوة</w:t>
      </w:r>
    </w:p>
    <w:p>
      <w:r>
        <w:t>اما تعمم هكذا على حتى على الاتقية وحتى على الصلحاء لا</w:t>
      </w:r>
    </w:p>
    <w:p>
      <w:r>
        <w:t>ما يصير</w:t>
      </w:r>
    </w:p>
    <w:p>
      <w:r>
        <w:t>يقول فاذا تعديا معا الى النتيجة</w:t>
      </w:r>
    </w:p>
    <w:p>
      <w:r>
        <w:t>وقف الوهم ما يقدر ونقص</w:t>
      </w:r>
    </w:p>
    <w:p>
      <w:r>
        <w:t>وحكم العقل مدى العقل هو الذي يكتشف الملاك</w:t>
      </w:r>
    </w:p>
    <w:p>
      <w:r>
        <w:t>فهي اذا كاذبة تشبه الاوليات يعني اه الوهميات</w:t>
      </w:r>
    </w:p>
    <w:p>
      <w:r>
        <w:t>وانما تكون احكام الوهم صحيحة اذا كانت في المحسوسات</w:t>
      </w:r>
    </w:p>
    <w:p>
      <w:r>
        <w:t>هناك دورها</w:t>
      </w:r>
    </w:p>
    <w:p>
      <w:r>
        <w:t>نعم هناك دورها</w:t>
      </w:r>
    </w:p>
    <w:p>
      <w:r>
        <w:t>يشهد له العقل بها</w:t>
      </w:r>
    </w:p>
    <w:p>
      <w:r>
        <w:t>العقل عنده قضية كلية</w:t>
      </w:r>
    </w:p>
    <w:p>
      <w:r>
        <w:t>خصها تروح الى الجزئيات الواهمة هناك تنفع</w:t>
      </w:r>
    </w:p>
    <w:p>
      <w:r>
        <w:t>لأن العقل من ورائها</w:t>
      </w:r>
    </w:p>
    <w:p>
      <w:r>
        <w:t>نعم</w:t>
      </w:r>
    </w:p>
    <w:p>
      <w:r>
        <w:t>كما يحكم بان هذين الجسمين لا يوجدان في مكان واحد في وقت واحد</w:t>
      </w:r>
    </w:p>
    <w:p>
      <w:r>
        <w:t>حكم الواهمة</w:t>
      </w:r>
    </w:p>
    <w:p>
      <w:r>
        <w:t>يعاين جسمين</w:t>
      </w:r>
    </w:p>
    <w:p>
      <w:r>
        <w:t>اذا حكم ما هو? دائرة الواهمة لنادي جزئيات</w:t>
      </w:r>
    </w:p>
    <w:p>
      <w:r>
        <w:t>والعقل يساعد الوهم</w:t>
      </w:r>
    </w:p>
    <w:p>
      <w:r>
        <w:t>يعني ملاكة الوهم</w:t>
      </w:r>
    </w:p>
    <w:p>
      <w:r>
        <w:t>في ذلك في ذلك الحكم الصحيح</w:t>
      </w:r>
    </w:p>
    <w:p>
      <w:r>
        <w:t>لحكم العقل بان الجسمين مطلقا</w:t>
      </w:r>
    </w:p>
    <w:p>
      <w:r>
        <w:t>قضية كلية</w:t>
      </w:r>
    </w:p>
    <w:p>
      <w:r>
        <w:t>لا يوجد ان في مكان واحد في وقت واحد</w:t>
      </w:r>
    </w:p>
    <w:p>
      <w:r>
        <w:t>لمبدأ التنقل</w:t>
      </w:r>
    </w:p>
    <w:p>
      <w:r>
        <w:t>الوهمة ما عندها مبدأ التناقض</w:t>
      </w:r>
    </w:p>
    <w:p>
      <w:r>
        <w:t>مبدأ التناقض معيار عقلي</w:t>
      </w:r>
    </w:p>
    <w:p>
      <w:r>
        <w:t>من يتعاطى معه العقل</w:t>
      </w:r>
    </w:p>
    <w:p>
      <w:r>
        <w:t>اسباب الغلط اللفظي</w:t>
      </w:r>
    </w:p>
    <w:p>
      <w:r>
        <w:t>كما يقسم المغالطات باعتبار اللفظ والمعنى</w:t>
      </w:r>
    </w:p>
    <w:p>
      <w:r>
        <w:t>ثم يأتي الى قال ولهذه الصناعة صناعة المغالطة اجزاء صناعية</w:t>
      </w:r>
    </w:p>
    <w:p>
      <w:r>
        <w:t>وخارج والاولى ما يتعلق بالتبكيت</w:t>
      </w:r>
    </w:p>
    <w:p>
      <w:r>
        <w:t>بالتبكيت</w:t>
      </w:r>
    </w:p>
    <w:p>
      <w:r>
        <w:t>والاولى ما يتعلق بالت بكيت يعني اه الاجزاء الداخلية في اصل القياس</w:t>
      </w:r>
    </w:p>
    <w:p>
      <w:r>
        <w:t>واما اسباب الغلط مطلقا فاما اللفظية وهي ست مغالطات</w:t>
      </w:r>
    </w:p>
    <w:p>
      <w:r>
        <w:t>اشتراك اللفظ المفرد بحسب جوهره او بحسب هيئته في نفسه</w:t>
      </w:r>
    </w:p>
    <w:p>
      <w:r>
        <w:t>هذه تحتاج الى وقفة</w:t>
      </w:r>
    </w:p>
    <w:p>
      <w:r>
        <w:t>دينك اذا سمع الاشتراك اشتراك اللفظ يذهب الى الاشتراك اللفظي مثل العين</w:t>
      </w:r>
    </w:p>
    <w:p>
      <w:r>
        <w:t>يستخدم العين في الصورة يريد الجاسوس في الكبرى يريد منبع الماء مغالطة بالاشتراك اللفظي</w:t>
      </w:r>
    </w:p>
    <w:p>
      <w:r>
        <w:t>لا هنا ليس الاشتراك اللفظي</w:t>
      </w:r>
    </w:p>
    <w:p>
      <w:r>
        <w:t>اعم من الاشتراك اللفظي</w:t>
      </w:r>
    </w:p>
    <w:p>
      <w:r>
        <w:t>الاشتراك اللفظي دائرة</w:t>
      </w:r>
    </w:p>
    <w:p>
      <w:r>
        <w:t>الحقيقة والمجاز والمنقول</w:t>
      </w:r>
    </w:p>
    <w:p>
      <w:r>
        <w:t>هذه الامور التي تتصل باللفظ لا تدخل في المغالطة بالاشتراك</w:t>
      </w:r>
    </w:p>
    <w:p>
      <w:r>
        <w:t>يستخدم في الصغرى اه اللفظ المعنى الحقيقي في الكبرى بالمعناه المجازي</w:t>
      </w:r>
    </w:p>
    <w:p>
      <w:r>
        <w:t>هذا اشتراك كذلك اشتراك في اللفظ</w:t>
      </w:r>
    </w:p>
    <w:p>
      <w:r>
        <w:t>ليس فقط الاشتراك اللفظي الذي يدل على اه لفظ واحد يدل على معنى واحد لا</w:t>
      </w:r>
    </w:p>
    <w:p>
      <w:r>
        <w:t>اعم</w:t>
      </w:r>
    </w:p>
    <w:p>
      <w:r>
        <w:t>خذ هذه قاعدة</w:t>
      </w:r>
    </w:p>
    <w:p>
      <w:r>
        <w:t>في باب المغالطة</w:t>
      </w:r>
    </w:p>
    <w:p>
      <w:r>
        <w:t>المغالطات</w:t>
      </w:r>
    </w:p>
    <w:p>
      <w:r>
        <w:t>المغالطة من الاشتراك اللفظي</w:t>
      </w:r>
    </w:p>
    <w:p>
      <w:r>
        <w:t>تشمل الاشتراك اللفظي المشهور</w:t>
      </w:r>
    </w:p>
    <w:p>
      <w:r>
        <w:t>وتشمل الحقيقة والمجاز والمنقول وو</w:t>
      </w:r>
    </w:p>
    <w:p>
      <w:r>
        <w:t>نعم</w:t>
      </w:r>
    </w:p>
    <w:p>
      <w:r>
        <w:t>لهذا يقول اشتراك اللفظ المفرد بحسب جوهري او بحسب هيئته في نفسي</w:t>
      </w:r>
    </w:p>
    <w:p>
      <w:r>
        <w:t>كاختلاف التصاريف انظر مشتقات لحد</w:t>
      </w:r>
    </w:p>
    <w:p>
      <w:r>
        <w:t>نعم او من خارج كاختلاف الاعراب والاعجاب والمجازات والحقائق</w:t>
      </w:r>
    </w:p>
    <w:p>
      <w:r>
        <w:t>امور ما عندها علاقة فقط بالاشتراك اللفظي الذي عرفناه الذي يقع في مقابل اشتراك المعنوي</w:t>
      </w:r>
    </w:p>
    <w:p>
      <w:r>
        <w:t>والمركب وهو وهو الاشتراك بحسب التركيب كما يقال كل ما يتصوره العاقل فهو كما يتصوره</w:t>
      </w:r>
    </w:p>
    <w:p>
      <w:r>
        <w:t>اظ اللفظ هو يعود تارة الى المعقول وطردا وتارة الى العقل</w:t>
      </w:r>
    </w:p>
    <w:p>
      <w:r>
        <w:t>هذا هو التركيب</w:t>
      </w:r>
    </w:p>
    <w:p>
      <w:r>
        <w:t>كل ما يتصوره العاء</w:t>
      </w:r>
    </w:p>
    <w:p>
      <w:r>
        <w:t>كل ما يتصوره العاقل فهو كما يتصور فهو ما هو</w:t>
      </w:r>
    </w:p>
    <w:p>
      <w:r>
        <w:t>يعود الى المتصور ام الى العاقل هنا الاشتراك</w:t>
      </w:r>
    </w:p>
    <w:p>
      <w:r>
        <w:t>مع ان هذا ليس من الاشتراك اللفظي احد؟ اذ لفظه هو يعود تارة الى المعقول وتارة الى العقل</w:t>
      </w:r>
    </w:p>
    <w:p>
      <w:r>
        <w:t>واشتراك القسمة وهو ان يصدق اه ان يصدق اه القول مفردا فيوهم مؤلفا ويكذب</w:t>
      </w:r>
    </w:p>
    <w:p>
      <w:r>
        <w:t>كما يقال زيد شاعر جيد</w:t>
      </w:r>
    </w:p>
    <w:p>
      <w:r>
        <w:t>فيظن آآ فيظن جودته في الشعر</w:t>
      </w:r>
    </w:p>
    <w:p>
      <w:r>
        <w:t>نعم</w:t>
      </w:r>
    </w:p>
    <w:p>
      <w:r>
        <w:t>زيد شاعر جيد</w:t>
      </w:r>
    </w:p>
    <w:p>
      <w:r>
        <w:t>قد تكون هذه الجودة اي اي في غير الشعر</w:t>
      </w:r>
    </w:p>
    <w:p>
      <w:r>
        <w:t>نعم</w:t>
      </w:r>
    </w:p>
    <w:p>
      <w:r>
        <w:t>او فيه هو في اخلاقه</w:t>
      </w:r>
    </w:p>
    <w:p>
      <w:r>
        <w:t>واشتراك التأليف وهو بالعكس كما يقال خمسة زوج وفرد</w:t>
      </w:r>
    </w:p>
    <w:p>
      <w:r>
        <w:t>خمسة زوج نفر</w:t>
      </w:r>
    </w:p>
    <w:p>
      <w:r>
        <w:t>يعني آآ زوج اربعة وزائد واحد او ثلاثة واثنين ثلاثة فرض واثنين زوج</w:t>
      </w:r>
    </w:p>
    <w:p>
      <w:r>
        <w:t>فيظن الظان انه زوج وفرد</w:t>
      </w:r>
    </w:p>
    <w:p>
      <w:r>
        <w:t>نعم</w:t>
      </w:r>
    </w:p>
    <w:p>
      <w:r>
        <w:t>فيستطيع ان يقول خمسة اه اه زوج لا لان حكم المركب غير حكم آآ المفرد</w:t>
      </w:r>
    </w:p>
    <w:p>
      <w:r>
        <w:t>اقول صناعة المغالطة لها اجزاء صناعية واشياء خارجية</w:t>
      </w:r>
    </w:p>
    <w:p>
      <w:r>
        <w:t>مثل تخجيل الخصم وترذيل قوله والاستهزاء به وقطع كلامه وشتمه على ما يأتي</w:t>
      </w:r>
    </w:p>
    <w:p>
      <w:r>
        <w:t>والأول في الأجزاء الداخلية غير الخارجية يتعلق بالتبكيت اي المغالطة وهو الذي يقع الغلط به في القياس</w:t>
      </w:r>
    </w:p>
    <w:p>
      <w:r>
        <w:t>يعني هو الة للمغالطة</w:t>
      </w:r>
    </w:p>
    <w:p>
      <w:r>
        <w:t>هنا يغالط به اما باب السببية او باب الم</w:t>
      </w:r>
    </w:p>
    <w:p>
      <w:r>
        <w:t>هو هو الذي يقع الغلط به في القياس المطلوب في انتاج الشيء به</w:t>
      </w:r>
    </w:p>
    <w:p>
      <w:r>
        <w:t>وهو على قسمين اما ان يقع الغلط في اللفظ هذه المغالطة اللفظية او في المعنى المغالطة اللفظية</w:t>
      </w:r>
    </w:p>
    <w:p>
      <w:r>
        <w:t>والاسباب اللفظية الستة ان الغلط اما ان يكون الاشتراك في جوهر اللفظ المفرد او في هيئته او في نفسه او في هيئته اللاحقة به من خارج او في التركيب المحتمل لمعنيين او في وجود التركيب فيظن فيظن المركب غير مركب</w:t>
      </w:r>
    </w:p>
    <w:p>
      <w:r>
        <w:t>او فيظن الشخص المركب غير مركب او غير المركب مركبا</w:t>
      </w:r>
    </w:p>
    <w:p>
      <w:r>
        <w:t>وهذه الستة ثلاثة انواع منها ما يتعلق باللفظ المفرط ثلاثة راجعة الى التركيب</w:t>
      </w:r>
    </w:p>
    <w:p>
      <w:r>
        <w:t>نعم اختزلها اختزال الان آآ هذه المغالطات في الغرب تدرس في الفكر المعقد</w:t>
      </w:r>
    </w:p>
    <w:p>
      <w:r>
        <w:t>اوصلوها الى مية وخمسين مغالطة انا في تصوري كثير منها ممكن مية مغالطة تدخل تحتها هذه العناوين الكلية</w:t>
      </w:r>
    </w:p>
    <w:p>
      <w:r>
        <w:t>مثلا كثير منها يدخل تحتها اخذ ما ليس بعلة علة او يدخل تحت آآ اخذ من باب العرض مكان بالذات</w:t>
      </w:r>
    </w:p>
    <w:p>
      <w:r>
        <w:t>الأغلب هكذا المثال الأول ما يحصل من من الغاط في قولنا كل واحد من العشرة ناس بعشرة فالكل كذلك كل واحد من العشرة ليس عشرالاف مثلا عشر سنين اثنين اثنين خمس مرات اثنين</w:t>
      </w:r>
    </w:p>
    <w:p>
      <w:r>
        <w:t>اثنين غير العشرة</w:t>
      </w:r>
    </w:p>
    <w:p>
      <w:r>
        <w:t>نعم</w:t>
      </w:r>
    </w:p>
    <w:p>
      <w:r>
        <w:t>كل واحد من العشرة ليس بعشرة</w:t>
      </w:r>
    </w:p>
    <w:p>
      <w:r>
        <w:t>اذا اذا كان هذا ليس بعشرة</w:t>
      </w:r>
    </w:p>
    <w:p>
      <w:r>
        <w:t>اثنين</w:t>
      </w:r>
    </w:p>
    <w:p>
      <w:r>
        <w:t>اثنين الثانية ليس بعشرة</w:t>
      </w:r>
    </w:p>
    <w:p>
      <w:r>
        <w:t>اثنين الثالثة ليس بعشرة</w:t>
      </w:r>
    </w:p>
    <w:p>
      <w:r>
        <w:t>الرابعة ليس بعشرة</w:t>
      </w:r>
    </w:p>
    <w:p>
      <w:r>
        <w:t>الخامسة ليس بعشرة</w:t>
      </w:r>
    </w:p>
    <w:p>
      <w:r>
        <w:t>اذا المجموع ليس بعشرة</w:t>
      </w:r>
    </w:p>
    <w:p>
      <w:r>
        <w:t>اذا العشرة ليس بعشرة</w:t>
      </w:r>
    </w:p>
    <w:p>
      <w:r>
        <w:t>مغالطة فاضحة</w:t>
      </w:r>
    </w:p>
    <w:p>
      <w:r>
        <w:t>فالكل كذلك</w:t>
      </w:r>
    </w:p>
    <w:p>
      <w:r>
        <w:t>نعم</w:t>
      </w:r>
    </w:p>
    <w:p>
      <w:r>
        <w:t>ككل واحد من العشرة ليس بعشرة</w:t>
      </w:r>
    </w:p>
    <w:p>
      <w:r>
        <w:t>فكل فالكل كذلك</w:t>
      </w:r>
    </w:p>
    <w:p>
      <w:r>
        <w:t>لانه فرق بين الكل وكل واحد</w:t>
      </w:r>
    </w:p>
    <w:p>
      <w:r>
        <w:t>نعم</w:t>
      </w:r>
    </w:p>
    <w:p>
      <w:r>
        <w:t>الكل هو المجموع وكل واحد فارفض</w:t>
      </w:r>
    </w:p>
    <w:p>
      <w:r>
        <w:t>مفردة مفردة</w:t>
      </w:r>
    </w:p>
    <w:p>
      <w:r>
        <w:t>ولفظ الكل هنا مشترك بينهما اشتراك</w:t>
      </w:r>
    </w:p>
    <w:p>
      <w:r>
        <w:t>ولا بالاشتراك اللفظي</w:t>
      </w:r>
    </w:p>
    <w:p>
      <w:r>
        <w:t>وهذا المشترك اعم من المعنى المفهوم لانه يطلق على المشترك بالمعنى الاخص بالمعنى الاخص يعني وضع اللفظ لمعاني متعددة كلفظ العين يدل على الشمس على الماء العين النابعة على العين المبصرة على الجاسوس هذا هو المشترك بالمعنى الخاص وهو الواقع عدة معاني ليس بعضها اولى من بعض العين</w:t>
      </w:r>
    </w:p>
    <w:p>
      <w:r>
        <w:t>وآآ وعلى المشابهة وهو الواقع على عدة مشابهة متشابهة الصور مختلفة في الحقيقة</w:t>
      </w:r>
    </w:p>
    <w:p>
      <w:r>
        <w:t>كالانسان المصور والحيوان الصورة نعم</w:t>
      </w:r>
    </w:p>
    <w:p>
      <w:r>
        <w:t>فتشابه في الصورة يعني تشابه في الحقيقة</w:t>
      </w:r>
    </w:p>
    <w:p>
      <w:r>
        <w:t>لا</w:t>
      </w:r>
    </w:p>
    <w:p>
      <w:r>
        <w:t>وعلى المنقول لاحظت يبين لك الاشتراك اللفظي في جميع سريانه حقيقة والمجاز والمنقول والمشتق</w:t>
      </w:r>
    </w:p>
    <w:p>
      <w:r>
        <w:t>والمتجانسان نعم</w:t>
      </w:r>
    </w:p>
    <w:p>
      <w:r>
        <w:t>وعلى المنقول وهو اه وهو الواقع على عدة قيل على بعضها قبل البعض</w:t>
      </w:r>
    </w:p>
    <w:p>
      <w:r>
        <w:t>نعم مرة يستخدم اللفظ قبل النقل ثم يستخدم النفظ اللفظ بعد النقل</w:t>
      </w:r>
    </w:p>
    <w:p>
      <w:r>
        <w:t>نعم</w:t>
      </w:r>
    </w:p>
    <w:p>
      <w:r>
        <w:t>السيارة لماذا نقلت الى هذه الالة المخصوصة الحديثة لان العرب هذه القافلة تسير السيارة</w:t>
      </w:r>
    </w:p>
    <w:p>
      <w:r>
        <w:t>حيثية الانتقال</w:t>
      </w:r>
    </w:p>
    <w:p>
      <w:r>
        <w:t>رأوا في السيارة الحديثة</w:t>
      </w:r>
    </w:p>
    <w:p>
      <w:r>
        <w:t>حيثية الانتقال اعطوها عنوان السيارة</w:t>
      </w:r>
    </w:p>
    <w:p>
      <w:r>
        <w:t>منقول لفظي</w:t>
      </w:r>
    </w:p>
    <w:p>
      <w:r>
        <w:t>جيد</w:t>
      </w:r>
    </w:p>
    <w:p>
      <w:r>
        <w:t>النقل هو الحركة</w:t>
      </w:r>
    </w:p>
    <w:p>
      <w:r>
        <w:t>فالوهب نسي حيثية الحركة حيثية ضابطة النقل وركز على ركز على الالة</w:t>
      </w:r>
    </w:p>
    <w:p>
      <w:r>
        <w:t>على هذه الماكينة</w:t>
      </w:r>
    </w:p>
    <w:p>
      <w:r>
        <w:t>سماع السيارة فيقول بعت سيارتي</w:t>
      </w:r>
    </w:p>
    <w:p>
      <w:r>
        <w:t>المفروض ما يقول بعت سيارتي</w:t>
      </w:r>
    </w:p>
    <w:p>
      <w:r>
        <w:t>بعت بعت هذه الآلة</w:t>
      </w:r>
    </w:p>
    <w:p>
      <w:r>
        <w:t>بعت السيارة السيارة التي تتحرك</w:t>
      </w:r>
    </w:p>
    <w:p>
      <w:r>
        <w:t>يعني حيثية التنقل</w:t>
      </w:r>
    </w:p>
    <w:p>
      <w:r>
        <w:t>مثل قافلة متحركة</w:t>
      </w:r>
    </w:p>
    <w:p>
      <w:r>
        <w:t>هذه كلها مسامحات لفظية ثم نقل الى المتأخر وترك الاول يعني الان السيارة الدين ينتقل الى هذه هذه الماكينة</w:t>
      </w:r>
    </w:p>
    <w:p>
      <w:r>
        <w:t>نعم</w:t>
      </w:r>
    </w:p>
    <w:p>
      <w:r>
        <w:t>وآآ حيثية الانتقال واختفت اذا يقول صبغت السيارة بعت السيارة نعم غسلت السيارة وهكذا خربت السيارة معنى السيارة حيثية الانتقال مدخول فيها في الاصل نعم ثم نقل الى المتأخر وترك الاولى</w:t>
      </w:r>
    </w:p>
    <w:p>
      <w:r>
        <w:t>يعني هذه حيثية الانتقال راحت</w:t>
      </w:r>
    </w:p>
    <w:p>
      <w:r>
        <w:t>لم تذهب مطلقا</w:t>
      </w:r>
    </w:p>
    <w:p>
      <w:r>
        <w:t>بدليل ان الانسان اذا احتاجك تنقله الى مكان</w:t>
      </w:r>
    </w:p>
    <w:p>
      <w:r>
        <w:t>يقول لك عندك سيارة</w:t>
      </w:r>
    </w:p>
    <w:p>
      <w:r>
        <w:t>ما يقصد الماكينة</w:t>
      </w:r>
    </w:p>
    <w:p>
      <w:r>
        <w:t>يقصد الماكينة من من حيث التحرك</w:t>
      </w:r>
    </w:p>
    <w:p>
      <w:r>
        <w:t>كالصلاة</w:t>
      </w:r>
    </w:p>
    <w:p>
      <w:r>
        <w:t>الصلاة كانت دعاء ثم صارت هذه الهيئة الخاصة التشريعية</w:t>
      </w:r>
    </w:p>
    <w:p>
      <w:r>
        <w:t>وعلى المستعار وهو الذي يوجد للشيء من غيره</w:t>
      </w:r>
    </w:p>
    <w:p>
      <w:r>
        <w:t>مجاز الاستعارة</w:t>
      </w:r>
    </w:p>
    <w:p>
      <w:r>
        <w:t>كما ي قال كبد السماء</w:t>
      </w:r>
    </w:p>
    <w:p>
      <w:r>
        <w:t>يعني في قلب السماء</w:t>
      </w:r>
    </w:p>
    <w:p>
      <w:r>
        <w:t>لان الكبد في داخل الانسان</w:t>
      </w:r>
    </w:p>
    <w:p>
      <w:r>
        <w:t>كبد الحيوان</w:t>
      </w:r>
    </w:p>
    <w:p>
      <w:r>
        <w:t>وعلى المجاز وهو الذي يقال على شيء ويقصد به يقصد به غيره</w:t>
      </w:r>
    </w:p>
    <w:p>
      <w:r>
        <w:t>كقوله تعالى واسألي نعم</w:t>
      </w:r>
    </w:p>
    <w:p>
      <w:r>
        <w:t>اسألوا القرية</w:t>
      </w:r>
    </w:p>
    <w:p>
      <w:r>
        <w:t>هنا يقولون والمراد والمراد به اه اهل القرية</w:t>
      </w:r>
    </w:p>
    <w:p>
      <w:r>
        <w:t>هذه على مبنى القدماء</w:t>
      </w:r>
    </w:p>
    <w:p>
      <w:r>
        <w:t>استخدام اللفظ فيما وضع له</w:t>
      </w:r>
    </w:p>
    <w:p>
      <w:r>
        <w:t>اه اذا رحنا الى المجاز استخدام النص غير ووضع له</w:t>
      </w:r>
    </w:p>
    <w:p>
      <w:r>
        <w:t>ثم جاء السكاكي وسع اه الاستعارة الذي منها المجاز</w:t>
      </w:r>
    </w:p>
    <w:p>
      <w:r>
        <w:t>ثم جاء رضا الاصفاني احد اساتذة الامام الخميني في النجف</w:t>
      </w:r>
    </w:p>
    <w:p>
      <w:r>
        <w:t>اكتشف آآ آآ نظرية لا ترد عليها الاشكالات التي وردت على آآ نظرية السكاكين في المجلس</w:t>
      </w:r>
    </w:p>
    <w:p>
      <w:r>
        <w:t>نعم</w:t>
      </w:r>
    </w:p>
    <w:p>
      <w:r>
        <w:t>في المجاز او الاستعارة يستخدم اللفظ فيما وضع له</w:t>
      </w:r>
    </w:p>
    <w:p>
      <w:r>
        <w:t>نعم</w:t>
      </w:r>
    </w:p>
    <w:p>
      <w:r>
        <w:t>بالارادة التفهيمية وليس بالارادة الجدية</w:t>
      </w:r>
    </w:p>
    <w:p>
      <w:r>
        <w:t>هذه نظرية رضا الاصفهاني تجدها في كتابه وقاية الاذهان</w:t>
      </w:r>
    </w:p>
    <w:p>
      <w:r>
        <w:t>طبع في قوم الكتاب</w:t>
      </w:r>
    </w:p>
    <w:p>
      <w:r>
        <w:t>هناك الرسالة ابدع ابدا في الادب</w:t>
      </w:r>
    </w:p>
    <w:p>
      <w:r>
        <w:t>نعم</w:t>
      </w:r>
    </w:p>
    <w:p>
      <w:r>
        <w:t>المثال الثاني وهو ان يكون الاشتراك بحسب هيئة اللفظ ويسمى مغالطة باختلاف شكل اللفظ</w:t>
      </w:r>
    </w:p>
    <w:p>
      <w:r>
        <w:t>وهو ان يكون اللفظ ان يكون اللفظ مختلف باختلاف التصاريف</w:t>
      </w:r>
    </w:p>
    <w:p>
      <w:r>
        <w:t>كالمختار</w:t>
      </w:r>
    </w:p>
    <w:p>
      <w:r>
        <w:t>المختار فانه للفاعل والمفعول بحسب التصنيف</w:t>
      </w:r>
    </w:p>
    <w:p>
      <w:r>
        <w:t>بحسب جوهر اللفظ</w:t>
      </w:r>
    </w:p>
    <w:p>
      <w:r>
        <w:t>المختار والمختار باحتساب نعم</w:t>
      </w:r>
    </w:p>
    <w:p>
      <w:r>
        <w:t>تقول رأيت المختار قد يكون هو الذي يختار وقد لهو موضوع للاختيار</w:t>
      </w:r>
    </w:p>
    <w:p>
      <w:r>
        <w:t>مثاله في الفلسفة خارج المحمول</w:t>
      </w:r>
    </w:p>
    <w:p>
      <w:r>
        <w:t>نعم المفاهيم الفلسفية مطلقا كلها خارج المحمول</w:t>
      </w:r>
    </w:p>
    <w:p>
      <w:r>
        <w:t>بمعنى مستخرجة من الموضوع</w:t>
      </w:r>
    </w:p>
    <w:p>
      <w:r>
        <w:t>مستخرجة بالادعاء طبعا</w:t>
      </w:r>
    </w:p>
    <w:p>
      <w:r>
        <w:t>كما بين ذلك في الفلسفة بالتفصيل</w:t>
      </w:r>
    </w:p>
    <w:p>
      <w:r>
        <w:t>تأخذ مثلا آآ الوجود الوجود اصيل او الوجود واحد او الوجود علة</w:t>
      </w:r>
    </w:p>
    <w:p>
      <w:r>
        <w:t>انت ما عندك العلية خارجة عن الوجود</w:t>
      </w:r>
    </w:p>
    <w:p>
      <w:r>
        <w:t>هي الوجود بنحوين</w:t>
      </w:r>
    </w:p>
    <w:p>
      <w:r>
        <w:t>وانت تستخرجها</w:t>
      </w:r>
    </w:p>
    <w:p>
      <w:r>
        <w:t>بالإدعاء المحض</w:t>
      </w:r>
    </w:p>
    <w:p>
      <w:r>
        <w:t>تعطيها كيانا تعطيها كيانا ادعائي لاجل فهمها فقط</w:t>
      </w:r>
    </w:p>
    <w:p>
      <w:r>
        <w:t>فهي مستخرجة مستخرجة يقال خارج المحمول</w:t>
      </w:r>
    </w:p>
    <w:p>
      <w:r>
        <w:t>الا ان المراد ما هو المستخرج</w:t>
      </w:r>
    </w:p>
    <w:p>
      <w:r>
        <w:t>واحد</w:t>
      </w:r>
    </w:p>
    <w:p>
      <w:r>
        <w:t>هذا يقع في المغالطات</w:t>
      </w:r>
    </w:p>
    <w:p>
      <w:r>
        <w:t>نعم نعم كالمختار والذي مر يعني الذي يختار المرة الذي يقع موردا للاختيار</w:t>
      </w:r>
    </w:p>
    <w:p>
      <w:r>
        <w:t>نعم</w:t>
      </w:r>
    </w:p>
    <w:p>
      <w:r>
        <w:t>مثال ثالث وهو ان يكون بحسب الهيئة من خارج ويسمى المغالطة باختلاف الاعراب والاعجاب ان هذه امور آآ تأتيه من الخارج ليس من صميم اللفظ بان يجعل المرء المرفوع منصوب وبالعكس لفظا وكتابا</w:t>
      </w:r>
    </w:p>
    <w:p>
      <w:r>
        <w:t>نعم</w:t>
      </w:r>
    </w:p>
    <w:p>
      <w:r>
        <w:t>آآ هنا بدار يمثل يقول ضرب الرجل الغلام</w:t>
      </w:r>
    </w:p>
    <w:p>
      <w:r>
        <w:t>نعم</w:t>
      </w:r>
    </w:p>
    <w:p>
      <w:r>
        <w:t>ضرب الرجل الغلام</w:t>
      </w:r>
    </w:p>
    <w:p>
      <w:r>
        <w:t>ضرب عيسى موسى</w:t>
      </w:r>
    </w:p>
    <w:p>
      <w:r>
        <w:t>ما تعرف انت</w:t>
      </w:r>
    </w:p>
    <w:p>
      <w:r>
        <w:t>ضرب الرجل غلام</w:t>
      </w:r>
    </w:p>
    <w:p>
      <w:r>
        <w:t>من الفاعل من المفعول? ضرب الرجل الغلام</w:t>
      </w:r>
    </w:p>
    <w:p>
      <w:r>
        <w:t>او ظرب الرجل الغلام المغالطات في امور خارجة عن اللفظ هيئات تعرظ اللفظ</w:t>
      </w:r>
    </w:p>
    <w:p>
      <w:r>
        <w:t>نعم</w:t>
      </w:r>
    </w:p>
    <w:p>
      <w:r>
        <w:t>مثال خامس ان يكون بحسب نعم</w:t>
      </w:r>
    </w:p>
    <w:p>
      <w:r>
        <w:t>لا</w:t>
      </w:r>
    </w:p>
    <w:p>
      <w:r>
        <w:t>مثال فارس مثال ثالث وهو ان يكون بحسب هيئة من الخارج ويسمى المغالطة باختلاف الاعراب والاعجاب</w:t>
      </w:r>
    </w:p>
    <w:p>
      <w:r>
        <w:t>بان يجعل المرفوع منصوبا وبالعكس من يجعل المنصوب المنصوب مرفوعا</w:t>
      </w:r>
    </w:p>
    <w:p>
      <w:r>
        <w:t>نعم لفظا وكتابا</w:t>
      </w:r>
    </w:p>
    <w:p>
      <w:r>
        <w:t>مثال رابع وهو ان يكون الغلط بحسب التركيب نفسي</w:t>
      </w:r>
    </w:p>
    <w:p>
      <w:r>
        <w:t>وهو الا يكون المفرد مشتركا ويعرض الاشتراك للمركب باعتبار التركيب</w:t>
      </w:r>
    </w:p>
    <w:p>
      <w:r>
        <w:t>كما يقول كل من كل ما يتصوره الحكيم فهو كما يتصوره فهو هذه ترجع الى الحكيم الائمة الى المتصور هنا مغالطة بحسب التركيب يعني تعرض لللفظ هو بحسب التركيب وليس بحسب اللفظ فلفظ هو تحتمل يحتمل رجوعها تارة الى العاقل يعني من يتصور وتارة الى المعقول يعني الى المتصور موجة تصور فحصل اشتراك باعتبار هذين احتمالين</w:t>
      </w:r>
    </w:p>
    <w:p>
      <w:r>
        <w:t>مثال خامس ان يكون بحسب وجود توهم ووجود توهم وجود آآ وجود تأليف</w:t>
      </w:r>
    </w:p>
    <w:p>
      <w:r>
        <w:t>ويسمى مغالطة باشتراك القسمة</w:t>
      </w:r>
    </w:p>
    <w:p>
      <w:r>
        <w:t>وذلك ان يكون الكلام صادقا اذا اخذ مفردا</w:t>
      </w:r>
    </w:p>
    <w:p>
      <w:r>
        <w:t>واذا لقب كذب او كذب</w:t>
      </w:r>
    </w:p>
    <w:p>
      <w:r>
        <w:t>كما اذا كان زيدا شاعرا وكاتبا وهو جيد الكتابة رديء الشعر</w:t>
      </w:r>
    </w:p>
    <w:p>
      <w:r>
        <w:t>فنقول زيد شاعر جيد</w:t>
      </w:r>
    </w:p>
    <w:p>
      <w:r>
        <w:t>جيد بالكتابة</w:t>
      </w:r>
    </w:p>
    <w:p>
      <w:r>
        <w:t>ينزع الشاعر هنا فان حمل كل واحد من الشاعر والجيد بانفراده عليه صادق</w:t>
      </w:r>
    </w:p>
    <w:p>
      <w:r>
        <w:t>يعني تقول زيد شعر صادقة</w:t>
      </w:r>
    </w:p>
    <w:p>
      <w:r>
        <w:t>زيد جيد في اخلاقه</w:t>
      </w:r>
    </w:p>
    <w:p>
      <w:r>
        <w:t>صادق</w:t>
      </w:r>
    </w:p>
    <w:p>
      <w:r>
        <w:t>اما زيت شاعر جيد هذا بالترك خطأ وحملوه معا مركبين كاذب</w:t>
      </w:r>
    </w:p>
    <w:p>
      <w:r>
        <w:t>مثال السادس تتوهم عدم التأليف توهم عدم التأليف ويسمى مغالطة باشتراك التأليف</w:t>
      </w:r>
    </w:p>
    <w:p>
      <w:r>
        <w:t>وهو انما يكون اذا كان الكلام صادقا اذا ركب كاذبا يذب كما تقول خمسة زوج وفرد</w:t>
      </w:r>
    </w:p>
    <w:p>
      <w:r>
        <w:t>نعم</w:t>
      </w:r>
    </w:p>
    <w:p>
      <w:r>
        <w:t>فان حملها معا على الموضوع صادق</w:t>
      </w:r>
    </w:p>
    <w:p>
      <w:r>
        <w:t>يعني الزوج والفرد ثلاثة واثنين</w:t>
      </w:r>
    </w:p>
    <w:p>
      <w:r>
        <w:t>تقول خمسة</w:t>
      </w:r>
    </w:p>
    <w:p>
      <w:r>
        <w:t>لتلقبه منها يعني من ثلاثة والاثنين</w:t>
      </w:r>
    </w:p>
    <w:p>
      <w:r>
        <w:t>وحمل الزوج عليه كذب تقول خمسة زوج كذب</w:t>
      </w:r>
    </w:p>
    <w:p>
      <w:r>
        <w:t>والسبب في اشتباه دلالة المواد</w:t>
      </w:r>
    </w:p>
    <w:p>
      <w:r>
        <w:t>نعم فانه يدل على جميع الاجزاء وقد يدل على جميع الصفات</w:t>
      </w:r>
    </w:p>
    <w:p>
      <w:r>
        <w:t>مثال هذا في الانسان</w:t>
      </w:r>
    </w:p>
    <w:p>
      <w:r>
        <w:t>الانسان تقول الانسان روح وبدن صحيح</w:t>
      </w:r>
    </w:p>
    <w:p>
      <w:r>
        <w:t>تقول الانسان بدن خطأ</w:t>
      </w:r>
    </w:p>
    <w:p>
      <w:r>
        <w:t>الانسان روح خطأ</w:t>
      </w:r>
    </w:p>
    <w:p>
      <w:r>
        <w:t>الانسان روح وبدن ولكن ما عندك حق تجزأ</w:t>
      </w:r>
    </w:p>
    <w:p>
      <w:r>
        <w:t>اقول الانسان بدن خطأ</w:t>
      </w:r>
    </w:p>
    <w:p>
      <w:r>
        <w:t>الانسان روح خطأ</w:t>
      </w:r>
    </w:p>
    <w:p>
      <w:r>
        <w:t>نعم</w:t>
      </w:r>
    </w:p>
    <w:p>
      <w:r>
        <w:t>اسباب الغلط المعنوية خلوها الى اتية ان شاء الله</w:t>
      </w:r>
    </w:p>
    <w:p>
      <w:r>
        <w:t>اللهم صل على محمد وال محمد</w:t>
      </w:r>
    </w:p>
    <w:p>
      <w:r>
        <w:t>وال محمد</w:t>
      </w:r>
    </w:p>
    <w:p>
      <w:r>
        <w:t>اللهم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