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w:t>
      </w:r>
    </w:p>
    <w:p>
      <w:r>
        <w:t>والحمد لله</w:t>
      </w:r>
    </w:p>
    <w:p>
      <w:r>
        <w:t>والله اكبر</w:t>
      </w:r>
    </w:p>
    <w:p>
      <w:r>
        <w:t>اعوذ بالله من الشيطان الرجيم</w:t>
      </w:r>
    </w:p>
    <w:p>
      <w:r>
        <w:t>بسم الله الرحمن الرحيم</w:t>
      </w:r>
    </w:p>
    <w:p>
      <w:r>
        <w:t>وبه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 اسباب الغلط المعنوية</w:t>
      </w:r>
    </w:p>
    <w:p>
      <w:r>
        <w:t>قال واما معنوية وهي سبعة</w:t>
      </w:r>
    </w:p>
    <w:p>
      <w:r>
        <w:t>مصادقها هذه المغالطات هي السبعة</w:t>
      </w:r>
    </w:p>
    <w:p>
      <w:r>
        <w:t>قال واما معنوية وهي سبعة لانها تقع في اجزاء القضايا</w:t>
      </w:r>
    </w:p>
    <w:p>
      <w:r>
        <w:t>الموضوع المحمول بان يؤخذ بدل ما هو جزء ما يشبهه من اللوازم والعوارض عندك انت قضية موضوع محمول نسبة كمن رأى انسانا ابيض يكتب نعم فيقول كل انسان يكتبه ابيض او كل انسان ابيض يكتب يعني الانسان الاسمر او الاسود لا يكتب</w:t>
      </w:r>
    </w:p>
    <w:p>
      <w:r>
        <w:t>نعم</w:t>
      </w:r>
    </w:p>
    <w:p>
      <w:r>
        <w:t>وهذه المغالطة لاحظتها في بعض الاجناس</w:t>
      </w:r>
    </w:p>
    <w:p>
      <w:r>
        <w:t>نعم اذا رأى افريقيا ابيض انا يتعجب لانه عنده كل من في افريقيا فهو اسمر لا من اين هذه المغالطة? نعم</w:t>
      </w:r>
    </w:p>
    <w:p>
      <w:r>
        <w:t>فيظن ان كل كاتب يكون كذلك يعني ابيض</w:t>
      </w:r>
    </w:p>
    <w:p>
      <w:r>
        <w:t>فاخذ الابيض بدل الكتب ويسمى اخذ ما بالعرظ مكان ما بالذات</w:t>
      </w:r>
    </w:p>
    <w:p>
      <w:r>
        <w:t>هذه مغاربة كعنوان عام يمكن لك ان تدرج فيها اه مئات المغالطات</w:t>
      </w:r>
    </w:p>
    <w:p>
      <w:r>
        <w:t>اخذ ما بالعرظ مكان ما بالذات</w:t>
      </w:r>
    </w:p>
    <w:p>
      <w:r>
        <w:t>في الاشهار يأتيك بميسي لاعب كرة القدم او في بفنان في التمثيل ويشرب بيتزي بيبسي</w:t>
      </w:r>
    </w:p>
    <w:p>
      <w:r>
        <w:t>فهذا الوهمي الامم تتحرك بالوهم</w:t>
      </w:r>
    </w:p>
    <w:p>
      <w:r>
        <w:t>يروحون يشترون بيبسي</w:t>
      </w:r>
    </w:p>
    <w:p>
      <w:r>
        <w:t>لماذا? لان هذا المتخصص في علم النفس</w:t>
      </w:r>
    </w:p>
    <w:p>
      <w:r>
        <w:t>كتب هذا الامر لمسئول القنوات</w:t>
      </w:r>
    </w:p>
    <w:p>
      <w:r>
        <w:t>وآآ مسؤول الاعلام القنوات الاعلام اعلامي لا يعرف هذه الامور هذه من مختصات علماء النفس</w:t>
      </w:r>
    </w:p>
    <w:p>
      <w:r>
        <w:t>هذا القرن الاكيد نعم القرن الاكيد الذي قاربه السيد الصدر بافلوف</w:t>
      </w:r>
    </w:p>
    <w:p>
      <w:r>
        <w:t>في روسيا وآآ قبل والسيد الصدر في الفلسفة</w:t>
      </w:r>
    </w:p>
    <w:p>
      <w:r>
        <w:t>آآ تسمى هكذاعي المعاني</w:t>
      </w:r>
    </w:p>
    <w:p>
      <w:r>
        <w:t>هنا المحلل النفساني يقول انت تريد ان تبيع بيبسي</w:t>
      </w:r>
    </w:p>
    <w:p>
      <w:r>
        <w:t>نعم</w:t>
      </w:r>
    </w:p>
    <w:p>
      <w:r>
        <w:t>تعطيها عنوان الجودة</w:t>
      </w:r>
    </w:p>
    <w:p>
      <w:r>
        <w:t>اليس كذلك? يقول نعم</w:t>
      </w:r>
    </w:p>
    <w:p>
      <w:r>
        <w:t>بيبسي جيدة</w:t>
      </w:r>
    </w:p>
    <w:p>
      <w:r>
        <w:t>خلي ميسي يشربها لان ميسي جيد في كرة القدم</w:t>
      </w:r>
    </w:p>
    <w:p>
      <w:r>
        <w:t>عنده اجودية في كرة القدم</w:t>
      </w:r>
    </w:p>
    <w:p>
      <w:r>
        <w:t>فهذا المتوهم الذي يرى هذا الاشهار للاعلام يربط جودة البيبسي بجودة الميسي في كرة القدم</w:t>
      </w:r>
    </w:p>
    <w:p>
      <w:r>
        <w:t>وهمي مسكين</w:t>
      </w:r>
    </w:p>
    <w:p>
      <w:r>
        <w:t>لا اعرف هذه المغالطات</w:t>
      </w:r>
    </w:p>
    <w:p>
      <w:r>
        <w:t>يعطي للبيبسي الجودة بالعرظ اللي هي جودة ميسي في كرة القدم</w:t>
      </w:r>
    </w:p>
    <w:p>
      <w:r>
        <w:t>ما دخل هذا بهذا? هذا هو اخذ ما بالعرض مكان ما بالذات</w:t>
      </w:r>
    </w:p>
    <w:p>
      <w:r>
        <w:t>كفاية روح الوهمي ويشري بيبسي في ذهنه جودة هناك نعم ما يعرف ان البيبسي لها مكونات ذاتية هي التي تجعلها جيدة او لا</w:t>
      </w:r>
    </w:p>
    <w:p>
      <w:r>
        <w:t>هذه وظيفة العقل العقل اما الوهمي لا تنطلي عليه المغالطة ويروح للسوق ويشتري هذه هذه المادة</w:t>
      </w:r>
    </w:p>
    <w:p>
      <w:r>
        <w:t>اذا من المغالطة المعنوية اخذ ما اخذ ما ما بالعرض مكان ما بالذات</w:t>
      </w:r>
    </w:p>
    <w:p>
      <w:r>
        <w:t>وهذه مغالطة سارية في كلام البشر</w:t>
      </w:r>
    </w:p>
    <w:p>
      <w:r>
        <w:t>في كلام السياسيين وو من التجليات الحياتية</w:t>
      </w:r>
    </w:p>
    <w:p>
      <w:r>
        <w:t>نعم</w:t>
      </w:r>
    </w:p>
    <w:p>
      <w:r>
        <w:t>كثير يقعون في هذه المغالطة او يتعمدون المغالطة لغيرهم بهذه اه القضية</w:t>
      </w:r>
    </w:p>
    <w:p>
      <w:r>
        <w:t>او بان يأخذ مع الجزء ما ليس منه</w:t>
      </w:r>
    </w:p>
    <w:p>
      <w:r>
        <w:t>او يخلي ما هو منه</w:t>
      </w:r>
    </w:p>
    <w:p>
      <w:r>
        <w:t>يعني يحدث ما هو منه</w:t>
      </w:r>
    </w:p>
    <w:p>
      <w:r>
        <w:t>مثل مثل القيود والشروط</w:t>
      </w:r>
    </w:p>
    <w:p>
      <w:r>
        <w:t>كمن يأخذ اه بين قوسين غير موجود شيئا غير موجود مطلقا ويسمى سوء اعتبار الحمل</w:t>
      </w:r>
    </w:p>
    <w:p>
      <w:r>
        <w:t>هو غير موجود في دائرة ما هو يعمم</w:t>
      </w:r>
    </w:p>
    <w:p>
      <w:r>
        <w:t>نعم يعمم</w:t>
      </w:r>
    </w:p>
    <w:p>
      <w:r>
        <w:t>نعم</w:t>
      </w:r>
    </w:p>
    <w:p>
      <w:r>
        <w:t>زيد غير موجود</w:t>
      </w:r>
    </w:p>
    <w:p>
      <w:r>
        <w:t>في السوق انه غير موجود مطلقا يعني غير موجود في دار الكون</w:t>
      </w:r>
    </w:p>
    <w:p>
      <w:r>
        <w:t>هذه سوء اعتبار الحمل</w:t>
      </w:r>
    </w:p>
    <w:p>
      <w:r>
        <w:t>او في تأليفه في تأليفها كما رأى الخمر احمر مائعا</w:t>
      </w:r>
    </w:p>
    <w:p>
      <w:r>
        <w:t>فظن ان كل احمر مائع هو الخمر وهو ايهام العكس</w:t>
      </w:r>
    </w:p>
    <w:p>
      <w:r>
        <w:t>يعني كل خمر احمر ماء اما كل مائع احمر خمر من اين? هذا ايهام العكس</w:t>
      </w:r>
    </w:p>
    <w:p>
      <w:r>
        <w:t>نعم</w:t>
      </w:r>
    </w:p>
    <w:p>
      <w:r>
        <w:t>كل محسوس موجود</w:t>
      </w:r>
    </w:p>
    <w:p>
      <w:r>
        <w:t>اما كل موجود محسوس من اين? المغالطة بالعكس نعم اقول الاغلاط المعنوية لا يمكن ان تقع في الحدود التي هي المفردات بل انما تقع في التأليف يعني في الاقيس والتأليف يكون اما في القضايا انفسها او بين القضايا والذي بين القضايا فهو اما قياسي او غير قياسي</w:t>
      </w:r>
    </w:p>
    <w:p>
      <w:r>
        <w:t>والمصنف رحمه الله بدأ بالاول بساطته بالقياس يعني ان للجواب تحصيل القضايا على ما ينبغي اولا</w:t>
      </w:r>
    </w:p>
    <w:p>
      <w:r>
        <w:t>اذا عرفت هذا فنقول الغلط المتعلق القضايا بالقضايا انفسها يقع على ثلاثة اقسام</w:t>
      </w:r>
    </w:p>
    <w:p>
      <w:r>
        <w:t>دقق جيد</w:t>
      </w:r>
    </w:p>
    <w:p>
      <w:r>
        <w:t>آآ اخذ ما بالعرض ما كان بالذات</w:t>
      </w:r>
    </w:p>
    <w:p>
      <w:r>
        <w:t>آآ سوء اعتبار الحمل وايهام العكس</w:t>
      </w:r>
    </w:p>
    <w:p>
      <w:r>
        <w:t>الأول يسمى اخذ ما بالعرض مكان بما بالذات</w:t>
      </w:r>
    </w:p>
    <w:p>
      <w:r>
        <w:t>وهو يحذف المغالط الجزء من القضية او تبني للمجهول</w:t>
      </w:r>
    </w:p>
    <w:p>
      <w:r>
        <w:t>ان يحذف الجزء من القضية</w:t>
      </w:r>
    </w:p>
    <w:p>
      <w:r>
        <w:t>نعم ويذكر بدله عارضه او معروضه</w:t>
      </w:r>
    </w:p>
    <w:p>
      <w:r>
        <w:t>او يذكر لازمه او نعم كما تعرض لذات واحدة عوارض كثيرة تحمل عليها</w:t>
      </w:r>
    </w:p>
    <w:p>
      <w:r>
        <w:t>فيظن او يظن حمل بعضها على بعض كليا</w:t>
      </w:r>
    </w:p>
    <w:p>
      <w:r>
        <w:t>كمن رأى انسانا عرض له البياض والكتابة قد يحدث</w:t>
      </w:r>
    </w:p>
    <w:p>
      <w:r>
        <w:t>ابيض ويكتب</w:t>
      </w:r>
    </w:p>
    <w:p>
      <w:r>
        <w:t>اين المانع في ذلك? فيظن ان كل ابيض كاتب</w:t>
      </w:r>
    </w:p>
    <w:p>
      <w:r>
        <w:t>فاخذ الابيض بدل الانسان</w:t>
      </w:r>
    </w:p>
    <w:p>
      <w:r>
        <w:t>وهذه في ذهنية الوهمية كثير في ذينية العوام كثير</w:t>
      </w:r>
    </w:p>
    <w:p>
      <w:r>
        <w:t>نعم</w:t>
      </w:r>
    </w:p>
    <w:p>
      <w:r>
        <w:t>معمم خرب في مكان ما نعم يعمم مع الاسف الشديد</w:t>
      </w:r>
    </w:p>
    <w:p>
      <w:r>
        <w:t>في في الطرقات قوانين السير قد تجد آآ بعض المعممين لا يراعي القوانين فهو يقول انظر انظر المعمم ولا يراعي القوانين</w:t>
      </w:r>
    </w:p>
    <w:p>
      <w:r>
        <w:t>لا هناك ليس بمعمم</w:t>
      </w:r>
    </w:p>
    <w:p>
      <w:r>
        <w:t>هناك بشر مواطن</w:t>
      </w:r>
    </w:p>
    <w:p>
      <w:r>
        <w:t>هذا الخرق بينما ما بالعرب وما بالذات</w:t>
      </w:r>
    </w:p>
    <w:p>
      <w:r>
        <w:t>حتى المعمم لا يكون عنده ثقافة السياقة</w:t>
      </w:r>
    </w:p>
    <w:p>
      <w:r>
        <w:t>ليس باعتباره معمما ولكن باعتبارهم مواطنا يحتاج الى ثقافة يعني العمامة لا تعطيك ثقافة السياقة ثقافة السياقة يجب ان تتعلم ما خرج الحوزة ثقافة ثقافة السياقة ليس لها ربط العمامة والحوزة</w:t>
      </w:r>
    </w:p>
    <w:p>
      <w:r>
        <w:t>هذه الامور موجودة مع الاسف نعم</w:t>
      </w:r>
    </w:p>
    <w:p>
      <w:r>
        <w:t>وهو ان يحذف المغالط الجزء من القضية ويذكر بدله عارضه</w:t>
      </w:r>
    </w:p>
    <w:p>
      <w:r>
        <w:t>الذي يعرضه او معروضه الذي يعرضه او لازمه الذي ينفك او ملزمه من اين جاء</w:t>
      </w:r>
    </w:p>
    <w:p>
      <w:r>
        <w:t>كما تعرض لذات واحدة عوارض كثيرة</w:t>
      </w:r>
    </w:p>
    <w:p>
      <w:r>
        <w:t>آآ تحمل عليها فيظن الظن حمل بعضها على بعض كليا</w:t>
      </w:r>
    </w:p>
    <w:p>
      <w:r>
        <w:t>نعم كمرئ كما رأى انسانا عارض له البياض والكتابة</w:t>
      </w:r>
    </w:p>
    <w:p>
      <w:r>
        <w:t>فيظن ان كل ابيض كاتب او او كل كاتب ابيض فاخذ الابيض بدل الانسان</w:t>
      </w:r>
    </w:p>
    <w:p>
      <w:r>
        <w:t>نعم</w:t>
      </w:r>
    </w:p>
    <w:p>
      <w:r>
        <w:t>هذا ما اخذه ما ما بالعرض ما كان بالذات مغالطة سارية سارية سارية</w:t>
      </w:r>
    </w:p>
    <w:p>
      <w:r>
        <w:t>سارية سارية</w:t>
      </w:r>
    </w:p>
    <w:p>
      <w:r>
        <w:t>الذي يقول باصالة المهي في الفلسفة عند من يقول بالحكمة المتعالية اخذ ما بالعرظ مكان ما بالذات ما كان ما بالذات هو الوجود ما كان ما بالعرض هو المائية وقال اذا قال الاصالة للمعيا يعني متن واقع تتمثل في كنهها بالماهية فاخذنا بالعوض مكان ما بالذات يعني مغالطة الخبط ما بين العرض ما ما بالذات</w:t>
      </w:r>
    </w:p>
    <w:p>
      <w:r>
        <w:t>الثاني سوء اعتبار الحمل عن هنا لا في الحب بعض القيولات لا يراعيها</w:t>
      </w:r>
    </w:p>
    <w:p>
      <w:r>
        <w:t>وهو ان يأخذ مع الجزء ما ليس منه</w:t>
      </w:r>
    </w:p>
    <w:p>
      <w:r>
        <w:t>يعني مع المحمول وليس مع ما ليس منه او مع الموضوع</w:t>
      </w:r>
    </w:p>
    <w:p>
      <w:r>
        <w:t>ان يخل عنه ما هو منه</w:t>
      </w:r>
    </w:p>
    <w:p>
      <w:r>
        <w:t>كالقيود والشروط مثلا كمن يأخذ الجوهر اه كمن يأخذ بين قوسين نقراها ليست اه بتطبيقات نحوية بين قوسين كله مفعول به</w:t>
      </w:r>
    </w:p>
    <w:p>
      <w:r>
        <w:t>يعني نقرأ هكذا كمن يأخذ قوسين كيف نقراها</w:t>
      </w:r>
    </w:p>
    <w:p>
      <w:r>
        <w:t>ما نقرأ الجوهرة</w:t>
      </w:r>
    </w:p>
    <w:p>
      <w:r>
        <w:t>نقرأ الجوهر غير موجود عرضا</w:t>
      </w:r>
    </w:p>
    <w:p>
      <w:r>
        <w:t>الجوهر غير موجود عرظا</w:t>
      </w:r>
    </w:p>
    <w:p>
      <w:r>
        <w:t>غير موجود مطلقا</w:t>
      </w:r>
    </w:p>
    <w:p>
      <w:r>
        <w:t>احد? نعم</w:t>
      </w:r>
    </w:p>
    <w:p>
      <w:r>
        <w:t>عربا? يعني زيد ليس في البيت وهو يسمى انه زيد اصلا غير موجود</w:t>
      </w:r>
    </w:p>
    <w:p>
      <w:r>
        <w:t>غير موجود مطلقا فقد اسقط عن الجزء قيد العرضية</w:t>
      </w:r>
    </w:p>
    <w:p>
      <w:r>
        <w:t>كونه في البيت</w:t>
      </w:r>
    </w:p>
    <w:p>
      <w:r>
        <w:t>وكذلك اذا قلنا كل متصور ثابت في الخارج</w:t>
      </w:r>
    </w:p>
    <w:p>
      <w:r>
        <w:t>فانه يصدق لو اسقط في فباعتباره اخذه مع المحمول كذب</w:t>
      </w:r>
    </w:p>
    <w:p>
      <w:r>
        <w:t>كل متصور ثابت في الخرج</w:t>
      </w:r>
    </w:p>
    <w:p>
      <w:r>
        <w:t>كل متصور يعني نحكيه المتصور</w:t>
      </w:r>
    </w:p>
    <w:p>
      <w:r>
        <w:t>هنا المغالطة</w:t>
      </w:r>
    </w:p>
    <w:p>
      <w:r>
        <w:t>عندنا محكي وحاكي</w:t>
      </w:r>
    </w:p>
    <w:p>
      <w:r>
        <w:t>تقول كل متصور ثاب في الخارج اذا اخذت المتصور بالحاكي آآ لا يوجد في اذا اخذت هنا بما هو بما هو يوصلك الى المحكي فهو موجود في الخارج</w:t>
      </w:r>
    </w:p>
    <w:p>
      <w:r>
        <w:t>اذا اذا قلت كل متصور وتقصد به آآ الصورة الذهنية هذا ثابت في الخارج بالعرض</w:t>
      </w:r>
    </w:p>
    <w:p>
      <w:r>
        <w:t>يعني باعتباري محكيه</w:t>
      </w:r>
    </w:p>
    <w:p>
      <w:r>
        <w:t>وليس باعتباري ذاته</w:t>
      </w:r>
    </w:p>
    <w:p>
      <w:r>
        <w:t>نعم</w:t>
      </w:r>
    </w:p>
    <w:p>
      <w:r>
        <w:t>اذا كل متصور ثابت ثابت في الذهن</w:t>
      </w:r>
    </w:p>
    <w:p>
      <w:r>
        <w:t>هذا في الخارج لا معنى له</w:t>
      </w:r>
    </w:p>
    <w:p>
      <w:r>
        <w:t>الثالث ايهام العكس</w:t>
      </w:r>
    </w:p>
    <w:p>
      <w:r>
        <w:t>يعني عندك الف باء تقلبها باء الف نحو الكلية</w:t>
      </w:r>
    </w:p>
    <w:p>
      <w:r>
        <w:t>كل الف باء كل باء الف</w:t>
      </w:r>
    </w:p>
    <w:p>
      <w:r>
        <w:t>ايهام العكس وهو ان يكون الخلل في نفس التأ عن التعبير الصحيح لا ادري ان هذه دائما اجدها في في التعبيرات العربية تسامحا وهو ان يكون الخلل في التأليف نفسه</w:t>
      </w:r>
    </w:p>
    <w:p>
      <w:r>
        <w:t>نعم في التأليف نفسه</w:t>
      </w:r>
    </w:p>
    <w:p>
      <w:r>
        <w:t>اما اذا قلت في نفس التأليف وهو ان يكون الخلل في نفس التأليف يعني في رح التأليف في عمق التأليف</w:t>
      </w:r>
    </w:p>
    <w:p>
      <w:r>
        <w:t>بين جزئي القضية عن المحمول والمحمول</w:t>
      </w:r>
    </w:p>
    <w:p>
      <w:r>
        <w:t>الموضوع والمحمول</w:t>
      </w:r>
    </w:p>
    <w:p>
      <w:r>
        <w:t>لا في جزئها لا في الموضوع المحمول في الموضوع لوحده والمحمول لوحده</w:t>
      </w:r>
    </w:p>
    <w:p>
      <w:r>
        <w:t>كمن يحكم بان كل احمر مائع خامر من اين? من اين? كل احمر ماء اه كل احمر مائع مائع وصف للاحواض</w:t>
      </w:r>
    </w:p>
    <w:p>
      <w:r>
        <w:t>كل احمر مائع يعني سائل احمر خمرة من اين? انه اخذها منين? كل خمر مائع احمر</w:t>
      </w:r>
    </w:p>
    <w:p>
      <w:r>
        <w:t>لان كل خمر آآ احمر اذا قلت احمر او احمر مائع وكذا من ظن ان كل ابيض ثلج باعتبار الصدق كل ثلج ابيض</w:t>
      </w:r>
    </w:p>
    <w:p>
      <w:r>
        <w:t>هذا ايهام العكس ساري في ثقافات الناس مع الاسف الشديد</w:t>
      </w:r>
    </w:p>
    <w:p>
      <w:r>
        <w:t>هذه الاسباب الثلاثة</w:t>
      </w:r>
    </w:p>
    <w:p>
      <w:r>
        <w:t>يعني اخذ ما بالعرض مكان بالذات</w:t>
      </w:r>
    </w:p>
    <w:p>
      <w:r>
        <w:t>وسوء اعتبار الحمل عدم مراعاة القيود والشروط في قضية الحد</w:t>
      </w:r>
    </w:p>
    <w:p>
      <w:r>
        <w:t>وايهام العكس</w:t>
      </w:r>
    </w:p>
    <w:p>
      <w:r>
        <w:t>كل الف باء ليس بالضرورة باء الف يعمل عكس هي المغالطات الواقعة في القضايا انفسها</w:t>
      </w:r>
    </w:p>
    <w:p>
      <w:r>
        <w:t>لا تمكن الزيادة عليها</w:t>
      </w:r>
    </w:p>
    <w:p>
      <w:r>
        <w:t>نعم ثم يأتي لها ليس في القضايا في القياس</w:t>
      </w:r>
    </w:p>
    <w:p>
      <w:r>
        <w:t>قال واما في تأليف القضايا اما تأليفا قياسيا فان كان في نفس القياس اما الصورة بان يكون على هيئة غير منتجة يعني لا يراعي شروط شروط الاشكال او مادة يعني يملأها بمادة غير صحيحة بان يكون منحرفا عن الانتاج بإغفال الشرائط بحيث لو صار كما يجب لصار كاذبا او لو صار بحيث يصدق لصار غير قياس وهو سوء التركيب هذا كله سوء التركيب مغالطة من سوء التركيب وان كان فيه باعتبار النتيجة بان يكون غير مشتمل على انتاج ما هو المطلوب فهو وضع ما ليس بعلة علة</w:t>
      </w:r>
    </w:p>
    <w:p>
      <w:r>
        <w:t>نعم</w:t>
      </w:r>
    </w:p>
    <w:p>
      <w:r>
        <w:t>او بالا يفيدوا علما غير ما وضع فيه وهو المصادر المطلوب وصدر عن المطلوب ان تثبت النتيجة بنفسها</w:t>
      </w:r>
    </w:p>
    <w:p>
      <w:r>
        <w:t>نعم</w:t>
      </w:r>
    </w:p>
    <w:p>
      <w:r>
        <w:t>او تأليفا غير قياس كما يقال زيد وحده كاتب</w:t>
      </w:r>
    </w:p>
    <w:p>
      <w:r>
        <w:t>ويسمى جمع المسائل في مسألة واحدة نعم ومن تصفح القياس واجزاءه فوجدهما على ما ينبغي مادة وصورة ولفظ ومعنى مركبة مفردة امن من الغضب يعني هذه القاعدة الكلية تراعي صورة القياس وفق المنطق</w:t>
      </w:r>
    </w:p>
    <w:p>
      <w:r>
        <w:t>والمادة كذلك وفق وفق المعايير المعرفية</w:t>
      </w:r>
    </w:p>
    <w:p>
      <w:r>
        <w:t>اقول هذا هو القسم الثاني من الاغلاط المعنوية</w:t>
      </w:r>
    </w:p>
    <w:p>
      <w:r>
        <w:t>وهو ان يكون الغلط واقعا في التأليف بين القضايا</w:t>
      </w:r>
    </w:p>
    <w:p>
      <w:r>
        <w:t>واقسم واربع لان الغلط اما ان يقع في التأليف القياسي او في غيره</w:t>
      </w:r>
    </w:p>
    <w:p>
      <w:r>
        <w:t>دائرة بين النفي والاثبات</w:t>
      </w:r>
    </w:p>
    <w:p>
      <w:r>
        <w:t>والثاني يسمى جمع المسائل في مسألة واحدة</w:t>
      </w:r>
    </w:p>
    <w:p>
      <w:r>
        <w:t>والذي يقع في التأليف القياسي اما ان يقع لا باعتبار النتيجة او يقع باعتباره</w:t>
      </w:r>
    </w:p>
    <w:p>
      <w:r>
        <w:t>لا باعتبار النتيجة ما هو الاول اما ان يقع في سورة القياس بان يكون على هيئة غير منتجة كقولنا الانسان حيوان والحيوان جنس ما تستطيع ان تقول آآ الحيوان الانسان جنسه خلينا نقف آآ ناقص على هذا المثال ينطوي على معلومة في غاية الجمال آآ فائدة الطالب الحوزاوي والطالب الجامعي اكتب فائدة</w:t>
      </w:r>
    </w:p>
    <w:p>
      <w:r>
        <w:t>اكتب فائدة</w:t>
      </w:r>
    </w:p>
    <w:p>
      <w:r>
        <w:t>ننطلق من هذا القياس تتجلى لنا الفائدة في غاية جمالها</w:t>
      </w:r>
    </w:p>
    <w:p>
      <w:r>
        <w:t>ولا يهمنا آآ لا يهمنا الان ان نخرج عن الموضوع لان هذه مهمة جدا</w:t>
      </w:r>
    </w:p>
    <w:p>
      <w:r>
        <w:t>انظر الصغرى ما هي? الانسان حيوان</w:t>
      </w:r>
    </w:p>
    <w:p>
      <w:r>
        <w:t>كبرى ما هي? والحيوان جنس</w:t>
      </w:r>
    </w:p>
    <w:p>
      <w:r>
        <w:t>الحد الاوسط ما هو؟ حيوان</w:t>
      </w:r>
    </w:p>
    <w:p>
      <w:r>
        <w:t>النتيجة ما هي؟ الانسان الجنس</w:t>
      </w:r>
    </w:p>
    <w:p>
      <w:r>
        <w:t>الانسان الجنس ام نوع النوع</w:t>
      </w:r>
    </w:p>
    <w:p>
      <w:r>
        <w:t>فاذا في مغالطة</w:t>
      </w:r>
    </w:p>
    <w:p>
      <w:r>
        <w:t>ما هي المغالطة؟ المغالطة انظر</w:t>
      </w:r>
    </w:p>
    <w:p>
      <w:r>
        <w:t>الحيوان مفهوم الجنس مع قول معقول منطقي</w:t>
      </w:r>
    </w:p>
    <w:p>
      <w:r>
        <w:t>معقول منطقي معقول ثاني منطقي</w:t>
      </w:r>
    </w:p>
    <w:p>
      <w:r>
        <w:t>يعرض الطبيعة الانسانية اي يعرضها في في الذهن</w:t>
      </w:r>
    </w:p>
    <w:p>
      <w:r>
        <w:t>وحتى اذا الحيوان الذي هو موضوع الجنسية في الكبرى حقيقة ذهنية</w:t>
      </w:r>
    </w:p>
    <w:p>
      <w:r>
        <w:t>الانسان حيوان الحيوان الذي يحمد على الانسان</w:t>
      </w:r>
    </w:p>
    <w:p>
      <w:r>
        <w:t>هذه آآ حيوان هنا ليس ذهني</w:t>
      </w:r>
    </w:p>
    <w:p>
      <w:r>
        <w:t>قد يكون في الخارج يكون في الذهن</w:t>
      </w:r>
    </w:p>
    <w:p>
      <w:r>
        <w:t>هذا هو الطبيعة الطبيع الحيوان</w:t>
      </w:r>
    </w:p>
    <w:p>
      <w:r>
        <w:t>اذا الحيوان هنا في الصغرى انسان حيوان لا بشرط</w:t>
      </w:r>
    </w:p>
    <w:p>
      <w:r>
        <w:t>لا بشرط يعني يحمل على الانسان ويحمل على الحمار</w:t>
      </w:r>
    </w:p>
    <w:p>
      <w:r>
        <w:t>وعلى الاسد مفتوح على هذه الانواع بشرط</w:t>
      </w:r>
    </w:p>
    <w:p>
      <w:r>
        <w:t>والحيوان جز بشرط كذلك الى هنا الفخر الرازي ادرك هذه الحقيقة</w:t>
      </w:r>
    </w:p>
    <w:p>
      <w:r>
        <w:t>قال كلاهما لبشرط</w:t>
      </w:r>
    </w:p>
    <w:p>
      <w:r>
        <w:t>لكن لم يفكك بين لا بشرط الأول ولا بشرط ثاني</w:t>
      </w:r>
    </w:p>
    <w:p>
      <w:r>
        <w:t>المحقق التونسي وفق لهذا الأمر</w:t>
      </w:r>
    </w:p>
    <w:p>
      <w:r>
        <w:t>يقول انسان حيوان في الصغرى</w:t>
      </w:r>
    </w:p>
    <w:p>
      <w:r>
        <w:t>حيوان لا بشرط المقسمي</w:t>
      </w:r>
    </w:p>
    <w:p>
      <w:r>
        <w:t>الحيوان جنسنا الحيوان لا بشرط قسمه</w:t>
      </w:r>
    </w:p>
    <w:p>
      <w:r>
        <w:t>ما بين الشرط القسمي يعني حيوان مقيد بالعموم</w:t>
      </w:r>
    </w:p>
    <w:p>
      <w:r>
        <w:t>الصدق على كثيرين</w:t>
      </w:r>
    </w:p>
    <w:p>
      <w:r>
        <w:t>مقيد بالعموم</w:t>
      </w:r>
    </w:p>
    <w:p>
      <w:r>
        <w:t>اين يقيد بالعموم? بالكلية</w:t>
      </w:r>
    </w:p>
    <w:p>
      <w:r>
        <w:t>يقيد الكل في الخارج في في الدين</w:t>
      </w:r>
    </w:p>
    <w:p>
      <w:r>
        <w:t>اذا الحيوان الذي حمل على الجنس حيوان طبيعة كليا يعني طبيعة ذهنية</w:t>
      </w:r>
    </w:p>
    <w:p>
      <w:r>
        <w:t>اما الانسان حيوان</w:t>
      </w:r>
    </w:p>
    <w:p>
      <w:r>
        <w:t>الحيوان الذي حمل على الانسان</w:t>
      </w:r>
    </w:p>
    <w:p>
      <w:r>
        <w:t>هذه طبيعة ليست ذهنية</w:t>
      </w:r>
    </w:p>
    <w:p>
      <w:r>
        <w:t>مطلق الطبيعة</w:t>
      </w:r>
    </w:p>
    <w:p>
      <w:r>
        <w:t>وقد تنوجد في الخارج بشرط مطلقا</w:t>
      </w:r>
    </w:p>
    <w:p>
      <w:r>
        <w:t>لا بشرط مقسمي</w:t>
      </w:r>
    </w:p>
    <w:p>
      <w:r>
        <w:t>انسان في الخارج حيوان ام لا حيوان</w:t>
      </w:r>
    </w:p>
    <w:p>
      <w:r>
        <w:t>بدن عندو بعد حيواني</w:t>
      </w:r>
    </w:p>
    <w:p>
      <w:r>
        <w:t>خصوصية الحيوان المائي</w:t>
      </w:r>
    </w:p>
    <w:p>
      <w:r>
        <w:t>يمتلك الحساسية والحركة بالارادة</w:t>
      </w:r>
    </w:p>
    <w:p>
      <w:r>
        <w:t>الانسان حساس محرك في الخارج حيوان</w:t>
      </w:r>
    </w:p>
    <w:p>
      <w:r>
        <w:t>اذا الحيوان الأول الذي شرط الحيوان الثاني الا بشرط قسمي الحد الأوسط لم يتكرر</w:t>
      </w:r>
    </w:p>
    <w:p>
      <w:r>
        <w:t>اذا لم يراعى آآ لم يراعي المغالط هنا هيئة القياس</w:t>
      </w:r>
    </w:p>
    <w:p>
      <w:r>
        <w:t>نعم</w:t>
      </w:r>
    </w:p>
    <w:p>
      <w:r>
        <w:t>اذا عندنا الطبيعة لا بشرط</w:t>
      </w:r>
    </w:p>
    <w:p>
      <w:r>
        <w:t>يقولون برمائية</w:t>
      </w:r>
    </w:p>
    <w:p>
      <w:r>
        <w:t>تنوجد في الدين</w:t>
      </w:r>
    </w:p>
    <w:p>
      <w:r>
        <w:t>ساكتة</w:t>
      </w:r>
    </w:p>
    <w:p>
      <w:r>
        <w:t>تنوجد في الدين ساكتة</w:t>
      </w:r>
    </w:p>
    <w:p>
      <w:r>
        <w:t>هذا سامي</w:t>
      </w:r>
    </w:p>
    <w:p>
      <w:r>
        <w:t>ليس مقيد باي قيد</w:t>
      </w:r>
    </w:p>
    <w:p>
      <w:r>
        <w:t>اذا وجدت في يعني بشرط اه زيد بشرط ليلى هذا بشرط شيء</w:t>
      </w:r>
    </w:p>
    <w:p>
      <w:r>
        <w:t>عند كذلك تواجد ديني يعني انا افهمها في الدين كطبيعة حيوانية مقيدة بالعموم</w:t>
      </w:r>
    </w:p>
    <w:p>
      <w:r>
        <w:t>ما معنى العموم? قابلية الصدق على كثير كلية</w:t>
      </w:r>
    </w:p>
    <w:p>
      <w:r>
        <w:t>وصف الكلية في الخارج يعني زيد الحيوان الذي عنده بعد حيواني</w:t>
      </w:r>
    </w:p>
    <w:p>
      <w:r>
        <w:t>او الحمار الذي له بعد حيواني</w:t>
      </w:r>
    </w:p>
    <w:p>
      <w:r>
        <w:t>يصدق على كثيرين ام مشخص? لا لا يصدق على الكافرين</w:t>
      </w:r>
    </w:p>
    <w:p>
      <w:r>
        <w:t>اذا الطبيعة الكلية التي تجعل الحيوان يصدق كثير من هذه الطبيعة موطنها الدين</w:t>
      </w:r>
    </w:p>
    <w:p>
      <w:r>
        <w:t>اما الحيوان الذي يحمل على الانسان في الصغرى حيوان ساكت</w:t>
      </w:r>
    </w:p>
    <w:p>
      <w:r>
        <w:t>سكوت</w:t>
      </w:r>
    </w:p>
    <w:p>
      <w:r>
        <w:t>يقول له انت تصدق على الحمار? يسكت على الانسان يسكت</w:t>
      </w:r>
    </w:p>
    <w:p>
      <w:r>
        <w:t>ما معنى السكوت? يعني اذا حملت بحالك</w:t>
      </w:r>
    </w:p>
    <w:p>
      <w:r>
        <w:t>اذا حملته يحمل</w:t>
      </w:r>
    </w:p>
    <w:p>
      <w:r>
        <w:t>اذا حملته الانسان يحمل اذا حملت على البقر يحمل هذا هو السكوت هذا لا بشرط الماقة سامي</w:t>
      </w:r>
    </w:p>
    <w:p>
      <w:r>
        <w:t>اما الحيوان الذي حمل عليه الجنس هناك فيه النور التقاء</w:t>
      </w:r>
    </w:p>
    <w:p>
      <w:r>
        <w:t>يقول انا كلي</w:t>
      </w:r>
    </w:p>
    <w:p>
      <w:r>
        <w:t>انا عامة</w:t>
      </w:r>
    </w:p>
    <w:p>
      <w:r>
        <w:t>اصدق على كثيرين</w:t>
      </w:r>
    </w:p>
    <w:p>
      <w:r>
        <w:t>اذا الطبيعة غير مقيدة</w:t>
      </w:r>
    </w:p>
    <w:p>
      <w:r>
        <w:t>مطلقة والطبيعة المقيدة بالاطلاق يعني العموم ذاك بعد وهذا بعد اذا الحد الاوسط لم يتكرر</w:t>
      </w:r>
    </w:p>
    <w:p>
      <w:r>
        <w:t>نعم</w:t>
      </w:r>
    </w:p>
    <w:p>
      <w:r>
        <w:t>هذه فقط فائدة اردت ان اضيئها للطالب العزيز</w:t>
      </w:r>
    </w:p>
    <w:p>
      <w:r>
        <w:t>اذا من هنا الحد الاوسط لم يتكرر</w:t>
      </w:r>
    </w:p>
    <w:p>
      <w:r>
        <w:t>واما ان يقع في مادته وليس في الهيئة بان يكون محرفا على عن الانتاج لاغفال شرط من الشرائط</w:t>
      </w:r>
    </w:p>
    <w:p>
      <w:r>
        <w:t>بحيث لو ذكر ذلك الشر لخرج عن الصورة القياسية</w:t>
      </w:r>
    </w:p>
    <w:p>
      <w:r>
        <w:t>ولو اهمل كلمة المقدمة مقدمة كقولنا كل انسان ناطق من حيث لا ناطق</w:t>
      </w:r>
    </w:p>
    <w:p>
      <w:r>
        <w:t>نعم ولا شيء من الناطق من حيث مناطق بحيوان</w:t>
      </w:r>
    </w:p>
    <w:p>
      <w:r>
        <w:t>نعم</w:t>
      </w:r>
    </w:p>
    <w:p>
      <w:r>
        <w:t>كل انسان ناطق من حيث هو ناطق</w:t>
      </w:r>
    </w:p>
    <w:p>
      <w:r>
        <w:t>ولا شيء من الناطق من حيث هو ناطق بحيوان</w:t>
      </w:r>
    </w:p>
    <w:p>
      <w:r>
        <w:t>خصوصا على مبنى المشهور الناطقية والحيوانية حمل شائع بينهما</w:t>
      </w:r>
    </w:p>
    <w:p>
      <w:r>
        <w:t>يعني هوية الحيوان انعقدت ثم جاءت الهوية الناطقية وتم الحمل</w:t>
      </w:r>
    </w:p>
    <w:p>
      <w:r>
        <w:t>يعني بينهما بيننا عز اذا اه كل انسان ناطق من حيث هو ناطق ولا شيء من الناطق من حيث الناطق هذا هو الحد الاوسط</w:t>
      </w:r>
    </w:p>
    <w:p>
      <w:r>
        <w:t>لا شيء من الناطق من الحد الاوسط</w:t>
      </w:r>
    </w:p>
    <w:p>
      <w:r>
        <w:t>حيوان</w:t>
      </w:r>
    </w:p>
    <w:p>
      <w:r>
        <w:t>النتيجة ما هي? كل انسان اه شيئا من الانسان بحيوان</w:t>
      </w:r>
    </w:p>
    <w:p>
      <w:r>
        <w:t>لا شيء من انسان بحيوان لا خطأ</w:t>
      </w:r>
    </w:p>
    <w:p>
      <w:r>
        <w:t>هذا الخطأ في قوله كل انسان ناطق من هو من حيث هو ناطق</w:t>
      </w:r>
    </w:p>
    <w:p>
      <w:r>
        <w:t>لا الانسان ناطق ليس من حيث هو ناطق</w:t>
      </w:r>
    </w:p>
    <w:p>
      <w:r>
        <w:t>الانسان هويته ناطقة</w:t>
      </w:r>
    </w:p>
    <w:p>
      <w:r>
        <w:t>نعم</w:t>
      </w:r>
    </w:p>
    <w:p>
      <w:r>
        <w:t>انسان في هويته ناطقة لان حقيقة واحدة</w:t>
      </w:r>
    </w:p>
    <w:p>
      <w:r>
        <w:t>نعم</w:t>
      </w:r>
    </w:p>
    <w:p>
      <w:r>
        <w:t>فانه اذا اثبت اه قيد الحيثية في المقدمتين كلمة السورة</w:t>
      </w:r>
    </w:p>
    <w:p>
      <w:r>
        <w:t>وان حذف منها الكلمة الكبرى</w:t>
      </w:r>
    </w:p>
    <w:p>
      <w:r>
        <w:t>نعم وان اثبت في الكبرى وحذفت على الصغرى اختلت الصورة</w:t>
      </w:r>
    </w:p>
    <w:p>
      <w:r>
        <w:t>لاحظت? نعم</w:t>
      </w:r>
    </w:p>
    <w:p>
      <w:r>
        <w:t>يعني انت الآن تقول كل انسان ناطق من حيث هو ناطق</w:t>
      </w:r>
    </w:p>
    <w:p>
      <w:r>
        <w:t>القضية صحيحة</w:t>
      </w:r>
    </w:p>
    <w:p>
      <w:r>
        <w:t>لأن الإنسان ناطقيته هي التي تجعلنا ناطقية</w:t>
      </w:r>
    </w:p>
    <w:p>
      <w:r>
        <w:t>لكن ما عندك حق تقول كل انسان ناطق من حيث هو ناطق</w:t>
      </w:r>
    </w:p>
    <w:p>
      <w:r>
        <w:t>لا</w:t>
      </w:r>
    </w:p>
    <w:p>
      <w:r>
        <w:t>الإنسان ناطق خلاص</w:t>
      </w:r>
    </w:p>
    <w:p>
      <w:r>
        <w:t>نعم</w:t>
      </w:r>
    </w:p>
    <w:p>
      <w:r>
        <w:t>عند المشهور حمل اه شائع عند العلامة الحلي وعندي انا حمل اولي</w:t>
      </w:r>
    </w:p>
    <w:p>
      <w:r>
        <w:t>نعم</w:t>
      </w:r>
    </w:p>
    <w:p>
      <w:r>
        <w:t>ولا شيء من الن من حيث هو نطق بحيوان نعم اذا راعينا حيثية ناطقية ليس بحيوان</w:t>
      </w:r>
    </w:p>
    <w:p>
      <w:r>
        <w:t>نعم</w:t>
      </w:r>
    </w:p>
    <w:p>
      <w:r>
        <w:t>لكن لا يمكن لك ان تجعله هو الحد الحد الاوسط</w:t>
      </w:r>
    </w:p>
    <w:p>
      <w:r>
        <w:t>نعم</w:t>
      </w:r>
    </w:p>
    <w:p>
      <w:r>
        <w:t>فانه ان اثبت قيد الحيثيات</w:t>
      </w:r>
    </w:p>
    <w:p>
      <w:r>
        <w:t>الحيثيات من حيث المناطق</w:t>
      </w:r>
    </w:p>
    <w:p>
      <w:r>
        <w:t>في المقدمة كذبة السورة</w:t>
      </w:r>
    </w:p>
    <w:p>
      <w:r>
        <w:t>كل انسان ناطق منها حيث هو ناطق</w:t>
      </w:r>
    </w:p>
    <w:p>
      <w:r>
        <w:t>ولا شيء من الناطق من حيث هو ناطق بحيوان</w:t>
      </w:r>
    </w:p>
    <w:p>
      <w:r>
        <w:t>ما عنده علاقة ولا شيء من الناطق من حيث هو ناطق</w:t>
      </w:r>
    </w:p>
    <w:p>
      <w:r>
        <w:t>ما عنده علاقة بالانسان</w:t>
      </w:r>
    </w:p>
    <w:p>
      <w:r>
        <w:t>هذا خاصية للناطق</w:t>
      </w:r>
    </w:p>
    <w:p>
      <w:r>
        <w:t>اذا اذا وضعت هذا الحد الأوسط تكون مغالطة</w:t>
      </w:r>
    </w:p>
    <w:p>
      <w:r>
        <w:t>فإن فإنه اذا ان اثبت قيد الحيثية في المقدمتين كلمة الصغرى</w:t>
      </w:r>
    </w:p>
    <w:p>
      <w:r>
        <w:t>ان حذف هذا القيد من? منها كذبة الكبرى</w:t>
      </w:r>
    </w:p>
    <w:p>
      <w:r>
        <w:t>نعم</w:t>
      </w:r>
    </w:p>
    <w:p>
      <w:r>
        <w:t>ان حذف هذا القيد منها يعني من منهما يعني في الصغرى والكبرى</w:t>
      </w:r>
    </w:p>
    <w:p>
      <w:r>
        <w:t>كذبة الكبرى</w:t>
      </w:r>
    </w:p>
    <w:p>
      <w:r>
        <w:t>نعم</w:t>
      </w:r>
    </w:p>
    <w:p>
      <w:r>
        <w:t>كل انسان ناطق صحيح</w:t>
      </w:r>
    </w:p>
    <w:p>
      <w:r>
        <w:t>ولا شيء من الناطق بحيوان صحيح</w:t>
      </w:r>
    </w:p>
    <w:p>
      <w:r>
        <w:t>يعني لا شيء من من الحيوان</w:t>
      </w:r>
    </w:p>
    <w:p>
      <w:r>
        <w:t>لا شيء من الناطق</w:t>
      </w:r>
    </w:p>
    <w:p>
      <w:r>
        <w:t>بحيوان من حيث القيد</w:t>
      </w:r>
    </w:p>
    <w:p>
      <w:r>
        <w:t>اما اذا قلت لا شيء من الناطق بدون القيد لا شيء من ناطق حيوان خطأ</w:t>
      </w:r>
    </w:p>
    <w:p>
      <w:r>
        <w:t>لان بعض الحيوان ناطق</w:t>
      </w:r>
    </w:p>
    <w:p>
      <w:r>
        <w:t>الذي هو الانسان</w:t>
      </w:r>
    </w:p>
    <w:p>
      <w:r>
        <w:t>فانه ان اثبت قيد الحيثية في المقدمتين كذبة السورة</w:t>
      </w:r>
    </w:p>
    <w:p>
      <w:r>
        <w:t>نعم</w:t>
      </w:r>
    </w:p>
    <w:p>
      <w:r>
        <w:t>وان حذف منهما الكلمة الكبرى</w:t>
      </w:r>
    </w:p>
    <w:p>
      <w:r>
        <w:t>تقول لا شيء من الناطق بحيوان</w:t>
      </w:r>
    </w:p>
    <w:p>
      <w:r>
        <w:t>من اين? بعض الحيوان ناطق</w:t>
      </w:r>
    </w:p>
    <w:p>
      <w:r>
        <w:t>وان اثبت في الكبرى وحذف من الصغرى اختلت الصورة</w:t>
      </w:r>
    </w:p>
    <w:p>
      <w:r>
        <w:t>لان الحد الاوسط غير متكرر</w:t>
      </w:r>
    </w:p>
    <w:p>
      <w:r>
        <w:t>نعم</w:t>
      </w:r>
    </w:p>
    <w:p>
      <w:r>
        <w:t>ويسمى هذا هذان القسمان سوء التركيب وسوء والثاني هو الذي يقع الغلط فيه باعتبار النتيجة يعني المصادرة على المطلوب يأتي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