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والثاني وهو الذي يقع الغلط فيه باعتبار النتيجة</w:t>
      </w:r>
    </w:p>
    <w:p>
      <w:r>
        <w:t>فالنتيجة قد تكون هي على مستوى المقدمات</w:t>
      </w:r>
    </w:p>
    <w:p>
      <w:r>
        <w:t>وهذه هي المصادرة على المطلوب</w:t>
      </w:r>
    </w:p>
    <w:p>
      <w:r>
        <w:t>وقد تكون لا مبني على نقيب النتيجة</w:t>
      </w:r>
    </w:p>
    <w:p>
      <w:r>
        <w:t>وهو الذي يقع الغلط فيه باعتبار النتيجة</w:t>
      </w:r>
    </w:p>
    <w:p>
      <w:r>
        <w:t>فلا يخلو اما ان يكون السبب هو ان المقدمات لم يلزم منها قول اه قول غيرها حال قول غيرها او اللازمة ولكن ولكن اللازم اذا بنينا على التخفيف اذا بنينا على تجهيز ولكن اللازم ليس هو المطلوب</w:t>
      </w:r>
    </w:p>
    <w:p>
      <w:r>
        <w:t>اذا اذا بنينا على ان المقدمات هي عين النتيجة هذا يقول وهو والاول هو مصادرة على المطلوب الاول في المستقيم في قياس مستقيم</w:t>
      </w:r>
    </w:p>
    <w:p>
      <w:r>
        <w:t>يعني في مقابل قياس الخلف</w:t>
      </w:r>
    </w:p>
    <w:p>
      <w:r>
        <w:t>المصادرة على النقيض المطلوب في الخلف</w:t>
      </w:r>
    </w:p>
    <w:p>
      <w:r>
        <w:t>نعم والثاني هو وضع ما ليس بعلة علة</w:t>
      </w:r>
    </w:p>
    <w:p>
      <w:r>
        <w:t>يعني انت تنطلق من مقدمات هي غير نتيجة</w:t>
      </w:r>
    </w:p>
    <w:p>
      <w:r>
        <w:t>الا انها تنتج بالعرظ</w:t>
      </w:r>
    </w:p>
    <w:p>
      <w:r>
        <w:t>لا تنتج بالذات</w:t>
      </w:r>
    </w:p>
    <w:p>
      <w:r>
        <w:t>او اصلا لا تنتج مطلقا</w:t>
      </w:r>
    </w:p>
    <w:p>
      <w:r>
        <w:t>نعم هو وضع ليس بعلة علة وهذه المغالطة سارية كثيرا</w:t>
      </w:r>
    </w:p>
    <w:p>
      <w:r>
        <w:t>المصادرة على المطلوب مفضوحة</w:t>
      </w:r>
    </w:p>
    <w:p>
      <w:r>
        <w:t>اما اخذ ما ليس بعلة هو العلة</w:t>
      </w:r>
    </w:p>
    <w:p>
      <w:r>
        <w:t>سار في حتى عند العلماء</w:t>
      </w:r>
    </w:p>
    <w:p>
      <w:r>
        <w:t>لان وضع القياس الذي لا ينتج مطلوب لإنتاجه لإنتاج القياس هو وضع ما ليس بعلة للمطلوب مكان علة فإن نام عن القاعدة الكلية فإن القياس علة للنتيجة الحد الأوسط اين? في المقدمتين النتيجة هي الاكبر في الاصغر</w:t>
      </w:r>
    </w:p>
    <w:p>
      <w:r>
        <w:t>اختفاء الحد الاوسط</w:t>
      </w:r>
    </w:p>
    <w:p>
      <w:r>
        <w:t>هذه هي النتيجة</w:t>
      </w:r>
    </w:p>
    <w:p>
      <w:r>
        <w:t>النتيجة ليست امر خارجي من المقدمتين</w:t>
      </w:r>
    </w:p>
    <w:p>
      <w:r>
        <w:t>نعم</w:t>
      </w:r>
    </w:p>
    <w:p>
      <w:r>
        <w:t>مثال استدلال بعض القدامى على ان الفلك ليس بيضيا يعني ليس اه اه ليس شكله بيضويا الان</w:t>
      </w:r>
    </w:p>
    <w:p>
      <w:r>
        <w:t>بانه لو كان كذلك لو كان اه بيضيا وتحرك في الوضع يعني من تحرك في الوضع يعني دار على قطره الاقصر لزم الخلاء</w:t>
      </w:r>
    </w:p>
    <w:p>
      <w:r>
        <w:t>وهو محال</w:t>
      </w:r>
    </w:p>
    <w:p>
      <w:r>
        <w:t>اذا اذا بنينا على ان الفلك آآ الفلك بيظاوي</w:t>
      </w:r>
    </w:p>
    <w:p>
      <w:r>
        <w:t>هذا هو نقيظ النتيجة</w:t>
      </w:r>
    </w:p>
    <w:p>
      <w:r>
        <w:t>يؤدي الى وجود الخلاء عند القدماء الخلاء مستحيل</w:t>
      </w:r>
    </w:p>
    <w:p>
      <w:r>
        <w:t>نعم وهو محال</w:t>
      </w:r>
    </w:p>
    <w:p>
      <w:r>
        <w:t>بانه لو كان كذلك يعني اذا بنينا على اه الفلك ليس بيظاوي</w:t>
      </w:r>
    </w:p>
    <w:p>
      <w:r>
        <w:t>لو كان كذلك وتحرك في الوضع حركة حول قطبه على قطره الاقصى لازم الخلاء</w:t>
      </w:r>
    </w:p>
    <w:p>
      <w:r>
        <w:t>هذه مسألة فلكية</w:t>
      </w:r>
    </w:p>
    <w:p>
      <w:r>
        <w:t>انا لا افهمها ولا افهم خلفيتها</w:t>
      </w:r>
    </w:p>
    <w:p>
      <w:r>
        <w:t>وهو محال نفهم ان الخالة محال</w:t>
      </w:r>
    </w:p>
    <w:p>
      <w:r>
        <w:t>الخالة هو الامتداد الجوهري بدون اه بدون حيز</w:t>
      </w:r>
    </w:p>
    <w:p>
      <w:r>
        <w:t>فالمحال هنا لم يزم لم يلزم من كونه بيضيا لا غير</w:t>
      </w:r>
    </w:p>
    <w:p>
      <w:r>
        <w:t>بل ومن حركته على قطر مخصوص</w:t>
      </w:r>
    </w:p>
    <w:p>
      <w:r>
        <w:t>نعم</w:t>
      </w:r>
    </w:p>
    <w:p>
      <w:r>
        <w:t>اذا اه هنا لا تنتج الخلاء</w:t>
      </w:r>
    </w:p>
    <w:p>
      <w:r>
        <w:t>نعم لوحدها يعني كون الفلك بيضاويا لا ينتج الخلل</w:t>
      </w:r>
    </w:p>
    <w:p>
      <w:r>
        <w:t>الفلك البيضاوي بما هو متحرك على قطره</w:t>
      </w:r>
    </w:p>
    <w:p>
      <w:r>
        <w:t>نعم</w:t>
      </w:r>
    </w:p>
    <w:p>
      <w:r>
        <w:t>اما الغلط الذي نعم وهو محالف</w:t>
      </w:r>
    </w:p>
    <w:p>
      <w:r>
        <w:t>فالم محال هنا لم يلزم من كونه بيضي لا غيره بل ومن حركته على قطر مخصوص</w:t>
      </w:r>
    </w:p>
    <w:p>
      <w:r>
        <w:t>اما الغلط الذي يقع في تأليف القضايا تأليفا غير قياسي فيسمى جمع المسائل في مسألة واحدة</w:t>
      </w:r>
    </w:p>
    <w:p>
      <w:r>
        <w:t>كقولنا الانسان وحده كاتب</w:t>
      </w:r>
    </w:p>
    <w:p>
      <w:r>
        <w:t>وكل كاتب حيوان ينتج الانسان وحده حيوان</w:t>
      </w:r>
    </w:p>
    <w:p>
      <w:r>
        <w:t>يعني الحمار ليس بحيوان</w:t>
      </w:r>
    </w:p>
    <w:p>
      <w:r>
        <w:t>وهو كاذب</w:t>
      </w:r>
    </w:p>
    <w:p>
      <w:r>
        <w:t>طبعا الانسان وحده حيوان لا الحمار حيوان</w:t>
      </w:r>
    </w:p>
    <w:p>
      <w:r>
        <w:t>الاسد حيوان</w:t>
      </w:r>
    </w:p>
    <w:p>
      <w:r>
        <w:t>فهذه نتيجة كاذبة</w:t>
      </w:r>
    </w:p>
    <w:p>
      <w:r>
        <w:t>وحده حيوان كذب</w:t>
      </w:r>
    </w:p>
    <w:p>
      <w:r>
        <w:t>لان الصغرى ما هي صورة الانسان وحده كاتب</w:t>
      </w:r>
    </w:p>
    <w:p>
      <w:r>
        <w:t>لان صغرى اشتملت على عقدي ايجاب وسلب</w:t>
      </w:r>
    </w:p>
    <w:p>
      <w:r>
        <w:t>نعم</w:t>
      </w:r>
    </w:p>
    <w:p>
      <w:r>
        <w:t>والسلب لا مدخل له في الانتاج</w:t>
      </w:r>
    </w:p>
    <w:p>
      <w:r>
        <w:t>فاذا حذف في النتيجة صدقت</w:t>
      </w:r>
    </w:p>
    <w:p>
      <w:r>
        <w:t>يعني الانسان وحده اه كاتب</w:t>
      </w:r>
    </w:p>
    <w:p>
      <w:r>
        <w:t>نعم</w:t>
      </w:r>
    </w:p>
    <w:p>
      <w:r>
        <w:t>والانسان اذا لم يكن اه وحده يعني ليس بكاتب وكل كاتب حيوان طبعا كل كاتب حيوان اذا فسرنا الكاتب هو الانسان طبعا</w:t>
      </w:r>
    </w:p>
    <w:p>
      <w:r>
        <w:t>الكاتب عنوان يندرج تحته فقط الانسان</w:t>
      </w:r>
    </w:p>
    <w:p>
      <w:r>
        <w:t>فكل كاتب الحيوان لأن الإنسان حاول فالكاتب ليس حيوانا بكتابية بكاتبيته</w:t>
      </w:r>
    </w:p>
    <w:p>
      <w:r>
        <w:t>الكاتب حيوان بانسانيته</w:t>
      </w:r>
    </w:p>
    <w:p>
      <w:r>
        <w:t>فالقضية تكون صادقة</w:t>
      </w:r>
    </w:p>
    <w:p>
      <w:r>
        <w:t>كله كاتب حيوان صادق</w:t>
      </w:r>
    </w:p>
    <w:p>
      <w:r>
        <w:t>ينتج الإنسان والإنسان وحده حيوان</w:t>
      </w:r>
    </w:p>
    <w:p>
      <w:r>
        <w:t>وهو وهو انتاج كذب</w:t>
      </w:r>
    </w:p>
    <w:p>
      <w:r>
        <w:t>لماذا? لاننا جمعنا المسائل في مسألة واحدة</w:t>
      </w:r>
    </w:p>
    <w:p>
      <w:r>
        <w:t>بيان للكذب لان الصغرى اشتملت على عقدي ايجاب وسلب</w:t>
      </w:r>
    </w:p>
    <w:p>
      <w:r>
        <w:t>نعم الانسان وحده كاتب</w:t>
      </w:r>
    </w:p>
    <w:p>
      <w:r>
        <w:t>نعم هذا العقد الايجابي والعقد السلبي الانسان مع غيره ليس بكاتب</w:t>
      </w:r>
    </w:p>
    <w:p>
      <w:r>
        <w:t>والسلب لا مدخل له في الانتاج</w:t>
      </w:r>
    </w:p>
    <w:p>
      <w:r>
        <w:t>فاذا حذف في النتيجة صدقت</w:t>
      </w:r>
    </w:p>
    <w:p>
      <w:r>
        <w:t>لتقول الانسان وحده حيوان والانسان مع غيره مع غيره ليس بحيوان</w:t>
      </w:r>
    </w:p>
    <w:p>
      <w:r>
        <w:t>نعم</w:t>
      </w:r>
    </w:p>
    <w:p>
      <w:r>
        <w:t>والسلب لا مدخل له في الانتاج</w:t>
      </w:r>
    </w:p>
    <w:p>
      <w:r>
        <w:t>فاذا حذف في النتيجة صدقت</w:t>
      </w:r>
    </w:p>
    <w:p>
      <w:r>
        <w:t>ولاجل اشتمال الصغرى على قضية يسمى جمع المسائل في مسألة واحدة نعم</w:t>
      </w:r>
    </w:p>
    <w:p>
      <w:r>
        <w:t>اذا اذا قلنا الانسان وحده كاتب يعني انت الان عندك الحيوان</w:t>
      </w:r>
    </w:p>
    <w:p>
      <w:r>
        <w:t>كم نوع عنده? عنده الحمار الاسد الفيل الفأر</w:t>
      </w:r>
    </w:p>
    <w:p>
      <w:r>
        <w:t>البزونا يعني تقول من الكاتب في هذه الأنواع? تقول انسان وحده كاتب</w:t>
      </w:r>
    </w:p>
    <w:p>
      <w:r>
        <w:t>نعم في مقابل من? في مقابل غيره</w:t>
      </w:r>
    </w:p>
    <w:p>
      <w:r>
        <w:t>اذا ما غير الإنسان? الإنسان وحده كاتب غير الانسان عن الانسان ليس لوحده مع المجموعة ليس بكاتب يعني ليس الحيوان هو الذي يكتب هنا من الانسان يعني الحيوان اذا سار في مصادقه كالحمار والأسد لا يسبب في الكتابة</w:t>
      </w:r>
    </w:p>
    <w:p>
      <w:r>
        <w:t>لاحظت هذه هي السلبية السلبة</w:t>
      </w:r>
    </w:p>
    <w:p>
      <w:r>
        <w:t>هذه السلبية تحذفها</w:t>
      </w:r>
    </w:p>
    <w:p>
      <w:r>
        <w:t>نعم</w:t>
      </w:r>
    </w:p>
    <w:p>
      <w:r>
        <w:t>وهو كاذب</w:t>
      </w:r>
    </w:p>
    <w:p>
      <w:r>
        <w:t>نعم</w:t>
      </w:r>
    </w:p>
    <w:p>
      <w:r>
        <w:t>الإنسان وحده كاتب</w:t>
      </w:r>
    </w:p>
    <w:p>
      <w:r>
        <w:t>باعتبار من? باعتبار انواع الحيوان الأخر يعني باعتبار باعتباره مقابل لغيره من من الاسد والحمار</w:t>
      </w:r>
    </w:p>
    <w:p>
      <w:r>
        <w:t>نعم</w:t>
      </w:r>
    </w:p>
    <w:p>
      <w:r>
        <w:t>يعني الانسان اذا لم يكن وحده وكان في ضمن هذه الانواع</w:t>
      </w:r>
    </w:p>
    <w:p>
      <w:r>
        <w:t>نعم لا يكون ان هناك حيوان وليس آآ آآ انسانا عنده الناطقية ويدرك ويفهم وعي ويكتب</w:t>
      </w:r>
    </w:p>
    <w:p>
      <w:r>
        <w:t>نعم وكل كاتب حيوان بطبيعة الحال لان الكاتب حيوان بانسانيته وليس بك تبيته</w:t>
      </w:r>
    </w:p>
    <w:p>
      <w:r>
        <w:t>كانك قلت كل انسان حاول</w:t>
      </w:r>
    </w:p>
    <w:p>
      <w:r>
        <w:t>الكاتبية عرضي لا يدخل في صميمة صميم آآ الانسان الذي يكون حيوان</w:t>
      </w:r>
    </w:p>
    <w:p>
      <w:r>
        <w:t>وكل كاتب حيوان هذه صادقة ما عندنا آآ بأس بها لا بأس بها ينتج الانسان وحده حيوان</w:t>
      </w:r>
    </w:p>
    <w:p>
      <w:r>
        <w:t>يعني الانسان وحده في انواع الحيوان آآ حيوان</w:t>
      </w:r>
    </w:p>
    <w:p>
      <w:r>
        <w:t>لا</w:t>
      </w:r>
    </w:p>
    <w:p>
      <w:r>
        <w:t>الانسان وحده ليس هو الحيوان لا فيه الحمار فيه الاسد</w:t>
      </w:r>
    </w:p>
    <w:p>
      <w:r>
        <w:t>فهذه كاذبة</w:t>
      </w:r>
    </w:p>
    <w:p>
      <w:r>
        <w:t>وهو كاذب لان الصغرى اشتملت على عقد ايجاب والسبب</w:t>
      </w:r>
    </w:p>
    <w:p>
      <w:r>
        <w:t>ما هو عقد الايجاب? تقول الانسان وحده في مقابل انواع الحيوانات كاتب</w:t>
      </w:r>
    </w:p>
    <w:p>
      <w:r>
        <w:t>نعم</w:t>
      </w:r>
    </w:p>
    <w:p>
      <w:r>
        <w:t>والانسان مع غيره من حيوان</w:t>
      </w:r>
    </w:p>
    <w:p>
      <w:r>
        <w:t>في بعده الحيوانية بكاتب</w:t>
      </w:r>
    </w:p>
    <w:p>
      <w:r>
        <w:t>هذي ما نحتاجها في في النتيجة</w:t>
      </w:r>
    </w:p>
    <w:p>
      <w:r>
        <w:t>نعم</w:t>
      </w:r>
    </w:p>
    <w:p>
      <w:r>
        <w:t>والسبب لا نعم</w:t>
      </w:r>
    </w:p>
    <w:p>
      <w:r>
        <w:t>لان وهو كذب لان السورة اشتملت على عقد ايجاب وسلب</w:t>
      </w:r>
    </w:p>
    <w:p>
      <w:r>
        <w:t>والسلب لا مدخل له في الانتاج</w:t>
      </w:r>
    </w:p>
    <w:p>
      <w:r>
        <w:t>نعم</w:t>
      </w:r>
    </w:p>
    <w:p>
      <w:r>
        <w:t>لان الحد الاوسط الأوسط هو اه اه الإنسان وحده كاتب وكل كاتب حيوان الحد الأوسط هو الكاتب اذا ما عندنا لا حمار للأسد نعم ما ندخلهم والسلب لا نتخلاو في الإنتاج وتقول الحمار كعنوان حيواني او كعنوان او كونه حيوان لا يكتب</w:t>
      </w:r>
    </w:p>
    <w:p>
      <w:r>
        <w:t>الاسد كعنوان حيواني او كنوع حيواني لا يكتب الفيل كعنوان يحاول يكتب هذه السالبة</w:t>
      </w:r>
    </w:p>
    <w:p>
      <w:r>
        <w:t>وهذه لا نحتاج لماذا لان ما عندها هناك الحد الاوسط</w:t>
      </w:r>
    </w:p>
    <w:p>
      <w:r>
        <w:t>كاتبة</w:t>
      </w:r>
    </w:p>
    <w:p>
      <w:r>
        <w:t>والسلب لا مدخل له في الانتاج</w:t>
      </w:r>
    </w:p>
    <w:p>
      <w:r>
        <w:t>اكتب تحته لانه ما عنده علاقة بالكتابة الحمار والاسد</w:t>
      </w:r>
    </w:p>
    <w:p>
      <w:r>
        <w:t>فاذا حذف في النتيجة صدقت</w:t>
      </w:r>
    </w:p>
    <w:p>
      <w:r>
        <w:t>نعم لان ما نحتاج اصلا ما عنده علاقة بالحق الاوسط</w:t>
      </w:r>
    </w:p>
    <w:p>
      <w:r>
        <w:t>ولا من اجل اكتمال الصغرى على قضيتين يسمى جمع المسائل في مسألة واحدة</w:t>
      </w:r>
    </w:p>
    <w:p>
      <w:r>
        <w:t>يعني هذه العبارة هكذا الانسان وحده كاتب هذا جمع المساجد في مسألة واحدة</w:t>
      </w:r>
    </w:p>
    <w:p>
      <w:r>
        <w:t>يعني الانسان وحده من انواع الحيوان كاتب وغيره من انواع الحياة وليس بكاتب</w:t>
      </w:r>
    </w:p>
    <w:p>
      <w:r>
        <w:t>هذه جعلناها كلها في مسألة واحدة</w:t>
      </w:r>
    </w:p>
    <w:p>
      <w:r>
        <w:t>الانسان وحده كاتب</w:t>
      </w:r>
    </w:p>
    <w:p>
      <w:r>
        <w:t>يعني انا اذا قلت الانسان وحده كاتب ماذا تفهم انت? تفهم ان الحمار ليس بكاذب</w:t>
      </w:r>
    </w:p>
    <w:p>
      <w:r>
        <w:t>الاسد ليس بكاتب</w:t>
      </w:r>
    </w:p>
    <w:p>
      <w:r>
        <w:t>كاتب البزونة ليس بكاتب وهكذا</w:t>
      </w:r>
    </w:p>
    <w:p>
      <w:r>
        <w:t>هذه هي مجموع المسائل</w:t>
      </w:r>
    </w:p>
    <w:p>
      <w:r>
        <w:t>فنحن حذفنا السلك وضعنا مسألة واحدة</w:t>
      </w:r>
    </w:p>
    <w:p>
      <w:r>
        <w:t>آآ جمعنا فيها الايجاب والسلب وهنا المغالطة</w:t>
      </w:r>
    </w:p>
    <w:p>
      <w:r>
        <w:t>هنا المغالطة</w:t>
      </w:r>
    </w:p>
    <w:p>
      <w:r>
        <w:t>تعطي نتيجة الانسان وحده حيوان</w:t>
      </w:r>
    </w:p>
    <w:p>
      <w:r>
        <w:t>يعني الحقيقة تكون هكذا</w:t>
      </w:r>
    </w:p>
    <w:p>
      <w:r>
        <w:t>الانسان وحده بعنوان الكتابة</w:t>
      </w:r>
    </w:p>
    <w:p>
      <w:r>
        <w:t>نعم</w:t>
      </w:r>
    </w:p>
    <w:p>
      <w:r>
        <w:t>الانسان وحده بعنوان الكتابة حيوان ما</w:t>
      </w:r>
    </w:p>
    <w:p>
      <w:r>
        <w:t>الانسان وحده وحده بعنوان الكتابة</w:t>
      </w:r>
    </w:p>
    <w:p>
      <w:r>
        <w:t>نعم</w:t>
      </w:r>
    </w:p>
    <w:p>
      <w:r>
        <w:t>الانسان وحده بعنوان الكتابة فالحمار لا يكون حيوانا بعنوان الكتابة</w:t>
      </w:r>
    </w:p>
    <w:p>
      <w:r>
        <w:t>يكون حمار بفصله</w:t>
      </w:r>
    </w:p>
    <w:p>
      <w:r>
        <w:t>ولانه عنده ليس بفصله عنده خصوصية الحيوان</w:t>
      </w:r>
    </w:p>
    <w:p>
      <w:r>
        <w:t>حساس متحرك بالارادة</w:t>
      </w:r>
    </w:p>
    <w:p>
      <w:r>
        <w:t>المسألة معقدة الان اتضحت ان شاء الله</w:t>
      </w:r>
    </w:p>
    <w:p>
      <w:r>
        <w:t>فهذه خلاصة ما ذكره ارسطر ارسطو طاليس في هذا الكتاب</w:t>
      </w:r>
    </w:p>
    <w:p>
      <w:r>
        <w:t>في هذا الكتاب يعني خلاصة في هذا الكتاب ما ذكره السطوريس</w:t>
      </w:r>
    </w:p>
    <w:p>
      <w:r>
        <w:t>لم يزد العقل البشري مغالطة اخرى على ما اتى به آآ اتى به ارسطو ستة في المغالطات اللفظية سبعة في المغالطات المعنوية المجموع تلطاش الآن لا مية وخمسين مغالطة في تصور الا يمكن ادراج الكثير منها تحت آآ اخذ ما بالعرض مكان ما بالذات وآآ اخذ آآ آآ ما ليس بعلة علة</w:t>
      </w:r>
    </w:p>
    <w:p>
      <w:r>
        <w:t>مثلا في المغالطات المغالطات العلمية حتى في الحوزة العلمية موجودة عند بعض الحوزاويين يقول المرجعية العلمية تبنت هذا المبنى</w:t>
      </w:r>
    </w:p>
    <w:p>
      <w:r>
        <w:t>وهذا ليس بدليل</w:t>
      </w:r>
    </w:p>
    <w:p>
      <w:r>
        <w:t>هذا ليس بدليل يسموها المغالطة الان المغالطة المرجعية</w:t>
      </w:r>
    </w:p>
    <w:p>
      <w:r>
        <w:t>آآ المرجع الفلاني قال آآ قال بهذا المبنى تبنى هذا المبنى هذا لا يعني انه آآ مبناي انا خطأ</w:t>
      </w:r>
    </w:p>
    <w:p>
      <w:r>
        <w:t>ناقشني في الاسس</w:t>
      </w:r>
    </w:p>
    <w:p>
      <w:r>
        <w:t>لا تأتني بمرجعية سكتني المرجعية</w:t>
      </w:r>
    </w:p>
    <w:p>
      <w:r>
        <w:t>نعم</w:t>
      </w:r>
    </w:p>
    <w:p>
      <w:r>
        <w:t>ارسطو عنده كلمة جميلة جدا يقول آآ يقول افلاطون صديقي لكن الحقيقة آآ اصدق مما عندي من من صداقة افلاطون</w:t>
      </w:r>
    </w:p>
    <w:p>
      <w:r>
        <w:t>نعم الانسان يتبع الحقيقة وليس المرجعيات</w:t>
      </w:r>
    </w:p>
    <w:p>
      <w:r>
        <w:t>نعم المرجعيات يتربى في كنفها</w:t>
      </w:r>
    </w:p>
    <w:p>
      <w:r>
        <w:t>يستفيد من علمها يستفيدوا من تجربتها</w:t>
      </w:r>
    </w:p>
    <w:p>
      <w:r>
        <w:t>الا انه لا يكون ذائبا فيها ويكون مقلدا حتى المرجعية لا تقبل بهذا</w:t>
      </w:r>
    </w:p>
    <w:p>
      <w:r>
        <w:t>خذ السيد الخوئي الان سيد الخوئي عنده مدرسة ضخمة جدا</w:t>
      </w:r>
    </w:p>
    <w:p>
      <w:r>
        <w:t>ذاب في النعيم ذاب في الكومباني</w:t>
      </w:r>
    </w:p>
    <w:p>
      <w:r>
        <w:t>لا رجل مجتهد الصبر كذلك السيد باقر الصبر خارج عند السيد الخوئي رحمة الله عليه الا انه بنى مدرسة اصولية مستقلة تماما عن استاذه</w:t>
      </w:r>
    </w:p>
    <w:p>
      <w:r>
        <w:t>نعم يعني هذه المغالطة المرجعية غير صحيحة</w:t>
      </w:r>
    </w:p>
    <w:p>
      <w:r>
        <w:t>وهذه ما ذكره ارسطو طاريس في هذا الكتاب يعني الذي جاءت في هذه الكتاب ذكرها في الاورجانون ومن تصفح القياس واجزاءه فوجدهما على ما ينبغي مادة وصورة يعني راعى القوانين القياسية والمادة القياس لفظا ومعنى باعتبار الافراد والتركيب لم يقع له غرض البت</w:t>
      </w:r>
    </w:p>
    <w:p>
      <w:r>
        <w:t>يقول نعم</w:t>
      </w:r>
    </w:p>
    <w:p>
      <w:r>
        <w:t>من تصفح القياس واجزاءه فوجدهما على ما ينبغي</w:t>
      </w:r>
    </w:p>
    <w:p>
      <w:r>
        <w:t>آآ عمل خط تحته على ما ينبغي</w:t>
      </w:r>
    </w:p>
    <w:p>
      <w:r>
        <w:t>واكتب تحتها ان القواعد المنطقية ليس علم المنطق</w:t>
      </w:r>
    </w:p>
    <w:p>
      <w:r>
        <w:t>هنا المنطق</w:t>
      </w:r>
    </w:p>
    <w:p>
      <w:r>
        <w:t>قواعد المنطقية قواعد الزامية</w:t>
      </w:r>
    </w:p>
    <w:p>
      <w:r>
        <w:t>الزامية</w:t>
      </w:r>
    </w:p>
    <w:p>
      <w:r>
        <w:t>يعني ينبغي عليك اتباعها</w:t>
      </w:r>
    </w:p>
    <w:p>
      <w:r>
        <w:t>يمكن الا نتبعها</w:t>
      </w:r>
    </w:p>
    <w:p>
      <w:r>
        <w:t>شأنها شأن القوانين التشريعية</w:t>
      </w:r>
    </w:p>
    <w:p>
      <w:r>
        <w:t>قوانين معيارية ملزمة</w:t>
      </w:r>
    </w:p>
    <w:p>
      <w:r>
        <w:t>وليس مجبرة</w:t>
      </w:r>
    </w:p>
    <w:p>
      <w:r>
        <w:t>نعم</w:t>
      </w:r>
    </w:p>
    <w:p>
      <w:r>
        <w:t>على ما ينبغي</w:t>
      </w:r>
    </w:p>
    <w:p>
      <w:r>
        <w:t>اذا قواعد المنطقة قواعد معيارية</w:t>
      </w:r>
    </w:p>
    <w:p>
      <w:r>
        <w:t>ليست اه قواعد تحت الواقع</w:t>
      </w:r>
    </w:p>
    <w:p>
      <w:r>
        <w:t>واقعية لا قواعد معيارية</w:t>
      </w:r>
    </w:p>
    <w:p>
      <w:r>
        <w:t>ايه لزمت? نعم</w:t>
      </w:r>
    </w:p>
    <w:p>
      <w:r>
        <w:t>اسباب المغالطة الخارجة عن القياس</w:t>
      </w:r>
    </w:p>
    <w:p>
      <w:r>
        <w:t>قال واما الخارجيات يعني خارج عن متن المعرفة</w:t>
      </w:r>
    </w:p>
    <w:p>
      <w:r>
        <w:t>القضية فما تقتضي المغالطة بالعراض كالتشنيع على المخاطب</w:t>
      </w:r>
    </w:p>
    <w:p>
      <w:r>
        <w:t>كما قلت الان يستعينوا على بالمرجعية</w:t>
      </w:r>
    </w:p>
    <w:p>
      <w:r>
        <w:t>هادي مغالطة خارجة عن القضية</w:t>
      </w:r>
    </w:p>
    <w:p>
      <w:r>
        <w:t>ناقشني في الدليل</w:t>
      </w:r>
    </w:p>
    <w:p>
      <w:r>
        <w:t>تقول لي فلان قال فلان قال وانت تخالف آآ فلان</w:t>
      </w:r>
    </w:p>
    <w:p>
      <w:r>
        <w:t>كالتشنيع من الخارجية بالعرب كالتشنيع على المخاطب</w:t>
      </w:r>
    </w:p>
    <w:p>
      <w:r>
        <w:t>نعم</w:t>
      </w:r>
    </w:p>
    <w:p>
      <w:r>
        <w:t>يقول انظر هذا آآ الزعطوط الزعطوط لا ادري بالعراقية يعني هذا الطفل الصغير لا ادري</w:t>
      </w:r>
    </w:p>
    <w:p>
      <w:r>
        <w:t>نعم</w:t>
      </w:r>
    </w:p>
    <w:p>
      <w:r>
        <w:t>اه هذا الاحمق هذا الجهل هذه كلها مغالطات</w:t>
      </w:r>
    </w:p>
    <w:p>
      <w:r>
        <w:t>كلها هذه مغالطات</w:t>
      </w:r>
    </w:p>
    <w:p>
      <w:r>
        <w:t>نعم</w:t>
      </w:r>
    </w:p>
    <w:p>
      <w:r>
        <w:t>اذا انا جاهل بين لي من خلال علم الجهل</w:t>
      </w:r>
    </w:p>
    <w:p>
      <w:r>
        <w:t>وليس من خلال الالفاظ هذه الالفاظ القبيحة</w:t>
      </w:r>
    </w:p>
    <w:p>
      <w:r>
        <w:t>نعم</w:t>
      </w:r>
    </w:p>
    <w:p>
      <w:r>
        <w:t>كالتشنيع على المخاطب بوصف وسوق كلامه للكذب نعم بزيادة او تأويل او ايراد ما ما يحيره من اغلاق العبارة</w:t>
      </w:r>
    </w:p>
    <w:p>
      <w:r>
        <w:t>او المبالغة في ان المعنى دقيق او السفاهة او ما يمنحه من الفهم كالخلط والهذيان والتكرار</w:t>
      </w:r>
    </w:p>
    <w:p>
      <w:r>
        <w:t>هاذي كلها مغالطات خارجية</w:t>
      </w:r>
    </w:p>
    <w:p>
      <w:r>
        <w:t>والكثير في السجل المعرفي مع الاسف الشديد</w:t>
      </w:r>
    </w:p>
    <w:p>
      <w:r>
        <w:t>آآ تنطلي على الشخص</w:t>
      </w:r>
    </w:p>
    <w:p>
      <w:r>
        <w:t>نعم</w:t>
      </w:r>
    </w:p>
    <w:p>
      <w:r>
        <w:t>مجرد يذكر له يذكر له مرجعية من المرجعيات ويسكت</w:t>
      </w:r>
    </w:p>
    <w:p>
      <w:r>
        <w:t>تنكبش خاف نعم مرة يكون امام شخصية علمية وللشخصية العلمية عاجزة في المسألة العلمية</w:t>
      </w:r>
    </w:p>
    <w:p>
      <w:r>
        <w:t>يقول له انت لا زلت طالبا ينكمش يسكت</w:t>
      </w:r>
    </w:p>
    <w:p>
      <w:r>
        <w:t>الا الشجاع</w:t>
      </w:r>
    </w:p>
    <w:p>
      <w:r>
        <w:t>طبعا هذا يستدعي العلم</w:t>
      </w:r>
    </w:p>
    <w:p>
      <w:r>
        <w:t>نعم</w:t>
      </w:r>
    </w:p>
    <w:p>
      <w:r>
        <w:t>كان السيد رحمة الله عليه يدرس الفقه</w:t>
      </w:r>
    </w:p>
    <w:p>
      <w:r>
        <w:t>درس خارج</w:t>
      </w:r>
    </w:p>
    <w:p>
      <w:r>
        <w:t>فذكر مطلبا فقهيا</w:t>
      </w:r>
    </w:p>
    <w:p>
      <w:r>
        <w:t>وهو رأى رحمة الله عليه انه هذا المطلب من عنده هو لابتكاراته</w:t>
      </w:r>
    </w:p>
    <w:p>
      <w:r>
        <w:t>فاحد الطلاب في الدرس قال للسيد بعد الدرس قال له سيدنا هذا المطلب موجود في اللغة</w:t>
      </w:r>
    </w:p>
    <w:p>
      <w:r>
        <w:t>تعمم لانه عالم وانسان تقي</w:t>
      </w:r>
    </w:p>
    <w:p>
      <w:r>
        <w:t>نعم متواضع</w:t>
      </w:r>
    </w:p>
    <w:p>
      <w:r>
        <w:t>فتعجب ممكن تبين لي هذا الموضوع في اللغة</w:t>
      </w:r>
    </w:p>
    <w:p>
      <w:r>
        <w:t>فجاء الطالب باللغة</w:t>
      </w:r>
    </w:p>
    <w:p>
      <w:r>
        <w:t>وبين له هذا المطلب قال هذا هو موجود في اللغة وهو</w:t>
      </w:r>
    </w:p>
    <w:p>
      <w:r>
        <w:t>فسيد اعطاه هدية</w:t>
      </w:r>
    </w:p>
    <w:p>
      <w:r>
        <w:t>تواضع واكرم هذا الطارق</w:t>
      </w:r>
    </w:p>
    <w:p>
      <w:r>
        <w:t>قد يحدث اه الاساتذة هذا الامر هو يطالع المطلب في كتاب ما بعد ما الزمن ينساه ثم يثيره في ذهنه كانه هو من ابتكاراته</w:t>
      </w:r>
    </w:p>
    <w:p>
      <w:r>
        <w:t>يقولون هذا حدثت للشيخ الانصاري</w:t>
      </w:r>
    </w:p>
    <w:p>
      <w:r>
        <w:t>ذكر شيئا انه من ابتكاراته وهو للعلامة الحلي</w:t>
      </w:r>
    </w:p>
    <w:p>
      <w:r>
        <w:t>هكذا يحدث العلماء انا لا يهمني هذا الامر الذي يهمني ان سمع لهذا الطالب</w:t>
      </w:r>
    </w:p>
    <w:p>
      <w:r>
        <w:t>لم يقل له انت زعطوط وانت صغير ماذا تفهم وانت جاهل? لا</w:t>
      </w:r>
    </w:p>
    <w:p>
      <w:r>
        <w:t>سمع التواضع فوجد ان المطر موجود في اللغة</w:t>
      </w:r>
    </w:p>
    <w:p>
      <w:r>
        <w:t>نعم</w:t>
      </w:r>
    </w:p>
    <w:p>
      <w:r>
        <w:t>فهذه الاليات البائسة كلها كلها مغالطات</w:t>
      </w:r>
    </w:p>
    <w:p>
      <w:r>
        <w:t>انت من العالم الثالث</w:t>
      </w:r>
    </w:p>
    <w:p>
      <w:r>
        <w:t>ماذا تفهم؟ او انت اسود ماذا تفهم؟ نعم هذه كلها مغالطات ليس لها علاقة بالمعرفة</w:t>
      </w:r>
    </w:p>
    <w:p>
      <w:r>
        <w:t>نعم</w:t>
      </w:r>
    </w:p>
    <w:p>
      <w:r>
        <w:t>اقول هذه اسباب خارجة عن القياس يقع بسببها الغلط للمجادل بالعراض</w:t>
      </w:r>
    </w:p>
    <w:p>
      <w:r>
        <w:t>وذلك بالتشنيع</w:t>
      </w:r>
    </w:p>
    <w:p>
      <w:r>
        <w:t>نعم على المخاطب عند الحاضرين</w:t>
      </w:r>
    </w:p>
    <w:p>
      <w:r>
        <w:t>اذا مسألة قياسية</w:t>
      </w:r>
    </w:p>
    <w:p>
      <w:r>
        <w:t>حتى يشوه سمعته المعرفية امام الناس</w:t>
      </w:r>
    </w:p>
    <w:p>
      <w:r>
        <w:t>نعم ونسبته الى البلادة ما تفهم</w:t>
      </w:r>
    </w:p>
    <w:p>
      <w:r>
        <w:t>واحد يقول لك انت ما تفهم يعني انت بليت</w:t>
      </w:r>
    </w:p>
    <w:p>
      <w:r>
        <w:t>نعم</w:t>
      </w:r>
    </w:p>
    <w:p>
      <w:r>
        <w:t>وسوق كلامه الى الكذب تقول هذا كذب</w:t>
      </w:r>
    </w:p>
    <w:p>
      <w:r>
        <w:t>نعم</w:t>
      </w:r>
    </w:p>
    <w:p>
      <w:r>
        <w:t>اما بزيادة او نقصان او تأويل</w:t>
      </w:r>
    </w:p>
    <w:p>
      <w:r>
        <w:t>او تحييره في الجواب لاغلاق العبارة</w:t>
      </w:r>
    </w:p>
    <w:p>
      <w:r>
        <w:t>يعني تأتي بعبارة مغلقة غليظة شديدة معقدة فهو ما يعرف هذه الالفاظ فيسكت</w:t>
      </w:r>
    </w:p>
    <w:p>
      <w:r>
        <w:t>يتحير</w:t>
      </w:r>
    </w:p>
    <w:p>
      <w:r>
        <w:t>او ببالغ في دقة المعنى وبلادة المخاطب</w:t>
      </w:r>
    </w:p>
    <w:p>
      <w:r>
        <w:t>او يقابله بالشتم والسفاهة</w:t>
      </w:r>
    </w:p>
    <w:p>
      <w:r>
        <w:t>بالشتم والسفاه</w:t>
      </w:r>
    </w:p>
    <w:p>
      <w:r>
        <w:t>او يمنحه من الفهم بان يحشو الكلام بالخلط والهذيان والتكرار</w:t>
      </w:r>
    </w:p>
    <w:p>
      <w:r>
        <w:t>بحيث لا ينتبه المخاطب بعد ذلك لموضع المنع والم مطالبة المنع يعني الابطال ابطال مبنى المجادل والمطالبة يعني المطالبة بالدليل</w:t>
      </w:r>
    </w:p>
    <w:p>
      <w:r>
        <w:t>يتحير يضيع تقريبا هذه المغالطات بنحو الاختصار الشديد</w:t>
      </w:r>
    </w:p>
    <w:p>
      <w:r>
        <w:t>وانا اوصيكم من صميم قلب بان تنفتحوا على هذا العلم الجديد الفكر الناقد والان بعض الكتب مترجمة</w:t>
      </w:r>
    </w:p>
    <w:p>
      <w:r>
        <w:t>والذي يتقن اللغة الانجليزية ينفتح على النت موجودة اه الكتب كثيرة في هذا الفن</w:t>
      </w:r>
    </w:p>
    <w:p>
      <w:r>
        <w:t>لان هناك المغالطات كلها مذكورة اه لا ادري مية وثلاثين مية وخمسين مغالطة</w:t>
      </w:r>
    </w:p>
    <w:p>
      <w:r>
        <w:t>والعجيب ان القرآن الكريم ذكر هذه المغالطات كلها</w:t>
      </w:r>
    </w:p>
    <w:p>
      <w:r>
        <w:t>في سجاله مع المنافقين والكفار والمعاندين والمشركين</w:t>
      </w:r>
    </w:p>
    <w:p>
      <w:r>
        <w:t>اه موجودة هذه المغالطات تحتاج الى ذهنية دقيقة لاخراجها المضطر يقول طرأت المغالطات الجديدة وهي واسعة جدا تفوق مية وعشرين مغالطة</w:t>
      </w:r>
    </w:p>
    <w:p>
      <w:r>
        <w:t>على الاقل مية وعشرين</w:t>
      </w:r>
    </w:p>
    <w:p>
      <w:r>
        <w:t>انا اللي اعرفه مية وخمسين</w:t>
      </w:r>
    </w:p>
    <w:p>
      <w:r>
        <w:t>على الاقل مية وعشرين مغارة قلت لكم الكثير منها يندرج تحت مغالاة الاخذ ما بين عرض مكان ما بالذات</w:t>
      </w:r>
    </w:p>
    <w:p>
      <w:r>
        <w:t>آآ هذه التشنيعات وآآ العالم الفلاني لم يقل بهذا الكلام وانت زعطوط وانت سفيه وانت بليت</w:t>
      </w:r>
    </w:p>
    <w:p>
      <w:r>
        <w:t>هذه كلها في تصوري تندرج تحت ما اخذ ما بالعرض مكان ما او تدرج تدرج تحت اخذ ما ليس بعلة علة</w:t>
      </w:r>
    </w:p>
    <w:p>
      <w:r>
        <w:t>المهم المضطهد رحمة الله عليه يقول انا انفتحت على هذه المغالطات وجدت في القرآن اكثر منها بكثير</w:t>
      </w:r>
    </w:p>
    <w:p>
      <w:r>
        <w:t>نعم</w:t>
      </w:r>
    </w:p>
    <w:p>
      <w:r>
        <w:t>الله تعالى في سجاره مع المشركين والمنافقين والمعاندين والظلمة</w:t>
      </w:r>
    </w:p>
    <w:p>
      <w:r>
        <w:t>نعم</w:t>
      </w:r>
    </w:p>
    <w:p>
      <w:r>
        <w:t>يكشف كل هذه المغالطات</w:t>
      </w:r>
    </w:p>
    <w:p>
      <w:r>
        <w:t>انتهى الفصل السابع</w:t>
      </w:r>
    </w:p>
    <w:p>
      <w:r>
        <w:t>ندخل في الفصل الثامن في الخطابة</w:t>
      </w:r>
    </w:p>
    <w:p>
      <w:r>
        <w:t>لا ادخل في المتن اليوم نتركه الى الحصة الاتية ان شاء الله</w:t>
      </w:r>
    </w:p>
    <w:p>
      <w:r>
        <w:t>فقط اشير الى مطلب ثم اختم الدروس</w:t>
      </w:r>
    </w:p>
    <w:p>
      <w:r>
        <w:t>المطلب يتصل بارسطو</w:t>
      </w:r>
    </w:p>
    <w:p>
      <w:r>
        <w:t>ارسطو هو الذي دون المنطق</w:t>
      </w:r>
    </w:p>
    <w:p>
      <w:r>
        <w:t>لا اقول اسس المنطق</w:t>
      </w:r>
    </w:p>
    <w:p>
      <w:r>
        <w:t>المنطق كان موجود عند الفيطاوريين موجود في في حوارات او في آآ حوارات افلاطون وغير افلاطون</w:t>
      </w:r>
    </w:p>
    <w:p>
      <w:r>
        <w:t>وفي الهندسة في الرياضيات الفضل لارسطو في تدوينه بهذا النظر</w:t>
      </w:r>
    </w:p>
    <w:p>
      <w:r>
        <w:t>معظم الكليات الخمس التعريفات القسمة القضايا الاقيسة قيسة برهانية</w:t>
      </w:r>
    </w:p>
    <w:p>
      <w:r>
        <w:t>جدلية وو والى الخطاب او الشعر</w:t>
      </w:r>
    </w:p>
    <w:p>
      <w:r>
        <w:t>هذا التنظيم تنظيم ارسطو</w:t>
      </w:r>
    </w:p>
    <w:p>
      <w:r>
        <w:t>لم يسبقه اليه احد</w:t>
      </w:r>
    </w:p>
    <w:p>
      <w:r>
        <w:t>اما ان الحديث عن الخطابة والشعر وو وموجود في ما مضى</w:t>
      </w:r>
    </w:p>
    <w:p>
      <w:r>
        <w:t>لا يمكن للانسان ان يتجاوز هذه المنهجية</w:t>
      </w:r>
    </w:p>
    <w:p>
      <w:r>
        <w:t>منهجية التصوير والتصديق ثم الاستعانة بالتعريف والاستدلالات</w:t>
      </w:r>
    </w:p>
    <w:p>
      <w:r>
        <w:t>لا يمكن</w:t>
      </w:r>
    </w:p>
    <w:p>
      <w:r>
        <w:t>ما قبل السقراط وما قبل ما السقراط ما قبل ما قبل آآ في طاغور في الطاغور الى ماجيء ارسطو ارسطو الفضل له في التدوين والتحليل والتركيب</w:t>
      </w:r>
    </w:p>
    <w:p>
      <w:r>
        <w:t>وله الفضل في هذا</w:t>
      </w:r>
    </w:p>
    <w:p>
      <w:r>
        <w:t>فالرجل كان كثير المطالع</w:t>
      </w:r>
    </w:p>
    <w:p>
      <w:r>
        <w:t>كثير المطالع</w:t>
      </w:r>
    </w:p>
    <w:p>
      <w:r>
        <w:t>طه حسين له ترجمة لكتاب ارسطو وكتاب دستور دستور اتينا</w:t>
      </w:r>
    </w:p>
    <w:p>
      <w:r>
        <w:t>ترجمة جميلة جدا مطبوعة باللغة العربية</w:t>
      </w:r>
    </w:p>
    <w:p>
      <w:r>
        <w:t>انا قرأت كل كل الكتاب</w:t>
      </w:r>
    </w:p>
    <w:p>
      <w:r>
        <w:t>ففي المقدمة موجود آآ طبعا طه حسين ترجمهم لا ادري من اليونانية مباشرة او من اللغة الفرنسية لا اتذكر</w:t>
      </w:r>
    </w:p>
    <w:p>
      <w:r>
        <w:t>نعم</w:t>
      </w:r>
    </w:p>
    <w:p>
      <w:r>
        <w:t>وآآ حدسي يقول انه من اللغة غير معروف ان طه حسين كان يعرف اليونانية</w:t>
      </w:r>
    </w:p>
    <w:p>
      <w:r>
        <w:t>في المقدمة في اشارة ان ارسطو طالع كل الدساتير الموجودة مكتوبة قبله</w:t>
      </w:r>
    </w:p>
    <w:p>
      <w:r>
        <w:t>كتب هذا دستور اتينا</w:t>
      </w:r>
    </w:p>
    <w:p>
      <w:r>
        <w:t>فكذلك هذه الابواب المنطقية منها الخطابة</w:t>
      </w:r>
    </w:p>
    <w:p>
      <w:r>
        <w:t>قال عن خطابه اما عمليا في الممارسة يعني تأمل في في في الخطاب في الخطاب اولى سبقه اشار كتب المهم لا ينطلق من الصفر وكتب كتب الخطابة</w:t>
      </w:r>
    </w:p>
    <w:p>
      <w:r>
        <w:t>والكتاب الان موجود انا عندي نسخة باللغ الفرنسية وعندي كتب متعددة للخطاب باللغة الفرنسية وباللغة العربية</w:t>
      </w:r>
    </w:p>
    <w:p>
      <w:r>
        <w:t>النكتة ما هي? يقول المتخصصون الكبار العلماء الكبار فلاسفة وغير يقولون اذا استثنينا الكتب السماوية وما يمت بصلة الى الكتب السماوية</w:t>
      </w:r>
    </w:p>
    <w:p>
      <w:r>
        <w:t>لم يؤلف كتاب مثل الخطاب الى يومنا هذا</w:t>
      </w:r>
    </w:p>
    <w:p>
      <w:r>
        <w:t>بسلك كتاب الخطاب لارس اروع كتاب رأته البشرية خارج ذلك المقدس</w:t>
      </w:r>
    </w:p>
    <w:p>
      <w:r>
        <w:t>خطاب اهل من? ارسطو والكتاب الى الان موجود ومطبوع</w:t>
      </w:r>
    </w:p>
    <w:p>
      <w:r>
        <w:t>وآآ يشتغل عليه</w:t>
      </w:r>
    </w:p>
    <w:p>
      <w:r>
        <w:t>مع ان الخطاب توسعت مثل المنطق توسع طبيعي جدا</w:t>
      </w:r>
    </w:p>
    <w:p>
      <w:r>
        <w:t>في العالم الاسلامي توسع كثيرا</w:t>
      </w:r>
    </w:p>
    <w:p>
      <w:r>
        <w:t>ابتكارات كثيرة جدا</w:t>
      </w:r>
    </w:p>
    <w:p>
      <w:r>
        <w:t>لكن في دائرة السياق المنطقي</w:t>
      </w:r>
    </w:p>
    <w:p>
      <w:r>
        <w:t>السياق المنطقي الارستي</w:t>
      </w:r>
    </w:p>
    <w:p>
      <w:r>
        <w:t>الان جاء المنطق الجديد واكتشف ابوابا جديدة لا تمت الى المنطقة المنطق القديم نعم هذا ابتكار جديد للمنطق السوري او السورنة الجديدة</w:t>
      </w:r>
    </w:p>
    <w:p>
      <w:r>
        <w:t>فكتاب الخطابة من اروع الكتب العالمية من انتاج الفيلسوف الكبير ارسطو</w:t>
      </w:r>
    </w:p>
    <w:p>
      <w:r>
        <w:t>ان شاء الله في الحصة الاتية ندخل في هذا الفصل في الخطابة الخطابة يقول المحقق الطوسي صناعة علمية يمكن معها اقناع الجمهور فيما يراد ان يصدقوا يصدقوا به بقدر الامكان بقدر آآ القوة</w:t>
      </w:r>
    </w:p>
    <w:p>
      <w:r>
        <w:t>اذا من خلال هذه العبارة نفهم ان الحديث عن ماذا? عن ملكة الخطاب وليس عن الخطاب كحقل معرفي كنسق معرفي مثل ما مر علينا في الجدل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