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وصلى معكم الى الفصل الثامن ما قبل الاخير بعده ياتي الفصل التاس المختص بالشعر</w:t>
      </w:r>
    </w:p>
    <w:p>
      <w:r>
        <w:t>في الخطاب اذا هذا الفصل يتناول هذه الصناعة</w:t>
      </w:r>
    </w:p>
    <w:p>
      <w:r>
        <w:t>صناعة الخطابة</w:t>
      </w:r>
    </w:p>
    <w:p>
      <w:r>
        <w:t>الخطابة صناعة علمية هذا المتن</w:t>
      </w:r>
    </w:p>
    <w:p>
      <w:r>
        <w:t>متن المحقق الطوسي</w:t>
      </w:r>
    </w:p>
    <w:p>
      <w:r>
        <w:t>الخطابة علمية يمكن معها يعني تعطي مكنة لصاحبها يمكن مع اقناع الجمهور فيما يراد ان يصدق به بقدر الامكان بقدر تبعك</w:t>
      </w:r>
    </w:p>
    <w:p>
      <w:r>
        <w:t>وقلت لكم ان ارسطو لما كتب كتاب الخطاب فمن هناك صارت الخطابة علما يدرس واه بها آآ كثيرا علماء الدين لانهم خطباء في عام الاغلب وتطورت هذه الصناعة تطورا جميلا وانا اراها ضرورية لكل حقل معرفي يتعامل مع الجمهور كالحقل الديني الحقل الأخلاقي الحقل السياسي الحقل الإعلامي هذا الفن ضروري يقول الخطاب الخطابة صناعة علمية يمكن اقناع الجمهور اذا في تداول في جمهور في مخاطب فيما يراد ان يصدقوا يصدق يصدق به يعني فيه وضع فيه معتقد فيه طرح يريد الخطيب ان يوصل الى يوصل هذا الامر الى المخاطب ويقتنع به</w:t>
      </w:r>
    </w:p>
    <w:p>
      <w:r>
        <w:t>بقدر الامكان نعم</w:t>
      </w:r>
    </w:p>
    <w:p>
      <w:r>
        <w:t>بقدر الامكان حسب المكنة</w:t>
      </w:r>
    </w:p>
    <w:p>
      <w:r>
        <w:t>اقول عقب صاحب المنطق يعني ارسطو صناعة المغالطة بصناعة الخطاب</w:t>
      </w:r>
    </w:p>
    <w:p>
      <w:r>
        <w:t>لان الخطابة تفيد اقناعا وتصديقا يمكن معه معه النقيض</w:t>
      </w:r>
    </w:p>
    <w:p>
      <w:r>
        <w:t>الخطابة ليست برهانا يمكن ان آآ تنقض ولا يقوم غيرها من الفنون والصناعات</w:t>
      </w:r>
    </w:p>
    <w:p>
      <w:r>
        <w:t>مقامها في الاقنا يقنع الغير حتى الجدل جدل وافحام</w:t>
      </w:r>
    </w:p>
    <w:p>
      <w:r>
        <w:t>الخطاب لا الخطاب اقناع</w:t>
      </w:r>
    </w:p>
    <w:p>
      <w:r>
        <w:t>لان الخطاب تفيد اقناعا وتصديقا يمكن معه النقيض ولا يقوم غيرها من الفنون والصناعات مقام الخطاب في الاقناع</w:t>
      </w:r>
    </w:p>
    <w:p>
      <w:r>
        <w:t>تعليل لقصور عقول العامة عن ادراك الكليات الناظر فيها البرهان والجدل</w:t>
      </w:r>
    </w:p>
    <w:p>
      <w:r>
        <w:t>هذا هو السر</w:t>
      </w:r>
    </w:p>
    <w:p>
      <w:r>
        <w:t>لماذا الخطاب تتفوق على البرهان والجدل? لان العلة القابلية التي هي المخاطب لا يرقى عقلها الى اغلبية الناس يتحركون في الاوهام</w:t>
      </w:r>
    </w:p>
    <w:p>
      <w:r>
        <w:t>حتى علماء الدين</w:t>
      </w:r>
    </w:p>
    <w:p>
      <w:r>
        <w:t>خارج عن تخصصهم يتحركون بالواهمة</w:t>
      </w:r>
    </w:p>
    <w:p>
      <w:r>
        <w:t>يتحركون بالواهبة</w:t>
      </w:r>
    </w:p>
    <w:p>
      <w:r>
        <w:t>نعم</w:t>
      </w:r>
    </w:p>
    <w:p>
      <w:r>
        <w:t>يعني هذا هو البعد الحيواني الذي يؤسس اه المجتمع المدني بدون البعد الوهمي والتخيلي لا يمكن للمجتمع ان يتأسس وبالتالي لا يمكن للانسان ان يترقى في العقلانية وفي ملكاته الالهي</w:t>
      </w:r>
    </w:p>
    <w:p>
      <w:r>
        <w:t>سقط عن درجة هذا الاعتبار سقط البرهان الجدل عن درجة هذا الاعتبار</w:t>
      </w:r>
    </w:p>
    <w:p>
      <w:r>
        <w:t>اي اعتبار يعني الاقناع اقناع العامة</w:t>
      </w:r>
    </w:p>
    <w:p>
      <w:r>
        <w:t>ولما كانت المغالطة كاذبة لم تكن مفيدة تن هنا ايضا بانك انت لا تريد ان تغالط تريد اقناع الشخص بما تعتقده انت حقا فيسقط يعني تسقط المغالطة وبقي المفيد للاقناع في الامور الجزئية</w:t>
      </w:r>
    </w:p>
    <w:p>
      <w:r>
        <w:t>انظروا الامور الجزئية يعني الامور الوهمية</w:t>
      </w:r>
    </w:p>
    <w:p>
      <w:r>
        <w:t>في الامور الجزئية يعني الوهمية الخيالية</w:t>
      </w:r>
    </w:p>
    <w:p>
      <w:r>
        <w:t>انما هو هذه الصناعة</w:t>
      </w:r>
    </w:p>
    <w:p>
      <w:r>
        <w:t>صناعة الخطاب</w:t>
      </w:r>
    </w:p>
    <w:p>
      <w:r>
        <w:t>يفعل الخطيب بالجمهور ما لا يفعله الفيلسوف</w:t>
      </w:r>
    </w:p>
    <w:p>
      <w:r>
        <w:t>ولهذا كان الانبياء متميزين بالخطاب</w:t>
      </w:r>
    </w:p>
    <w:p>
      <w:r>
        <w:t>وكانت الحاجة ماسة اليها لاشتراك اشخاص النوع في الحاجة الى التشارك</w:t>
      </w:r>
    </w:p>
    <w:p>
      <w:r>
        <w:t>يعني المجتمع المدني</w:t>
      </w:r>
    </w:p>
    <w:p>
      <w:r>
        <w:t>الم الى المجاورة والمعاملة</w:t>
      </w:r>
    </w:p>
    <w:p>
      <w:r>
        <w:t>الاحتكاك الاحتكاك يعني المجتمع المدني</w:t>
      </w:r>
    </w:p>
    <w:p>
      <w:r>
        <w:t>اخذ ورد</w:t>
      </w:r>
    </w:p>
    <w:p>
      <w:r>
        <w:t>نعم</w:t>
      </w:r>
    </w:p>
    <w:p>
      <w:r>
        <w:t>والى العدل والعدل نعم هذا مبتدأ</w:t>
      </w:r>
    </w:p>
    <w:p>
      <w:r>
        <w:t>نعم</w:t>
      </w:r>
    </w:p>
    <w:p>
      <w:r>
        <w:t>والعدل لا يتنا اول الاشخاص الجزئية غير المحصورة لعدم انتهائها الا بوضع قوانين كلية كالشرع وعقائد راسخة في عقوله الخاصة والعامة مستفادة من العقل العملي</w:t>
      </w:r>
    </w:p>
    <w:p>
      <w:r>
        <w:t>العقل العملي يعني ما يجب وما لا يجب دائرة الحزن ودائرة القبح</w:t>
      </w:r>
    </w:p>
    <w:p>
      <w:r>
        <w:t>وتقرير تلك القواعد لا يمكن بالقياس البرهاني ولا بالقياس الجدلي</w:t>
      </w:r>
    </w:p>
    <w:p>
      <w:r>
        <w:t>لقصور العامة عن ادراكهما</w:t>
      </w:r>
    </w:p>
    <w:p>
      <w:r>
        <w:t>لا العامة يدرك اليقينيات ولا حتى المشهورات التي يستخدمها الجدل</w:t>
      </w:r>
    </w:p>
    <w:p>
      <w:r>
        <w:t>فدعت الضرورة الى وضع هذه الصناعة المتكفلة بذلك</w:t>
      </w:r>
    </w:p>
    <w:p>
      <w:r>
        <w:t>ما هو ذلك? اقناع العامة فيما يدور الامر حوله من وهميات وجزئيات وقد تكون هذه الوهميات والجزئيات اذا ارجعناها الى اصول كلية صادقة</w:t>
      </w:r>
    </w:p>
    <w:p>
      <w:r>
        <w:t>اذا عرفت هذا فنقول الخطابة علمية قلت لكم هذا محور دلالي او محور لأنه تعرف</w:t>
      </w:r>
    </w:p>
    <w:p>
      <w:r>
        <w:t>الخطابة صناعة علمية يمكن معها اقناع الجمهور</w:t>
      </w:r>
    </w:p>
    <w:p>
      <w:r>
        <w:t>انظر الجمهور يعني العامة</w:t>
      </w:r>
    </w:p>
    <w:p>
      <w:r>
        <w:t>الذي لا يرقى عقلهم الى الكليات</w:t>
      </w:r>
    </w:p>
    <w:p>
      <w:r>
        <w:t>فيما يراد ان يصدقوا به بقدر الامكان</w:t>
      </w:r>
    </w:p>
    <w:p>
      <w:r>
        <w:t>نعم</w:t>
      </w:r>
    </w:p>
    <w:p>
      <w:r>
        <w:t>والاقناع هو التصديق الغالب بالشيء مع اعتقادي انه يمكن ان يكون له عناد وخلاف</w:t>
      </w:r>
    </w:p>
    <w:p>
      <w:r>
        <w:t>ليس يقينيا شيء متسع للنقب والرد</w:t>
      </w:r>
    </w:p>
    <w:p>
      <w:r>
        <w:t>الا ان النفس تصير بما تسمعه من هذا الفن يعني فن الخطاب ام ميل الى التصديق به من عناده وخلافه? وذلك هو الظلم الغالب</w:t>
      </w:r>
    </w:p>
    <w:p>
      <w:r>
        <w:t>ظن الغالب يعني الظن الذي قريء يقترب من اليقين</w:t>
      </w:r>
    </w:p>
    <w:p>
      <w:r>
        <w:t>كيد هذه مقدمة جميلة محور دلالي او محور تعريفي</w:t>
      </w:r>
    </w:p>
    <w:p>
      <w:r>
        <w:t>موارد استعمال الخطابة هنا يتكلم يتكلم على المناخ</w:t>
      </w:r>
    </w:p>
    <w:p>
      <w:r>
        <w:t>قال وهي في الاق انجح من غيرها</w:t>
      </w:r>
    </w:p>
    <w:p>
      <w:r>
        <w:t>من غير يعني البرهان والجدل</w:t>
      </w:r>
    </w:p>
    <w:p>
      <w:r>
        <w:t>والمغالطة</w:t>
      </w:r>
    </w:p>
    <w:p>
      <w:r>
        <w:t>كما ان الجدل في الالزام انفى</w:t>
      </w:r>
    </w:p>
    <w:p>
      <w:r>
        <w:t>يأتي بمقايسة حتى يتبين لك مناخ الخطابة</w:t>
      </w:r>
    </w:p>
    <w:p>
      <w:r>
        <w:t>مناخ الخطاب لا هو البرهان لا هو المغالطي لا هو الجدلي</w:t>
      </w:r>
    </w:p>
    <w:p>
      <w:r>
        <w:t>وانما هو الاقناع في الامور الجزئية</w:t>
      </w:r>
    </w:p>
    <w:p>
      <w:r>
        <w:t>اقول انقياد العامة الى الاعتقاد الخطابي</w:t>
      </w:r>
    </w:p>
    <w:p>
      <w:r>
        <w:t>اسرع من غيره</w:t>
      </w:r>
    </w:p>
    <w:p>
      <w:r>
        <w:t>الانقياد مبتدأ اسرع خبر</w:t>
      </w:r>
    </w:p>
    <w:p>
      <w:r>
        <w:t>كما ان الجدل انفع في الالزام من غيري</w:t>
      </w:r>
    </w:p>
    <w:p>
      <w:r>
        <w:t>وللخطابة منافع في الامور المدنية</w:t>
      </w:r>
    </w:p>
    <w:p>
      <w:r>
        <w:t>المدنية يعني المجتمع المدني</w:t>
      </w:r>
    </w:p>
    <w:p>
      <w:r>
        <w:t>اكثر من منفعة الجدل والبرهان</w:t>
      </w:r>
    </w:p>
    <w:p>
      <w:r>
        <w:t>فان انها تؤثر في النفوس تأثيرا ينفعل ويفعل بحسبه</w:t>
      </w:r>
    </w:p>
    <w:p>
      <w:r>
        <w:t>وان لم يوافقها على الصدق او المشهور في الكلام</w:t>
      </w:r>
    </w:p>
    <w:p>
      <w:r>
        <w:t>نعم الصدق على اليقين والمشهور يعني المشهورات يعني البرهان والجدلي</w:t>
      </w:r>
    </w:p>
    <w:p>
      <w:r>
        <w:t>وان رفضها للبرهان والجدل وليس في كل الموارد</w:t>
      </w:r>
    </w:p>
    <w:p>
      <w:r>
        <w:t>قد يسكت البرهان والجدلي لان الخطيب يتحدث في الحقيقيات نزلها الى مستوى الوهميات كما يفعل الانبياء</w:t>
      </w:r>
    </w:p>
    <w:p>
      <w:r>
        <w:t>انبياء خطباء في ذات الحق</w:t>
      </w:r>
    </w:p>
    <w:p>
      <w:r>
        <w:t>في دولة اليقين الا ان لا يفهمون باليقين يقتنعون به وهذا اكش</w:t>
      </w:r>
    </w:p>
    <w:p>
      <w:r>
        <w:t>وايضا فان تأثير الخطاب عام للجمهور</w:t>
      </w:r>
    </w:p>
    <w:p>
      <w:r>
        <w:t>وتأثير البرهان</w:t>
      </w:r>
    </w:p>
    <w:p>
      <w:r>
        <w:t>آآ اذا عطفنا وعطف نقول هو تأثيرا</w:t>
      </w:r>
    </w:p>
    <w:p>
      <w:r>
        <w:t>فان تأثير عام وان تأثير البرهان والجدل خاص</w:t>
      </w:r>
    </w:p>
    <w:p>
      <w:r>
        <w:t>فقد ينفعل ويتأثر بالخطابة او نعم</w:t>
      </w:r>
    </w:p>
    <w:p>
      <w:r>
        <w:t>ويفعل بحسبها يعني يرتب افعاله على سهاء من لا يدرك الكلام البرهان والجدلي</w:t>
      </w:r>
    </w:p>
    <w:p>
      <w:r>
        <w:t>نعم</w:t>
      </w:r>
    </w:p>
    <w:p>
      <w:r>
        <w:t>نعم</w:t>
      </w:r>
    </w:p>
    <w:p>
      <w:r>
        <w:t>اه ولهذا ما ترى في النفوس العامية اشد قبول وافهم لمقتضاتها في كل فن</w:t>
      </w:r>
    </w:p>
    <w:p>
      <w:r>
        <w:t>نعم يميلون الى الخطاب</w:t>
      </w:r>
    </w:p>
    <w:p>
      <w:r>
        <w:t>ولهذا لم يزل في كل قبيلة وعلى كل مذهب قوم يجتذبون القلوب الى ذلك المذهب بالمقاية بالمقاييس الاقناعية والالفاظ والهيئات الخطابية</w:t>
      </w:r>
    </w:p>
    <w:p>
      <w:r>
        <w:t>في كل امة عندك خطباء</w:t>
      </w:r>
    </w:p>
    <w:p>
      <w:r>
        <w:t>نعم</w:t>
      </w:r>
    </w:p>
    <w:p>
      <w:r>
        <w:t>وان لم يكن فيه من اشتغل بكيفية ذلك وعلى اثره وعلى اي وجه هو</w:t>
      </w:r>
    </w:p>
    <w:p>
      <w:r>
        <w:t>نعم</w:t>
      </w:r>
    </w:p>
    <w:p>
      <w:r>
        <w:t>احيانا الانسان يمتلك الخطاب عمليا وليس نظريا</w:t>
      </w:r>
    </w:p>
    <w:p>
      <w:r>
        <w:t>نعم</w:t>
      </w:r>
    </w:p>
    <w:p>
      <w:r>
        <w:t>كما كانوا يبرهنون ويجادلون ولا يتكلمون على البرهان والجدل كلاما بليغا</w:t>
      </w:r>
    </w:p>
    <w:p>
      <w:r>
        <w:t>كمن يبرهن وهو لا يعرف البرهان</w:t>
      </w:r>
    </w:p>
    <w:p>
      <w:r>
        <w:t>وكذلك كان يقوله من لا يعرف قانونه الوعروظي معرفة علمية</w:t>
      </w:r>
    </w:p>
    <w:p>
      <w:r>
        <w:t>بل ذوقية فطرية</w:t>
      </w:r>
    </w:p>
    <w:p>
      <w:r>
        <w:t>هنا التفكيك بين القواعد المنطقية وعلم المنطق</w:t>
      </w:r>
    </w:p>
    <w:p>
      <w:r>
        <w:t>لاحظت سارقة في كلام العلامة الحلي رحمة الله عليه</w:t>
      </w:r>
    </w:p>
    <w:p>
      <w:r>
        <w:t>شاخصة في كلامه رحمة الله عليه</w:t>
      </w:r>
    </w:p>
    <w:p>
      <w:r>
        <w:t>تفكيك بين قواعد القواعد المنطقية وعلم المنطق</w:t>
      </w:r>
    </w:p>
    <w:p>
      <w:r>
        <w:t>علم المنطق هو العلم بتلك القواعد المنطقية في دائرة التحليل والتركيب</w:t>
      </w:r>
    </w:p>
    <w:p>
      <w:r>
        <w:t>ولا قانون المنطقي الذي هو التشبيه والتمثيل الذي يشغل معه بتصديق النفس</w:t>
      </w:r>
    </w:p>
    <w:p>
      <w:r>
        <w:t>ولا ظن غالب ولا اقناع</w:t>
      </w:r>
    </w:p>
    <w:p>
      <w:r>
        <w:t>نعم</w:t>
      </w:r>
    </w:p>
    <w:p>
      <w:r>
        <w:t>يعني الشعر</w:t>
      </w:r>
    </w:p>
    <w:p>
      <w:r>
        <w:t>هو تحريك الخيال وليس اقنع سيأتي ان شاء الله ما بالشعر ما هو آآ مناخه? مناخه هو اثار التخيلات وليس الاقباح</w:t>
      </w:r>
    </w:p>
    <w:p>
      <w:r>
        <w:t>نعم</w:t>
      </w:r>
    </w:p>
    <w:p>
      <w:r>
        <w:t>يعني انت الان امام محيط يعشق الزهراء سلام الله بحبها كثير بنت النبي ذاك المقام الالهي ثم يأتي الشاعر وينشئ قصيدة يهز خيال آآ الامة وتعيش جمل جمال الزهراء سلام الله عليه</w:t>
      </w:r>
    </w:p>
    <w:p>
      <w:r>
        <w:t>هذا هو الخطيب هذا هو الشاعر</w:t>
      </w:r>
    </w:p>
    <w:p>
      <w:r>
        <w:t>الشأن الخطيب له الخطيب يريد يقنع بامرين</w:t>
      </w:r>
    </w:p>
    <w:p>
      <w:r>
        <w:t>اذا عنده خلفية يريد يقنع بها العام</w:t>
      </w:r>
    </w:p>
    <w:p>
      <w:r>
        <w:t>جيد قبل الدخول في قال وينتفع بها في تقرير المصالح</w:t>
      </w:r>
    </w:p>
    <w:p>
      <w:r>
        <w:t>بعدما بينا التعريف والمناخ عن الفائدة</w:t>
      </w:r>
    </w:p>
    <w:p>
      <w:r>
        <w:t>اشير الى قصة واقعية تتصل مناخ الخطابة وهو الاقناع وليس البرهان وليس الجدل وليس المغالطة</w:t>
      </w:r>
    </w:p>
    <w:p>
      <w:r>
        <w:t>بريطانيا ارادت ان تحتل آآ العراق</w:t>
      </w:r>
    </w:p>
    <w:p>
      <w:r>
        <w:t>طبعا بريطانيا تدخل من الخليج</w:t>
      </w:r>
    </w:p>
    <w:p>
      <w:r>
        <w:t>نعم من الشرط شط العرب يعني البصرة</w:t>
      </w:r>
    </w:p>
    <w:p>
      <w:r>
        <w:t>مناطق كلها موالية</w:t>
      </w:r>
    </w:p>
    <w:p>
      <w:r>
        <w:t>فالمرجعية ارسلت شيخا لاقناعهم بضرورة ومنع بريطانيا من الدخول</w:t>
      </w:r>
    </w:p>
    <w:p>
      <w:r>
        <w:t>فجاء هذا الشيخ وبدأ يبين الاثار اذا دخلت اه بريطانيا الى العراق ووجوب الجهاد</w:t>
      </w:r>
    </w:p>
    <w:p>
      <w:r>
        <w:t>من منطلقات علمية انه هو الطالب</w:t>
      </w:r>
    </w:p>
    <w:p>
      <w:r>
        <w:t>فلم يتحرك عراقي في الجنوب</w:t>
      </w:r>
    </w:p>
    <w:p>
      <w:r>
        <w:t>ولم يحرك ساكنا</w:t>
      </w:r>
    </w:p>
    <w:p>
      <w:r>
        <w:t>ابن الشيخ العشيرة كان معه</w:t>
      </w:r>
    </w:p>
    <w:p>
      <w:r>
        <w:t>قال له شيخنا لو سمحت انا اتحدث مع الجمهور فقال له تفضل</w:t>
      </w:r>
    </w:p>
    <w:p>
      <w:r>
        <w:t>فبدأ يخطب ابن العشيرة لا هو دارس في الحوزة ولا يحزن</w:t>
      </w:r>
    </w:p>
    <w:p>
      <w:r>
        <w:t>فبدأ يتحدث بمظمون خطاب يهز القلب</w:t>
      </w:r>
    </w:p>
    <w:p>
      <w:r>
        <w:t>قال لهم تعرفون اذا دخلت بريطانيا الى العراق ماذا تفعل? تفعل بنسائكم ببناتكم بشرفكم الحمية العربية تحركت والغيرة الدينية تحركت في دمائهم وفي نفوسهم فرفعوا السلاح وقاوموا بريطانيا مقاومة عجيبة وباسلة</w:t>
      </w:r>
    </w:p>
    <w:p>
      <w:r>
        <w:t>هذه هي الامور هكذا</w:t>
      </w:r>
    </w:p>
    <w:p>
      <w:r>
        <w:t>هذه هي الخطابات</w:t>
      </w:r>
    </w:p>
    <w:p>
      <w:r>
        <w:t>نعم قال وينتفع بها وينتفع بها</w:t>
      </w:r>
    </w:p>
    <w:p>
      <w:r>
        <w:t>هنا الفائدة وينتفع بالخطاب او صناعة الخطابة</w:t>
      </w:r>
    </w:p>
    <w:p>
      <w:r>
        <w:t>في تقرير الجزئية</w:t>
      </w:r>
    </w:p>
    <w:p>
      <w:r>
        <w:t>المصالح الجزئية يعني اليومية الحياتية الوهمية</w:t>
      </w:r>
    </w:p>
    <w:p>
      <w:r>
        <w:t>المدنية في المجتمع المدني</w:t>
      </w:r>
    </w:p>
    <w:p>
      <w:r>
        <w:t>واصولها الكلية</w:t>
      </w:r>
    </w:p>
    <w:p>
      <w:r>
        <w:t>نعم</w:t>
      </w:r>
    </w:p>
    <w:p>
      <w:r>
        <w:t>ينتفع بها في تقرير مصالح الجزئية المدنية واصولها الكل كالعقائد الإلهية والقوانين العلمية</w:t>
      </w:r>
    </w:p>
    <w:p>
      <w:r>
        <w:t>لكن بشكل ماذا خطابي وليس بشكل برهان لأن العامة لا ترقى الى العرض الذاتي والحد الأوسط وما اشبه ذلك</w:t>
      </w:r>
    </w:p>
    <w:p>
      <w:r>
        <w:t>اقول المطلوب بالذات يعني الهدف الغاية</w:t>
      </w:r>
    </w:p>
    <w:p>
      <w:r>
        <w:t>هو المصالح الجزئية يعني مصالح المجتمع المدني</w:t>
      </w:r>
    </w:p>
    <w:p>
      <w:r>
        <w:t>نعم</w:t>
      </w:r>
    </w:p>
    <w:p>
      <w:r>
        <w:t>مصالح المجتمع المدني</w:t>
      </w:r>
    </w:p>
    <w:p>
      <w:r>
        <w:t>النبي لماذا ينجح? ينجح لانه مؤيد من السماء الكليات يعرف كيف يحركها مصداقا</w:t>
      </w:r>
    </w:p>
    <w:p>
      <w:r>
        <w:t>الفيلسوف لماذا هو بعيد عن العامة؟ لأنه غارق في الكليات</w:t>
      </w:r>
    </w:p>
    <w:p>
      <w:r>
        <w:t>نعم السياسي لماذا ينجح ويفشل؟ لأنه غارق في الجزئيات يجهل في الأعم الأغلب الكليات</w:t>
      </w:r>
    </w:p>
    <w:p>
      <w:r>
        <w:t>نعم وأحيانا يعرف الكليات ويغالط لمصلحته</w:t>
      </w:r>
    </w:p>
    <w:p>
      <w:r>
        <w:t>نعم اقول المطلوب بالذات هو المصالح الجزئية</w:t>
      </w:r>
    </w:p>
    <w:p>
      <w:r>
        <w:t>يعني المصالح الحياتية وهي كلها وهمية</w:t>
      </w:r>
    </w:p>
    <w:p>
      <w:r>
        <w:t>وهي التي تتعلق بامور الناس في المعاش حياتية</w:t>
      </w:r>
    </w:p>
    <w:p>
      <w:r>
        <w:t>والخطابة نافعة فيها</w:t>
      </w:r>
    </w:p>
    <w:p>
      <w:r>
        <w:t>في المعاش وفي اصولها الكلية المستعملة لاستخراج الجزئيات منها</w:t>
      </w:r>
    </w:p>
    <w:p>
      <w:r>
        <w:t>انظر استخراج الجزئيات</w:t>
      </w:r>
    </w:p>
    <w:p>
      <w:r>
        <w:t>هنا النبوة تتفوق</w:t>
      </w:r>
    </w:p>
    <w:p>
      <w:r>
        <w:t>لانها معصومة وعند الكليات وعصمة تعطيها الجزئيات</w:t>
      </w:r>
    </w:p>
    <w:p>
      <w:r>
        <w:t>السياسي يتحرك في الجزئيات ودائما يغالط انه فاقد الكليات وان كان عالم بها يغالط لمصلحته</w:t>
      </w:r>
    </w:p>
    <w:p>
      <w:r>
        <w:t>الفيلسوف غارق في الكليات</w:t>
      </w:r>
    </w:p>
    <w:p>
      <w:r>
        <w:t>نعم</w:t>
      </w:r>
    </w:p>
    <w:p>
      <w:r>
        <w:t>وهي العقائد</w:t>
      </w:r>
    </w:p>
    <w:p>
      <w:r>
        <w:t>ما هي هذه وهي العقائد الالهية والقوانين العلمية</w:t>
      </w:r>
    </w:p>
    <w:p>
      <w:r>
        <w:t>يعني العقل النظري والعقل العملي</w:t>
      </w:r>
    </w:p>
    <w:p>
      <w:r>
        <w:t>يعني الكونيات وما يجب</w:t>
      </w:r>
    </w:p>
    <w:p>
      <w:r>
        <w:t>نعم</w:t>
      </w:r>
    </w:p>
    <w:p>
      <w:r>
        <w:t>الوجود وما يجب</w:t>
      </w:r>
    </w:p>
    <w:p>
      <w:r>
        <w:t>فالخطابة اذا استعانوا بها تارة في الدعوة الى العقائد الالهية</w:t>
      </w:r>
    </w:p>
    <w:p>
      <w:r>
        <w:t>انظر يعني ليست الخطاب وان كان ظني انها باطلة لا ابدا</w:t>
      </w:r>
    </w:p>
    <w:p>
      <w:r>
        <w:t>وتارة في الدعوة الى العقائد الطبيعية</w:t>
      </w:r>
    </w:p>
    <w:p>
      <w:r>
        <w:t>جميل من جميل جدا من علم الحل هذه الكلمة العقائد الطبيعية لان تسمى آآ نعم وكل ما تراه آآ في عقائدنا آآ ثابتا بالعقل فهو هذه هي العقائد الطبيعية</w:t>
      </w:r>
    </w:p>
    <w:p>
      <w:r>
        <w:t>ما جاء بالوحي على قسمين تأييد لما هو العقل هذه تبقى عقائد طبيعية</w:t>
      </w:r>
    </w:p>
    <w:p>
      <w:r>
        <w:t>بيان مرة لا مرة الوحي يأتي بعقيدة لا يستصل اليها العقائد الطبيعية</w:t>
      </w:r>
    </w:p>
    <w:p>
      <w:r>
        <w:t>اذا العقائد الطبيعية هي اطار تكويني للدين</w:t>
      </w:r>
    </w:p>
    <w:p>
      <w:r>
        <w:t>نعم</w:t>
      </w:r>
    </w:p>
    <w:p>
      <w:r>
        <w:t>وتارة الى العقائد الخلقية</w:t>
      </w:r>
    </w:p>
    <w:p>
      <w:r>
        <w:t>وتارة في تمكن الانفعالات النفسانية مثل الاستعطاف والاستمانة والارظاء والاغظاب والتشجيع والتحذير وتارة في المخاصمات الواقعية في الحوادث الجزئية التي من شأن الانسان ان يتولى هذه هي غاية الخطاب وبالتالي انا في تصوري تتصدر تتصدر جميع الصناعات</w:t>
      </w:r>
    </w:p>
    <w:p>
      <w:r>
        <w:t>هي الاولى في جميع الصناعات</w:t>
      </w:r>
    </w:p>
    <w:p>
      <w:r>
        <w:t>ليس من حيث المتانة</w:t>
      </w:r>
    </w:p>
    <w:p>
      <w:r>
        <w:t>ومن حيث اليقين</w:t>
      </w:r>
    </w:p>
    <w:p>
      <w:r>
        <w:t>لا من من حيث التأثير الإجتماعي من حيث التأثير الإجتماعي</w:t>
      </w:r>
    </w:p>
    <w:p>
      <w:r>
        <w:t>قال وموضوعاتها غير محدودة</w:t>
      </w:r>
    </w:p>
    <w:p>
      <w:r>
        <w:t>موضوعاتنا المسائل</w:t>
      </w:r>
    </w:p>
    <w:p>
      <w:r>
        <w:t>مسائل الخطاب غير محدودة لأن الظنيات غير محلولة كما في الجدل فقد ينظر في الالهيات يعني الخطيب يتحرك في مسائل الالهيات والطبيعيات والخلقيات والسياسيات والاجتماعيات والنفسانيات وسع الامن الدائرة باتساع الحقول المعرفية الجديدة</w:t>
      </w:r>
    </w:p>
    <w:p>
      <w:r>
        <w:t>اقول لما قصرت افهام العامة عن التمييز بين الموضوعات الموضوعات يعني المسألة</w:t>
      </w:r>
    </w:p>
    <w:p>
      <w:r>
        <w:t>وكان مطلوب الخطاب اكثر الاكثر انما هو اقناع العامة وجمهور الناس يعني هذا هو الهدف الاكثري</w:t>
      </w:r>
    </w:p>
    <w:p>
      <w:r>
        <w:t>لا من تنحصر موضوعات الخطاب في حد يعني في دائرة</w:t>
      </w:r>
    </w:p>
    <w:p>
      <w:r>
        <w:t>في دائرة لا ولان الاقناع بالمعارضات الخطابية في الالهيات والطبيعيات والسياسيات والنفسانيات والاجتماعيات والسياسيات وو نافع الخطيب ناظرا في الجميع في الجميع</w:t>
      </w:r>
    </w:p>
    <w:p>
      <w:r>
        <w:t>اما في الالهيات الامور التي تدرس الذات الالهية تدليلا ونفي النقيض يعني نفي الالحاد</w:t>
      </w:r>
    </w:p>
    <w:p>
      <w:r>
        <w:t>ثم الصفة الذاتية ثم الصفات الفعلية التي منها العدل النبوة والامامة والمعهد</w:t>
      </w:r>
    </w:p>
    <w:p>
      <w:r>
        <w:t>اما في الالهيات كالنظر في صفاته تعالى واما في الطبيعيات مكان نظري في الاثار العلوية نعم يعني طبيعية الان تسمى تنتمي الى الميتافيزيقا العامة</w:t>
      </w:r>
    </w:p>
    <w:p>
      <w:r>
        <w:t>واما في الخلقيات والسياسيات فظاهر تتحدث في الحسن والقبح فيما يجب وما لا يجب نعم اجزاء الخطابة بعد ما بين الموضوعات انها ليست محدودة بحقل معرفي خاص بل الخطيب له ان يتحدث في كل امور تتعلق بحياة الانسان والانسان في المجتمع المدني يتحرك سياسيا اجتماعيا نفسانيا اه دينيا وو فالخطيب يلم بهذه المسائل كلها</w:t>
      </w:r>
    </w:p>
    <w:p>
      <w:r>
        <w:t>نعم</w:t>
      </w:r>
    </w:p>
    <w:p>
      <w:r>
        <w:t>اجزاء الخطاب قال ويشتمل وي وتشتمل وتشتمل الخطابة او صناعة الخطابة على عمود واعوان</w:t>
      </w:r>
    </w:p>
    <w:p>
      <w:r>
        <w:t>هذه مصطلحات الفن</w:t>
      </w:r>
    </w:p>
    <w:p>
      <w:r>
        <w:t>عمود واعوان</w:t>
      </w:r>
    </w:p>
    <w:p>
      <w:r>
        <w:t>عمود يعني اسطول</w:t>
      </w:r>
    </w:p>
    <w:p>
      <w:r>
        <w:t>واعوان</w:t>
      </w:r>
    </w:p>
    <w:p>
      <w:r>
        <w:t>فالعمود قول يفيد اقناعا</w:t>
      </w:r>
    </w:p>
    <w:p>
      <w:r>
        <w:t>هذه كلمة قول جاء عالم امريكي جون سرن ودرس اللسانيات كافعال قولية</w:t>
      </w:r>
    </w:p>
    <w:p>
      <w:r>
        <w:t>قسمها الى افعال ثلاثة</w:t>
      </w:r>
    </w:p>
    <w:p>
      <w:r>
        <w:t>فعل الكلام يعني اصل النطق عصر القول</w:t>
      </w:r>
    </w:p>
    <w:p>
      <w:r>
        <w:t>اقول مثلا اتيني بكأس ماء</w:t>
      </w:r>
    </w:p>
    <w:p>
      <w:r>
        <w:t>لاخاطئ ابني</w:t>
      </w:r>
    </w:p>
    <w:p>
      <w:r>
        <w:t>اصل القول انا مارست فعلا كلاميا</w:t>
      </w:r>
    </w:p>
    <w:p>
      <w:r>
        <w:t>في اصل هذا الفعل الكلامي مظمون يفهمه ابني وهو الاتيان بكأس الماء</w:t>
      </w:r>
    </w:p>
    <w:p>
      <w:r>
        <w:t>نعم ثم الفعل الكلام يعني التحريك بالنسبة الإمساكية الإرسالية والإنساكية بقول السيد الصبر</w:t>
      </w:r>
    </w:p>
    <w:p>
      <w:r>
        <w:t>يعني التحريك</w:t>
      </w:r>
    </w:p>
    <w:p>
      <w:r>
        <w:t>ها التحريك</w:t>
      </w:r>
    </w:p>
    <w:p>
      <w:r>
        <w:t>يعني تحريك الإبل نحو الإتيان بكأس منهم</w:t>
      </w:r>
    </w:p>
    <w:p>
      <w:r>
        <w:t>درس اللسان فتأس درس اللسان من هذه الزاوية فتأسس ما يسمى البراغماتيكس بالانجليزي يعني التداولية باللغة العربية والان الحمد لله رسائل جامعية على مستوى العالم العربي حتى عن الايات القرآنية معاني قراءة سورة البقرة مثلا او السورة الفلانية قراءة تداولية</w:t>
      </w:r>
    </w:p>
    <w:p>
      <w:r>
        <w:t>نعم</w:t>
      </w:r>
    </w:p>
    <w:p>
      <w:r>
        <w:t>فالعمود قول يفيد اقناعا</w:t>
      </w:r>
    </w:p>
    <w:p>
      <w:r>
        <w:t>اذا الخطيب يمارس مجموعة من الافعال كلامية يقول يعني يتلفظ بجمل ثم يضع في هذه الجمل مظمونا الجملة لا تكون فارغة ثم قصده ماذا? تحريك هذا المخاطب العزيز وذكر هذا التحريك في مصاديق الاعلام الاستعطاف</w:t>
      </w:r>
    </w:p>
    <w:p>
      <w:r>
        <w:t>الاستمالة الارظاء الاغظاب التشجيع التحذير يعني والتحرير وهكذا</w:t>
      </w:r>
    </w:p>
    <w:p>
      <w:r>
        <w:t>اذا فالعمود قول يفيد اقناعا</w:t>
      </w:r>
    </w:p>
    <w:p>
      <w:r>
        <w:t>هذا الفعل الكلامي بتجلياته اه الثلاث</w:t>
      </w:r>
    </w:p>
    <w:p>
      <w:r>
        <w:t>والاعوان اقوال افعال خارجة تعين على العمود</w:t>
      </w:r>
    </w:p>
    <w:p>
      <w:r>
        <w:t>يعني ممارسات تلف وتلازم هذا العمود</w:t>
      </w:r>
    </w:p>
    <w:p>
      <w:r>
        <w:t>هذا القول نعم</w:t>
      </w:r>
    </w:p>
    <w:p>
      <w:r>
        <w:t>وهي اما نصرة كالشهادة</w:t>
      </w:r>
    </w:p>
    <w:p>
      <w:r>
        <w:t>واما حيلة تعد تعد المجتمع لان يذعن ويسمى استدراجات</w:t>
      </w:r>
    </w:p>
    <w:p>
      <w:r>
        <w:t>نعم</w:t>
      </w:r>
    </w:p>
    <w:p>
      <w:r>
        <w:t>يعني هذه الاعوام تسمى اه اه في بعض مصادقها</w:t>
      </w:r>
    </w:p>
    <w:p>
      <w:r>
        <w:t>لاستدراج والاعداد اما بحسب القائل لفضائله وشمائله المقتضية لقبول قوله</w:t>
      </w:r>
    </w:p>
    <w:p>
      <w:r>
        <w:t>يعني خصوصيات في الخطيب يعشقها المخاطب</w:t>
      </w:r>
    </w:p>
    <w:p>
      <w:r>
        <w:t>فيتأثر نعم يتأثر اما اذا سمع خطيبا وهذا الخطيب خربان في كل زواياه لا يتأثر</w:t>
      </w:r>
    </w:p>
    <w:p>
      <w:r>
        <w:t>واما بحسب القول هنا ليس في فعل الخطاب</w:t>
      </w:r>
    </w:p>
    <w:p>
      <w:r>
        <w:t>وانه في اصل الفعل الكلام</w:t>
      </w:r>
    </w:p>
    <w:p>
      <w:r>
        <w:t>كتصرفات في الصوت والكلام يؤدي اليه</w:t>
      </w:r>
    </w:p>
    <w:p>
      <w:r>
        <w:t>كلام جميل وجوهري</w:t>
      </w:r>
    </w:p>
    <w:p>
      <w:r>
        <w:t>واما بحسب المستمع هنا قابلوا الخطاب</w:t>
      </w:r>
    </w:p>
    <w:p>
      <w:r>
        <w:t>يعني المخاطب</w:t>
      </w:r>
    </w:p>
    <w:p>
      <w:r>
        <w:t>واما بحسب المستمع وهو احداث انفعالي في كالرقة</w:t>
      </w:r>
    </w:p>
    <w:p>
      <w:r>
        <w:t>يبكي يسمع صفات الزهراء ومظلوم يبكي كالرقة في الاستعطاف والقساوة في الاغراء</w:t>
      </w:r>
    </w:p>
    <w:p>
      <w:r>
        <w:t>قساوة يعني في مقابل العدو للجهاد</w:t>
      </w:r>
    </w:p>
    <w:p>
      <w:r>
        <w:t>في الاغراء او ايهام خلق الشجاعة او السخاوة بمدح او غيره</w:t>
      </w:r>
    </w:p>
    <w:p>
      <w:r>
        <w:t>نعم</w:t>
      </w:r>
    </w:p>
    <w:p>
      <w:r>
        <w:t>اقول تشتمل على عمول واعوان فالعمود هو الحجة الاقلاعية</w:t>
      </w:r>
    </w:p>
    <w:p>
      <w:r>
        <w:t>نعم</w:t>
      </w:r>
    </w:p>
    <w:p>
      <w:r>
        <w:t>ما هو محور دلالته هو هذا وهو قول ينتج المطلوب بالذات</w:t>
      </w:r>
    </w:p>
    <w:p>
      <w:r>
        <w:t>بحسب الاقناع ويسمى عمودا من الاعتماد عليه</w:t>
      </w:r>
    </w:p>
    <w:p>
      <w:r>
        <w:t>هذا هو وجه التسمية اعتماد عليه</w:t>
      </w:r>
    </w:p>
    <w:p>
      <w:r>
        <w:t>نعم فالعمود هو الحجة الاقلاعية</w:t>
      </w:r>
    </w:p>
    <w:p>
      <w:r>
        <w:t>يعني هو الاساس في الخطابة</w:t>
      </w:r>
    </w:p>
    <w:p>
      <w:r>
        <w:t>ثم تأتي لوازمه اكسسوار</w:t>
      </w:r>
    </w:p>
    <w:p>
      <w:r>
        <w:t>الامور التي تلازمه كما ذكرها ويلع نعم فالعمود هو الحجة الاقناعية وهو قول ينتج المطلوب بالذات بحسب الاقناع ويسمى عمودا لان الاعتماد عليه</w:t>
      </w:r>
    </w:p>
    <w:p>
      <w:r>
        <w:t>والاعوان يأتي ان شاء الله</w:t>
      </w:r>
    </w:p>
    <w:p>
      <w:r>
        <w:t>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