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الصلاة والسلام على محمد واله الطيبين الطاهرين</w:t>
      </w:r>
    </w:p>
    <w:p>
      <w:r>
        <w:t>اللهم صلي على محمد وآل محمد</w:t>
      </w:r>
    </w:p>
    <w:p>
      <w:r>
        <w:t>اللهم ارزقنا التوفيق والاخلاص</w:t>
      </w:r>
    </w:p>
    <w:p>
      <w:r>
        <w:t>وصلنا معكم الى قوله والاعوان اقوال وافعال كانت خارجة عن الحجة الاقناعية تعين على الحجة</w:t>
      </w:r>
    </w:p>
    <w:p>
      <w:r>
        <w:t>اذا الاعوان اكسسوار باللغة الفرنسية</w:t>
      </w:r>
    </w:p>
    <w:p>
      <w:r>
        <w:t>يعني امور تلازم الخطيب</w:t>
      </w:r>
    </w:p>
    <w:p>
      <w:r>
        <w:t>تلازم يعني تصاحب</w:t>
      </w:r>
    </w:p>
    <w:p>
      <w:r>
        <w:t>ليس التلازم المنطقي لا تنفك لا</w:t>
      </w:r>
    </w:p>
    <w:p>
      <w:r>
        <w:t>لأن هادي امور هو يرى المصلحة في فعلها او لا يرى</w:t>
      </w:r>
    </w:p>
    <w:p>
      <w:r>
        <w:t>يعني تصاحب احسن العبارة تصاحب</w:t>
      </w:r>
    </w:p>
    <w:p>
      <w:r>
        <w:t>تصاحب العمود يعني ذلك ال الكلام ذلك القول الاساس الذي يقنع المخاطب</w:t>
      </w:r>
    </w:p>
    <w:p>
      <w:r>
        <w:t>يقول اقوال وافعال حركات</w:t>
      </w:r>
    </w:p>
    <w:p>
      <w:r>
        <w:t>مرات تكون هذه الحركات في غاية الروعة وتقنع الطرف مقابل</w:t>
      </w:r>
    </w:p>
    <w:p>
      <w:r>
        <w:t>والاعوان مبتدأ اقوال خبر وافعال عطف خبر كانت خارجة عن الحجة</w:t>
      </w:r>
    </w:p>
    <w:p>
      <w:r>
        <w:t>خارجة ما معناه ان تصاحب ليس في هوية الحجة الاقناعية</w:t>
      </w:r>
    </w:p>
    <w:p>
      <w:r>
        <w:t>الحجة الاقناعية هي العمود</w:t>
      </w:r>
    </w:p>
    <w:p>
      <w:r>
        <w:t>تعين على تقوية الاقناع</w:t>
      </w:r>
    </w:p>
    <w:p>
      <w:r>
        <w:t>تعين على الحجة</w:t>
      </w:r>
    </w:p>
    <w:p>
      <w:r>
        <w:t>وهي اما نصرة لا بصناعة</w:t>
      </w:r>
    </w:p>
    <w:p>
      <w:r>
        <w:t>وحيلة كالشهادة والسجلات</w:t>
      </w:r>
    </w:p>
    <w:p>
      <w:r>
        <w:t>واما بصناعة وحيلة تعد المستمع يعني المخاطب لان يذعن للقبول ويسمى استدرجة</w:t>
      </w:r>
    </w:p>
    <w:p>
      <w:r>
        <w:t>آآ في تاريخ الاسلام هذا رفع اه رفع قميص عثمان</w:t>
      </w:r>
    </w:p>
    <w:p>
      <w:r>
        <w:t>هذه من الشهادات الشهادات الحسية</w:t>
      </w:r>
    </w:p>
    <w:p>
      <w:r>
        <w:t>نعم</w:t>
      </w:r>
    </w:p>
    <w:p>
      <w:r>
        <w:t>وهي استدراجات يعني المخاطب المخاطبة الى اللقاء</w:t>
      </w:r>
    </w:p>
    <w:p>
      <w:r>
        <w:t>والاعداد اما ان يحصل بحسب القائل يقسم الاعداد بحسب فاعل الخطاب قابل للخطاب و آآ نوعية نوعية المعين</w:t>
      </w:r>
    </w:p>
    <w:p>
      <w:r>
        <w:t>يعني نوعية الأعوان</w:t>
      </w:r>
    </w:p>
    <w:p>
      <w:r>
        <w:t>والإعداد اما ان يحصل بحسب القائل يعني فاعل الخطابة</w:t>
      </w:r>
    </w:p>
    <w:p>
      <w:r>
        <w:t>فاعل الخطاب يعني الخطيب</w:t>
      </w:r>
    </w:p>
    <w:p>
      <w:r>
        <w:t>كفض اليه فضائله الاخلاقية رائعة جدا</w:t>
      </w:r>
    </w:p>
    <w:p>
      <w:r>
        <w:t>وشمائله ونقيصة خصمه</w:t>
      </w:r>
    </w:p>
    <w:p>
      <w:r>
        <w:t>يستخدمها نعم بمجرد ان يقول معاوية مخيال الامة ويتحرك بان هذا الرجل خبيث ملعون فاسق لا دين له هكذا</w:t>
      </w:r>
    </w:p>
    <w:p>
      <w:r>
        <w:t>لاحظت هذه التداعيات كلها تأتي بهذه الاعوام ستفيد</w:t>
      </w:r>
    </w:p>
    <w:p>
      <w:r>
        <w:t>في اليقين يعني اليقين الاقناع</w:t>
      </w:r>
    </w:p>
    <w:p>
      <w:r>
        <w:t>اليقين الاقناعي ليس ليقينا البرهان</w:t>
      </w:r>
    </w:p>
    <w:p>
      <w:r>
        <w:t>يعني التسليم</w:t>
      </w:r>
    </w:p>
    <w:p>
      <w:r>
        <w:t>فانه اذا اشتهر بالصدق يعني الخطيب او القوة على الاقناع او سائر الفضائل واشتهر خصمه ايكا قبيح فاسق زاد ذلك في تصديق قوله</w:t>
      </w:r>
    </w:p>
    <w:p>
      <w:r>
        <w:t>المخاطب يقتنع</w:t>
      </w:r>
    </w:p>
    <w:p>
      <w:r>
        <w:t>وهذا حال امير المؤمنين عليه السلام في زمانه زمانه في زمان خلافته في مقابل معاوية</w:t>
      </w:r>
    </w:p>
    <w:p>
      <w:r>
        <w:t>لكن مع الاسف الشديد الاموال دائما تغلب الحق</w:t>
      </w:r>
    </w:p>
    <w:p>
      <w:r>
        <w:t>نعم</w:t>
      </w:r>
    </w:p>
    <w:p>
      <w:r>
        <w:t>ان الحق قليل من يدرك قليل من يهواه</w:t>
      </w:r>
    </w:p>
    <w:p>
      <w:r>
        <w:t>الناس تريد الدنيا تريد ما تحت الصرة حيوانات</w:t>
      </w:r>
    </w:p>
    <w:p>
      <w:r>
        <w:t>اكل شرب نومه ولا غيرة ولا يحزنون</w:t>
      </w:r>
    </w:p>
    <w:p>
      <w:r>
        <w:t>ستجد معاوية يسيطر</w:t>
      </w:r>
    </w:p>
    <w:p>
      <w:r>
        <w:t>ترامب يسيطر</w:t>
      </w:r>
    </w:p>
    <w:p>
      <w:r>
        <w:t>نعم الطواغيت تسيطر</w:t>
      </w:r>
    </w:p>
    <w:p>
      <w:r>
        <w:t>لماذا? لان هذه القاعدة</w:t>
      </w:r>
    </w:p>
    <w:p>
      <w:r>
        <w:t>قاعدة ما عندها قيمة</w:t>
      </w:r>
    </w:p>
    <w:p>
      <w:r>
        <w:t>نعم</w:t>
      </w:r>
    </w:p>
    <w:p>
      <w:r>
        <w:t>واما بحسب القول ليس النظر الى الفاعل الخطيب يعني</w:t>
      </w:r>
    </w:p>
    <w:p>
      <w:r>
        <w:t>فاعل الخطاب</w:t>
      </w:r>
    </w:p>
    <w:p>
      <w:r>
        <w:t>نظر الى اصل القول</w:t>
      </w:r>
    </w:p>
    <w:p>
      <w:r>
        <w:t>وما يلفه من معين من اعوان</w:t>
      </w:r>
    </w:p>
    <w:p>
      <w:r>
        <w:t>واما بحسب القول يعني الفعل الكلامي كتصرفات في الصوت عن الكلام يصاحبه نغمة جميلة</w:t>
      </w:r>
    </w:p>
    <w:p>
      <w:r>
        <w:t>نعم صوته جميل</w:t>
      </w:r>
    </w:p>
    <w:p>
      <w:r>
        <w:t>والكلام خطابا يراعي البلاغة يراعي تركيباته النحوية الجميلة</w:t>
      </w:r>
    </w:p>
    <w:p>
      <w:r>
        <w:t>بان يؤدي باحسن عبارة واطيب صوت</w:t>
      </w:r>
    </w:p>
    <w:p>
      <w:r>
        <w:t>بحيث يؤدي تلك التصرفات الى الاقناع</w:t>
      </w:r>
    </w:p>
    <w:p>
      <w:r>
        <w:t>نعم</w:t>
      </w:r>
    </w:p>
    <w:p>
      <w:r>
        <w:t>واما بحسب المستمع قابل الخطابات يعني قابل العمود</w:t>
      </w:r>
    </w:p>
    <w:p>
      <w:r>
        <w:t>ما عليه المجتمع</w:t>
      </w:r>
    </w:p>
    <w:p>
      <w:r>
        <w:t>وهو احداث انفعال فيه كالرقة في الاستعطاف يبكي او ضد الرقة اعني القصبة في ضده الذي هو الاغراء فيتحرك للجهاد ويدافع عن شرفه ووطنه او ايهام خلق الشجاعة او السخاوة بمدح او غيره</w:t>
      </w:r>
    </w:p>
    <w:p>
      <w:r>
        <w:t>نعم</w:t>
      </w:r>
    </w:p>
    <w:p>
      <w:r>
        <w:t>فتوهم هذه الامور هذه التصرفات بانه شجاع او سخي</w:t>
      </w:r>
    </w:p>
    <w:p>
      <w:r>
        <w:t>لان المجتمع شجاع او سخي سينفق</w:t>
      </w:r>
    </w:p>
    <w:p>
      <w:r>
        <w:t>ويجاهد بان يمدح او يذاب</w:t>
      </w:r>
    </w:p>
    <w:p>
      <w:r>
        <w:t>اما بالنظم او النظر اما بالشعر او النظر</w:t>
      </w:r>
    </w:p>
    <w:p>
      <w:r>
        <w:t>لا يهم الالية</w:t>
      </w:r>
    </w:p>
    <w:p>
      <w:r>
        <w:t>نعم</w:t>
      </w:r>
    </w:p>
    <w:p>
      <w:r>
        <w:t>وان كان الشعر اقرب الى اه التخيلات</w:t>
      </w:r>
    </w:p>
    <w:p>
      <w:r>
        <w:t>والنصر اقرب الى التحريك</w:t>
      </w:r>
    </w:p>
    <w:p>
      <w:r>
        <w:t>اقسام المستمعين يعني قابل الخطاب</w:t>
      </w:r>
    </w:p>
    <w:p>
      <w:r>
        <w:t>المخاطب بالفتح</w:t>
      </w:r>
    </w:p>
    <w:p>
      <w:r>
        <w:t>قال والمستمعون ثلاثة</w:t>
      </w:r>
    </w:p>
    <w:p>
      <w:r>
        <w:t>نعم مخاطب وحاكم ونظار</w:t>
      </w:r>
    </w:p>
    <w:p>
      <w:r>
        <w:t>سنرى معناه</w:t>
      </w:r>
    </w:p>
    <w:p>
      <w:r>
        <w:t>والتصديقات المتحصنة اما صناعية تثبت بحجج مقنعة وليست يقينية وليست جدلية ظنية</w:t>
      </w:r>
    </w:p>
    <w:p>
      <w:r>
        <w:t>او غير صناعية غير صناعية</w:t>
      </w:r>
    </w:p>
    <w:p>
      <w:r>
        <w:t>تثبت بسنة مكتوبة كوجوب الصلاة او غير مكتوبة كوجوب الانصاف</w:t>
      </w:r>
    </w:p>
    <w:p>
      <w:r>
        <w:t>انظر او غير مكتوبة هذه هي الحقوق الطبيعية</w:t>
      </w:r>
    </w:p>
    <w:p>
      <w:r>
        <w:t>علمائنا ملتفتون الى كل شيء الا انهم ما فرعوا وما دارسوا</w:t>
      </w:r>
    </w:p>
    <w:p>
      <w:r>
        <w:t>كوجوب الإنصاف الإنصاف يعني العدالة نعم اذن العدالة ليست من اساسيات الوحيد يعني الحكمة الوحيانية بل من اساسيات الحكمة الطبيعية فكل شرع يضرب العدالة ويضرب الإنسان فالانصاف فعل منه ليس بصحيح</w:t>
      </w:r>
    </w:p>
    <w:p>
      <w:r>
        <w:t>هذا هو الاطار الاخلاقي للدين</w:t>
      </w:r>
    </w:p>
    <w:p>
      <w:r>
        <w:t>فالاخلاق سابق على الدين</w:t>
      </w:r>
    </w:p>
    <w:p>
      <w:r>
        <w:t>او سابق على الدين</w:t>
      </w:r>
    </w:p>
    <w:p>
      <w:r>
        <w:t>فهي اطار اه ندي</w:t>
      </w:r>
    </w:p>
    <w:p>
      <w:r>
        <w:t>والا سقطنا في الاخبار وفي الاشعرية والسلفية سنولد دينا ارهابيا</w:t>
      </w:r>
    </w:p>
    <w:p>
      <w:r>
        <w:t>هذه لا شك فيها</w:t>
      </w:r>
    </w:p>
    <w:p>
      <w:r>
        <w:t>وربما تخالفتا كجواز النكاح على الصالحة</w:t>
      </w:r>
    </w:p>
    <w:p>
      <w:r>
        <w:t>واخذ الدية من العاقلة</w:t>
      </w:r>
    </w:p>
    <w:p>
      <w:r>
        <w:t>اه الصالحة يعني غير الفاسدة</w:t>
      </w:r>
    </w:p>
    <w:p>
      <w:r>
        <w:t>واخذ الدية على العاقلة في القتل فان المكتوبة تقتضيها دون غير المكتوبة</w:t>
      </w:r>
    </w:p>
    <w:p>
      <w:r>
        <w:t>لماذا? لماذا المكتوبة تقتضيها دون غير المكتوبة? اصل النكاح كما سماه هنا اه حقوق طبيعية اصل الزواج حقوق طبيعية ما يحتاج الى الشرع اصل الزواج ولهذا طبيعته تقتضي ذلك</w:t>
      </w:r>
    </w:p>
    <w:p>
      <w:r>
        <w:t>الطبيعة الانسانية الميتافيزيقية تقتضي الزواج</w:t>
      </w:r>
    </w:p>
    <w:p>
      <w:r>
        <w:t>والا لا يتكامل</w:t>
      </w:r>
    </w:p>
    <w:p>
      <w:r>
        <w:t>الطفل الصغير الذي يتربى في حضن رحيم ودافئ</w:t>
      </w:r>
    </w:p>
    <w:p>
      <w:r>
        <w:t>الام والاب هو اساس الزواج لا يتكامل تكامل السوي بعد حتى في المجتمع المدني يكون منحرفا</w:t>
      </w:r>
    </w:p>
    <w:p>
      <w:r>
        <w:t>اذا الطبيعة الميتافيزيقية الانسانية تقتضي الزواج</w:t>
      </w:r>
    </w:p>
    <w:p>
      <w:r>
        <w:t>لانها مرتبطة بغاية ارقى وهي الغاية الالهية</w:t>
      </w:r>
    </w:p>
    <w:p>
      <w:r>
        <w:t>فالزواج يكون من من الشرع غير المكتوب لكن الزواج بصالحها والصيغة والشروط هذه كلها كاتبي الشريعة المكتوبة</w:t>
      </w:r>
    </w:p>
    <w:p>
      <w:r>
        <w:t>نعم ولهذا قال ربما تخالفتا يعني صنع المكتوبة والصناعة اه غير مكتوبة يعني الشرعية كجواز النكاح على الصالحة واخذ الدية من العاقلة اخذ الدية من العاقلة الا الحقوق الطبيعية تقول الانصاف بين القاتل والمقتول</w:t>
      </w:r>
    </w:p>
    <w:p>
      <w:r>
        <w:t>طبعا القاتل العمدي او الشبهة ما آآ القاتل آآ الجهاد في سبيل الله لا</w:t>
      </w:r>
    </w:p>
    <w:p>
      <w:r>
        <w:t>اخذ الحقول الطبيعية تقول يجب ان تكون عدالة هناك</w:t>
      </w:r>
    </w:p>
    <w:p>
      <w:r>
        <w:t>سريان هذه العدالة في بعض الجزئيات يأتي الشرع</w:t>
      </w:r>
    </w:p>
    <w:p>
      <w:r>
        <w:t>آآ يثبتها او تطور الانسان في الحضارة</w:t>
      </w:r>
    </w:p>
    <w:p>
      <w:r>
        <w:t>يكتشف حيث جديدة يؤسس لهذا الاصل</w:t>
      </w:r>
    </w:p>
    <w:p>
      <w:r>
        <w:t>وتجده في الاغلب يقترب من الشريعة</w:t>
      </w:r>
    </w:p>
    <w:p>
      <w:r>
        <w:t>واخذ وآآ واخذ الدية من العاقلة هذه آآ شريعة مكتوبة</w:t>
      </w:r>
    </w:p>
    <w:p>
      <w:r>
        <w:t>فان المكتوب تقتضيهما دون غير المكتوبة</w:t>
      </w:r>
    </w:p>
    <w:p>
      <w:r>
        <w:t>يعني الشريعة المكتوبة يعني الوحي تقتضي هذه الامور الزواج من الصالحات</w:t>
      </w:r>
    </w:p>
    <w:p>
      <w:r>
        <w:t>واخذ الدية من العاقلة</w:t>
      </w:r>
    </w:p>
    <w:p>
      <w:r>
        <w:t>الحقوق الطبيعية لا تقتضيها</w:t>
      </w:r>
    </w:p>
    <w:p>
      <w:r>
        <w:t>لا تقتضيها اي معنى كجزئية اما تقتضيها بنحو كلي</w:t>
      </w:r>
    </w:p>
    <w:p>
      <w:r>
        <w:t>كيف? انت الان في اصل طبيعتك هندست انك تتعلق جنسيا بانثى</w:t>
      </w:r>
    </w:p>
    <w:p>
      <w:r>
        <w:t>فالشرع جاء وحدد بعض خصوصيات هذا الارتباط</w:t>
      </w:r>
    </w:p>
    <w:p>
      <w:r>
        <w:t>اذا عندنا الشرع غير مكتوب وهي الحقوق الطبيعية</w:t>
      </w:r>
    </w:p>
    <w:p>
      <w:r>
        <w:t>اصل الزواج</w:t>
      </w:r>
    </w:p>
    <w:p>
      <w:r>
        <w:t>ثم خصوصيات هذا الزواج يأتي الشرع المكتوب</w:t>
      </w:r>
    </w:p>
    <w:p>
      <w:r>
        <w:t>يعني الشريعة الوحياني</w:t>
      </w:r>
    </w:p>
    <w:p>
      <w:r>
        <w:t>ثم مع الصلاة الحقوق الطبيعية تشير الى الصالحة ولكن بنحو كلي تقول الانصاف بنحو عام وانت اذا تزوجت بصالحة انصفت نفسك وانصفت هذه الصالحة يا سيتكون محيط طاهر نقي</w:t>
      </w:r>
    </w:p>
    <w:p>
      <w:r>
        <w:t>اما اذا تزوج شخص لا قدر الله بعاهرة بفاسدة</w:t>
      </w:r>
    </w:p>
    <w:p>
      <w:r>
        <w:t>الاسرة من الاول خربت</w:t>
      </w:r>
    </w:p>
    <w:p>
      <w:r>
        <w:t>الحقوق الطبيعية لا تقل لك التزوج بصالحها</w:t>
      </w:r>
    </w:p>
    <w:p>
      <w:r>
        <w:t>حقوق الطبيعة تكون حافظ على هذا المحيط الطاهر بتصرفات عادلة</w:t>
      </w:r>
    </w:p>
    <w:p>
      <w:r>
        <w:t>الشرع يقول من التصرفات العادلة ان تتزوج بصالحها</w:t>
      </w:r>
    </w:p>
    <w:p>
      <w:r>
        <w:t>وهكذا</w:t>
      </w:r>
    </w:p>
    <w:p>
      <w:r>
        <w:t>او بشهادة او بعهد او بيمين او بتعذيب او ما يجري مجرى ذلك</w:t>
      </w:r>
    </w:p>
    <w:p>
      <w:r>
        <w:t>اقول مدار الخطاب على ثلاثة اشياء القول وهو الفعل الكلامي العمود</w:t>
      </w:r>
    </w:p>
    <w:p>
      <w:r>
        <w:t>الذي يقنع به المخاطب والمقول له يعني المستمع قابل الخطاب والقائل فاعل الخطاب</w:t>
      </w:r>
    </w:p>
    <w:p>
      <w:r>
        <w:t>وهل السامعون ثلاثة? مخاطب وهو ضروري لان الخطاب مقولة مقولة وقلت اضافة ما معنى فاعل الخطاب بدون قابل للخطاب? ولا معنى لقابل الخطاب بدون فاعل خطاب</w:t>
      </w:r>
    </w:p>
    <w:p>
      <w:r>
        <w:t>ما قلت اضافة</w:t>
      </w:r>
    </w:p>
    <w:p>
      <w:r>
        <w:t>نعم من المقولات الارستية ان المقولة الاضافة قائمة بطرفين</w:t>
      </w:r>
    </w:p>
    <w:p>
      <w:r>
        <w:t>ولهذا يقول وهو ضروري مخاطب وهو ضروري نعم وحاكم ونظارة وهم وهما غير ضروريتين وجميع التصديقات المتحصلة التي يطلب التصديق بها اما صناعية ثبتت مقنعة او غير صانعة صناعية ثبتت بسنة اما مكتوبة سنة واحيانا او حتى مكتوبة وضعانية يعني اه البشر في مجتمعهم مجتمعهم المدني يصلون الى تشريعات فيها مصالح لهم تشريعات الوضعية لان التشريعات الوضعية لها قسمين وحيانية وبشرية</w:t>
      </w:r>
    </w:p>
    <w:p>
      <w:r>
        <w:t>نعم هكذا التشريعات على قسمين</w:t>
      </w:r>
    </w:p>
    <w:p>
      <w:r>
        <w:t>وضعية طبيعية</w:t>
      </w:r>
    </w:p>
    <w:p>
      <w:r>
        <w:t>طبيعية هي حكمة الهية اودعها الله تعالى في الحقيقة الانسانية حتى تعيها في كلياتها</w:t>
      </w:r>
    </w:p>
    <w:p>
      <w:r>
        <w:t>اما التشريع الوضعي على قسمين</w:t>
      </w:r>
    </w:p>
    <w:p>
      <w:r>
        <w:t>تشريع وضعي وحياني تشريع وضعي بشري</w:t>
      </w:r>
    </w:p>
    <w:p>
      <w:r>
        <w:t>كلما اقتنت اقتربت تشريع الوضع البشري الى الحقوق الطبيعية</w:t>
      </w:r>
    </w:p>
    <w:p>
      <w:r>
        <w:t>تماها في الحقوق الشرعية</w:t>
      </w:r>
    </w:p>
    <w:p>
      <w:r>
        <w:t>سجلها هذه عندك</w:t>
      </w:r>
    </w:p>
    <w:p>
      <w:r>
        <w:t>وجميع التصديقات</w:t>
      </w:r>
    </w:p>
    <w:p>
      <w:r>
        <w:t>تصديقات يعني القضايا التي يقنع بها</w:t>
      </w:r>
    </w:p>
    <w:p>
      <w:r>
        <w:t>المتحصلة التي يطلب التصديق بها اما صناعية يقسمها</w:t>
      </w:r>
    </w:p>
    <w:p>
      <w:r>
        <w:t>ثبتت بحجج مقنعة</w:t>
      </w:r>
    </w:p>
    <w:p>
      <w:r>
        <w:t>وغير صناعية ثبتت بسنة اما مكتوبة واحياناية او وضعية او حيانية او وضعية بشرية كوجوب الصلاة وضعية وحيانية اي التي اوجبها الشارع او بسنة غير مكتوبة حقوق طبيعية كوجوب الإنصاف والإحسان ويسمى الشرائع المكتوبة</w:t>
      </w:r>
    </w:p>
    <w:p>
      <w:r>
        <w:t>هذه الشرائع غير المكتوبة الان تسمى آآ باللغة الانجليزية</w:t>
      </w:r>
    </w:p>
    <w:p>
      <w:r>
        <w:t>والحقوق الطبيعية باللغة العربية باللغة الفرنسية</w:t>
      </w:r>
    </w:p>
    <w:p>
      <w:r>
        <w:t>نعم خليني احكي لكم قصة عن الحقوق الطبيعية</w:t>
      </w:r>
    </w:p>
    <w:p>
      <w:r>
        <w:t>الحقوق الطبيعية الى عصر بداية الحداثة</w:t>
      </w:r>
    </w:p>
    <w:p>
      <w:r>
        <w:t>انحرفت مع الاسف الشديد</w:t>
      </w:r>
    </w:p>
    <w:p>
      <w:r>
        <w:t>الى ما قبل الحداثة في مفكر قانوني كبير غربي اسمه عنده كتاب في الحقوق الطبيعية من هناك من هذا الكتاب انحرفت الحقوق الطبيعية مع الاسف</w:t>
      </w:r>
    </w:p>
    <w:p>
      <w:r>
        <w:t>لي ما يعرف الحقوق جيدا يخلط بين الحقوق الطبيعية القديمة حقوق طبيعية الحديثة</w:t>
      </w:r>
    </w:p>
    <w:p>
      <w:r>
        <w:t>الحقوق الطبيعية القديمة التي تسمى عندنا المستقلات العقلية في ادبياتنا الحوزوية</w:t>
      </w:r>
    </w:p>
    <w:p>
      <w:r>
        <w:t>بنيت على اصلين</w:t>
      </w:r>
    </w:p>
    <w:p>
      <w:r>
        <w:t>الطبيعة الميتافيزيقية الانسانية في دائرة القيم الإلهية</w:t>
      </w:r>
    </w:p>
    <w:p>
      <w:r>
        <w:t>هذه هي الحقوق الطبيعية لها عمودان</w:t>
      </w:r>
    </w:p>
    <w:p>
      <w:r>
        <w:t>العمود الأول هو القيم الإلهية</w:t>
      </w:r>
    </w:p>
    <w:p>
      <w:r>
        <w:t>العمود الثاني الطبيعة الإنسانية</w:t>
      </w:r>
    </w:p>
    <w:p>
      <w:r>
        <w:t>الطبيعة الميتافيزيقية ليست طبيعة الفيزيائية</w:t>
      </w:r>
    </w:p>
    <w:p>
      <w:r>
        <w:t>لا</w:t>
      </w:r>
    </w:p>
    <w:p>
      <w:r>
        <w:t>لا لا ليست الطبيعة بعد الحيواني له</w:t>
      </w:r>
    </w:p>
    <w:p>
      <w:r>
        <w:t>يعني الطبيعة المترقية</w:t>
      </w:r>
    </w:p>
    <w:p>
      <w:r>
        <w:t>الشريفة في الانسان</w:t>
      </w:r>
    </w:p>
    <w:p>
      <w:r>
        <w:t>لا الطبيعة لوحدها تنفع ولا القيم الالهية لوحدها تنفع</w:t>
      </w:r>
    </w:p>
    <w:p>
      <w:r>
        <w:t>الاثنان اه اه ينت فهما ينتجان سهما في عالم الاعتبار الانساني الحقوق الطبيعية</w:t>
      </w:r>
    </w:p>
    <w:p>
      <w:r>
        <w:t>بعدما جاء هذا ابعد القيم الالهية</w:t>
      </w:r>
    </w:p>
    <w:p>
      <w:r>
        <w:t>وتوهم ان الطبيعة هي الطبيعة او راح الفهم مشى الفهم على الطبيعة في الفيزيائية الطبيعة الفيزيائية لا تقتضي حقا ابدا فبدأ الانسان هو الذي يولد الحقوق الطبيعية</w:t>
      </w:r>
    </w:p>
    <w:p>
      <w:r>
        <w:t>وهذه هي العلمنة في الحقوق</w:t>
      </w:r>
    </w:p>
    <w:p>
      <w:r>
        <w:t>الى الآن مازالت الأزمة في الحقوق الى يومنا هذا</w:t>
      </w:r>
    </w:p>
    <w:p>
      <w:r>
        <w:t>وفيه دراسات قوية جدا على الحقوق الطبيعية القديمة</w:t>
      </w:r>
    </w:p>
    <w:p>
      <w:r>
        <w:t>وعادة من يقوم بها علماء الدين</w:t>
      </w:r>
    </w:p>
    <w:p>
      <w:r>
        <w:t>وليس علماء الحداثة</w:t>
      </w:r>
    </w:p>
    <w:p>
      <w:r>
        <w:t>نعم هنا يسميها الشرائعة غير المكتوبة</w:t>
      </w:r>
    </w:p>
    <w:p>
      <w:r>
        <w:t>شرائع لها حكمة الهي طبيعية</w:t>
      </w:r>
    </w:p>
    <w:p>
      <w:r>
        <w:t>وكثيرا ما تتفقان</w:t>
      </w:r>
    </w:p>
    <w:p>
      <w:r>
        <w:t>يعني الشريعة الوضعية مع الشريعة غير المكتوبة يعني الحقوق الطبيعية</w:t>
      </w:r>
    </w:p>
    <w:p>
      <w:r>
        <w:t>تختلفان</w:t>
      </w:r>
    </w:p>
    <w:p>
      <w:r>
        <w:t>كجواز النكاح على المرأة الصالحة</w:t>
      </w:r>
    </w:p>
    <w:p>
      <w:r>
        <w:t>فانه جائز حسن في الشريعة المكتوبة الشريعة المكتوبة</w:t>
      </w:r>
    </w:p>
    <w:p>
      <w:r>
        <w:t>وغير حسن في الشريعة غير مكتوبة</w:t>
      </w:r>
    </w:p>
    <w:p>
      <w:r>
        <w:t>غير حسن في الشارع المكتوبة انا لا ادري هنا</w:t>
      </w:r>
    </w:p>
    <w:p>
      <w:r>
        <w:t>لا يا استاذنا العزيز يا العلامة الحلي يعني انك انك على المرأة الصالحة غير غير حسن في الشرائر المكتوبة</w:t>
      </w:r>
    </w:p>
    <w:p>
      <w:r>
        <w:t>من? عجيب وقريبا علام الحلي</w:t>
      </w:r>
    </w:p>
    <w:p>
      <w:r>
        <w:t>نعم</w:t>
      </w:r>
    </w:p>
    <w:p>
      <w:r>
        <w:t>الكبار اخطاؤهم كبيرة</w:t>
      </w:r>
    </w:p>
    <w:p>
      <w:r>
        <w:t>نعم</w:t>
      </w:r>
    </w:p>
    <w:p>
      <w:r>
        <w:t>المفروض يقول الشريعة غير المكتوبة يعني الحقوق الطبيعية ساكتة</w:t>
      </w:r>
    </w:p>
    <w:p>
      <w:r>
        <w:t>ساكتة</w:t>
      </w:r>
    </w:p>
    <w:p>
      <w:r>
        <w:t>كيف? الانسان في حركته التكاملية</w:t>
      </w:r>
    </w:p>
    <w:p>
      <w:r>
        <w:t>هو يفهم ان المرأة الصالحة انفع له من المرأة غير الصالحة</w:t>
      </w:r>
    </w:p>
    <w:p>
      <w:r>
        <w:t>ان تسأل العرف</w:t>
      </w:r>
    </w:p>
    <w:p>
      <w:r>
        <w:t>حتى في امريكا حتى في المجتمعات المنحرفة</w:t>
      </w:r>
    </w:p>
    <w:p>
      <w:r>
        <w:t>يفضل المرأة السوية</w:t>
      </w:r>
    </w:p>
    <w:p>
      <w:r>
        <w:t>التجربة الانسانية عبر التاريخ</w:t>
      </w:r>
    </w:p>
    <w:p>
      <w:r>
        <w:t>وعبر الحضارات</w:t>
      </w:r>
    </w:p>
    <w:p>
      <w:r>
        <w:t>هذه هي الشريعة الوضعية البشرية</w:t>
      </w:r>
    </w:p>
    <w:p>
      <w:r>
        <w:t>مرة لا يأتي الشرع ويقول الزواج مع الصالحة هو الانجع هو الاولى</w:t>
      </w:r>
    </w:p>
    <w:p>
      <w:r>
        <w:t>اما عصر الزواج لا</w:t>
      </w:r>
    </w:p>
    <w:p>
      <w:r>
        <w:t>الشريعة مكتوبة</w:t>
      </w:r>
    </w:p>
    <w:p>
      <w:r>
        <w:t>اذا كان من الاولى من العلامة الحلي ان وما يقول وغيره حسنة وانما ساكتة في الشرائط المكتوبة</w:t>
      </w:r>
    </w:p>
    <w:p>
      <w:r>
        <w:t>نعم</w:t>
      </w:r>
    </w:p>
    <w:p>
      <w:r>
        <w:t>الا ابل الشراغة المكتوبة</w:t>
      </w:r>
    </w:p>
    <w:p>
      <w:r>
        <w:t>قد تكون شريعة وضعية اه تبيح المثلية</w:t>
      </w:r>
    </w:p>
    <w:p>
      <w:r>
        <w:t>شريعة وضعية يعني وضع البشر ليس الشريعة الوحيانية</w:t>
      </w:r>
    </w:p>
    <w:p>
      <w:r>
        <w:t>لأن الشريعة الوضعية لقسمين الشريعة وضعية يعني وحياة نية</w:t>
      </w:r>
    </w:p>
    <w:p>
      <w:r>
        <w:t>الشريعة وضعانية بشرية تبيح المثلية</w:t>
      </w:r>
    </w:p>
    <w:p>
      <w:r>
        <w:t>تبيح الميناج الميناج يعني ارتباط الرجل بالمرأة بدون زواج</w:t>
      </w:r>
    </w:p>
    <w:p>
      <w:r>
        <w:t>مع مثل حيوان مع حيوانة يمكن</w:t>
      </w:r>
    </w:p>
    <w:p>
      <w:r>
        <w:t>لابتعادهم عن الحقوق الطبيعية</w:t>
      </w:r>
    </w:p>
    <w:p>
      <w:r>
        <w:t>وكذا اخذ الديا من العاقلة</w:t>
      </w:r>
    </w:p>
    <w:p>
      <w:r>
        <w:t>حسن في الشريعة المكتوبة</w:t>
      </w:r>
    </w:p>
    <w:p>
      <w:r>
        <w:t>حسن في الشريعة غير المكتوبة</w:t>
      </w:r>
    </w:p>
    <w:p>
      <w:r>
        <w:t>غير حسن شرائع الماء المكتوبة الطبيعية غير المكتوبة الطبيعية السكوت</w:t>
      </w:r>
    </w:p>
    <w:p>
      <w:r>
        <w:t>وممكن تكون شريعة وضعية بشرية وغير حسن لأن البشر ليسوا معصومين</w:t>
      </w:r>
    </w:p>
    <w:p>
      <w:r>
        <w:t>او يثبتوا بشهادة من الثقات او بعهد او يمين من قلب ذي آآ وجد بانية وشهقة وصيحة من بكاء وضحك بحسب ما تقتضي يقتضيه القول حسب فعل الكلام او بتعذيب او بما يجري يجري مجرى ذلك</w:t>
      </w:r>
    </w:p>
    <w:p>
      <w:r>
        <w:t>اذا هذه هي الاقسام</w:t>
      </w:r>
    </w:p>
    <w:p>
      <w:r>
        <w:t>هذه هي الاقسام</w:t>
      </w:r>
    </w:p>
    <w:p>
      <w:r>
        <w:t>نعم</w:t>
      </w:r>
    </w:p>
    <w:p>
      <w:r>
        <w:t>حسب فاعل الخطابة حسن الصوت حسن الاخلاق</w:t>
      </w:r>
    </w:p>
    <w:p>
      <w:r>
        <w:t>التمكن من البلاغة الادب التمكن من تخصصه وامور كثيرة</w:t>
      </w:r>
    </w:p>
    <w:p>
      <w:r>
        <w:t>وبحسب القول يكون بصوت جميل مرتب</w:t>
      </w:r>
    </w:p>
    <w:p>
      <w:r>
        <w:t>قوي ما فيه ضعف</w:t>
      </w:r>
    </w:p>
    <w:p>
      <w:r>
        <w:t>وبحسب المخاطب</w:t>
      </w:r>
    </w:p>
    <w:p>
      <w:r>
        <w:t>مبادئ الحجج والخط والان اصول الخطابة ما هي? نعم ترتيب منطقي جميل من المحقق التونسي وآآ الظاهر هو بتبع ارسطو</w:t>
      </w:r>
    </w:p>
    <w:p>
      <w:r>
        <w:t>اولا تعريف الخطابة يعني المدلول المحور الدلالي او المحور المعرفي مناخ الخطابة نعم مسائل الخطابة اجزاء الخطابة باعتبار الفاعل فاعل خطاب وقابل الخطابة واصل الخطاب نعم ثم يدخل في اقسام المستمعين بيناها نعم الان يدخل في مبادئ الحجج الخطابية اصول منطلقات الاساسية قال مبادئ الحجج الحجج الخطابية اصناف ثلاثة ومبادئ مضاف مضاف اليه يفيد التخفيف التنوين روح مبادئ مطروح تصير مبادئ الحجج والخطابة اصناف خبر اصناف ثلاث</w:t>
      </w:r>
    </w:p>
    <w:p>
      <w:r>
        <w:t>اولها الصنف الأول المشهورات الظاهرة</w:t>
      </w:r>
    </w:p>
    <w:p>
      <w:r>
        <w:t>التي تحمد في بادئ الرأي مغافصة</w:t>
      </w:r>
    </w:p>
    <w:p>
      <w:r>
        <w:t>نعم يعني بمجرد ان تلقيه على الغير ويقبلها</w:t>
      </w:r>
    </w:p>
    <w:p>
      <w:r>
        <w:t>لأنها مشهورة ظاهرة نعم كقول القائل انصر اخاك وان كان ظالما</w:t>
      </w:r>
    </w:p>
    <w:p>
      <w:r>
        <w:t>نعم</w:t>
      </w:r>
    </w:p>
    <w:p>
      <w:r>
        <w:t>وربما خالفت الحقيقة</w:t>
      </w:r>
    </w:p>
    <w:p>
      <w:r>
        <w:t>انصر اخاك وان كان ظالما</w:t>
      </w:r>
    </w:p>
    <w:p>
      <w:r>
        <w:t>هذه العبارة وردت رويت عن النبي يقول النبي قالها ورويت او وصلت الينا انها قول النبي حتى نحتاط وحتى هذه الرؤية صعبة جدا</w:t>
      </w:r>
    </w:p>
    <w:p>
      <w:r>
        <w:t>نعم وصلت الينا انها آآ رواية</w:t>
      </w:r>
    </w:p>
    <w:p>
      <w:r>
        <w:t>انصر اخاك ظالما مظلوما او مظلوما فتعجب الصحابة قالوا يا رسول الله ننصره مظلوم? نعم ظالمين كيف قال تأخذون بيده? يعني تمنعوه من من الظلم</w:t>
      </w:r>
    </w:p>
    <w:p>
      <w:r>
        <w:t>فان فقد نصرته انت</w:t>
      </w:r>
    </w:p>
    <w:p>
      <w:r>
        <w:t>اذا انصر اخاك وان كان ظالم ما معناه يعني تؤيده على الظلم لا قبيح الحقوق الطبيعية تنفع</w:t>
      </w:r>
    </w:p>
    <w:p>
      <w:r>
        <w:t>تمنع الحقوق الشرعية الوضعية والعقلائية البشرية تمنع</w:t>
      </w:r>
    </w:p>
    <w:p>
      <w:r>
        <w:t>اذا ما معنى وان كان ظالما? يعني تاخذ بيده</w:t>
      </w:r>
    </w:p>
    <w:p>
      <w:r>
        <w:t>يعني تمنعه من الظلم</w:t>
      </w:r>
    </w:p>
    <w:p>
      <w:r>
        <w:t>وربما خالفت الحقيقة فانها تقتضي الا تنصر الظالم وان كان اخا</w:t>
      </w:r>
    </w:p>
    <w:p>
      <w:r>
        <w:t>والحقيقة تحمد بحسب الظهر في الاغلب ولا ينعكس</w:t>
      </w:r>
    </w:p>
    <w:p>
      <w:r>
        <w:t>نعم</w:t>
      </w:r>
    </w:p>
    <w:p>
      <w:r>
        <w:t>يعني ما هو اغلب لا يكون حقيقة</w:t>
      </w:r>
    </w:p>
    <w:p>
      <w:r>
        <w:t>ومنها ما يحمده قوم او شخص وينتفع به في مخاطبته</w:t>
      </w:r>
    </w:p>
    <w:p>
      <w:r>
        <w:t>مرة انت تكون مع شخص فقط تتحدث معه كخطيب يعني بالاقناعيات يقبل قولك انت نعم</w:t>
      </w:r>
    </w:p>
    <w:p>
      <w:r>
        <w:t>نعم</w:t>
      </w:r>
    </w:p>
    <w:p>
      <w:r>
        <w:t>تخيل انسان ابتعد عن والدته كثيرا لا يزورها زيارة الارحام اساسية</w:t>
      </w:r>
    </w:p>
    <w:p>
      <w:r>
        <w:t>من مصاديق البدائل وتوسع في في العمر وتوسع في الرزق</w:t>
      </w:r>
    </w:p>
    <w:p>
      <w:r>
        <w:t>فانت تقول له الذي يقطع الرحم وقطع نفسه كذا وكذا</w:t>
      </w:r>
    </w:p>
    <w:p>
      <w:r>
        <w:t>فهو يقتنع فيزور امه تحل المشكلة</w:t>
      </w:r>
    </w:p>
    <w:p>
      <w:r>
        <w:t>هذا الصنف الاول الصنف الثاني المقبولات ممن يوثق بصدقه</w:t>
      </w:r>
    </w:p>
    <w:p>
      <w:r>
        <w:t>كنبي او امام</w:t>
      </w:r>
    </w:p>
    <w:p>
      <w:r>
        <w:t>نعم هذه هي المقبولات</w:t>
      </w:r>
    </w:p>
    <w:p>
      <w:r>
        <w:t>اذا انت ادركت الملاك الواقعي تخرج من الاقناعيات الى ماذا? الى اليقينيات</w:t>
      </w:r>
    </w:p>
    <w:p>
      <w:r>
        <w:t>بمن يوثق بصدقه كنبي او امام او يظن صادقا كحكيم او شاعر</w:t>
      </w:r>
    </w:p>
    <w:p>
      <w:r>
        <w:t>وثالثها المظنونات كما يقول زيد المتكلم مع الاعداء جهارا فهو متهم</w:t>
      </w:r>
    </w:p>
    <w:p>
      <w:r>
        <w:t>نعم هذه كثير من الخطباء يستخدمون هذه المظنونات وهي مظنونات لا ترقى الى اليقينيات</w:t>
      </w:r>
    </w:p>
    <w:p>
      <w:r>
        <w:t>نعم</w:t>
      </w:r>
    </w:p>
    <w:p>
      <w:r>
        <w:t>اقول كلام على منحني يأتي ان شاء الله</w:t>
      </w:r>
    </w:p>
    <w:p>
      <w:r>
        <w:t>اللهم صلي على محمد آل محمد</w:t>
      </w:r>
    </w:p>
    <w:p>
      <w:r>
        <w:t>اللهم صلي على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