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ارزقنا التوفيق والاخلاص</w:t>
      </w:r>
    </w:p>
    <w:p>
      <w:r>
        <w:t>وصلنا معكم الى هذه الفقرة اقول قال صاحب هذا الفم يعني ارسطو ان جميع انحاء الامور المقنعة يصلح ان تستعمل في الخطابة</w:t>
      </w:r>
    </w:p>
    <w:p>
      <w:r>
        <w:t>او يستعمل اذا ارجعنا الضمير الى جميع</w:t>
      </w:r>
    </w:p>
    <w:p>
      <w:r>
        <w:t>ان جميع انحاء في الامور المقنعة نعم يصلح هذا الجميع ان يستعمل في الخطاب</w:t>
      </w:r>
    </w:p>
    <w:p>
      <w:r>
        <w:t>نعم</w:t>
      </w:r>
    </w:p>
    <w:p>
      <w:r>
        <w:t>يعني الالهيات الاجتماعيات النفسانيات الادبيات التاريخيات التشريعيات و الى الغرض يعلل اذا الغرض فيها في صناعة الخطابة ليس تحقيق البيان ليس البرهان</w:t>
      </w:r>
    </w:p>
    <w:p>
      <w:r>
        <w:t>او افحام الطرف المقابل بل الاقناع</w:t>
      </w:r>
    </w:p>
    <w:p>
      <w:r>
        <w:t>الاقنا يعني الميل الى ما تريده ان بل الاقناع بما يوصل اليه</w:t>
      </w:r>
    </w:p>
    <w:p>
      <w:r>
        <w:t>كيف كان? كيف كان هذه الالية التي توصل الاقناع الى غيره? نعم تجعل المخاطب اذا عرفت هذا فمبادئ الخطاب اصناف ثلاث</w:t>
      </w:r>
    </w:p>
    <w:p>
      <w:r>
        <w:t>اولها المشهورات الظاهرة مشهورات ظاهرة يعني الاغلب مخالفة اليقينيات</w:t>
      </w:r>
    </w:p>
    <w:p>
      <w:r>
        <w:t>او توافق يعني جعل بشرط الموافقة والمخالفة</w:t>
      </w:r>
    </w:p>
    <w:p>
      <w:r>
        <w:t>وهي المحمودة في في بادئ الرأي مغافصة</w:t>
      </w:r>
    </w:p>
    <w:p>
      <w:r>
        <w:t>نعم</w:t>
      </w:r>
    </w:p>
    <w:p>
      <w:r>
        <w:t>مغافصة يعني لا تحتاج الى الى تأمل اذا تأمل فيها يقول لا</w:t>
      </w:r>
    </w:p>
    <w:p>
      <w:r>
        <w:t>هذه ليست صحيحة</w:t>
      </w:r>
    </w:p>
    <w:p>
      <w:r>
        <w:t>وقد وقد يمنع مع التفطن بها والفكر فيها</w:t>
      </w:r>
    </w:p>
    <w:p>
      <w:r>
        <w:t>لاحظت? هذا شرح للمغافصة</w:t>
      </w:r>
    </w:p>
    <w:p>
      <w:r>
        <w:t>يعني انت تفاجئه ويقبلها</w:t>
      </w:r>
    </w:p>
    <w:p>
      <w:r>
        <w:t>يتأمل يقول لا من اين لك ذلك? فلان يتحدث مع العدو فهو جاسوس لا ابدا نعم قد يتحدث مع العدو لمصلحة خاصة لتوافق خاص وهو اشد اخلاصا من غيره للامة</w:t>
      </w:r>
    </w:p>
    <w:p>
      <w:r>
        <w:t>وقد يمنع يعني هذا هذا الأمر يعني هذا هذه المشورات مع التفطن بها والفكر فيها مع مجرد التأمل يكتشف ان هذه المشورة المشهورات لا قيمة لها كقول للقائل انصر اخاك ظالما ام او مظلوما فانه محمود في بادئ الرأي</w:t>
      </w:r>
    </w:p>
    <w:p>
      <w:r>
        <w:t>مقبول اول وروده يعني المغافصة</w:t>
      </w:r>
    </w:p>
    <w:p>
      <w:r>
        <w:t>وهي ممنوعة عند التفطن والتفكر</w:t>
      </w:r>
    </w:p>
    <w:p>
      <w:r>
        <w:t>فان الظالم لا ينصر وان ينصر وان كان خطأ اخا الا اذا فسرناها بالتفسير النبوي ان تأخذ بيد الظالم تمنحه من الظلم</w:t>
      </w:r>
    </w:p>
    <w:p>
      <w:r>
        <w:t>نعم</w:t>
      </w:r>
    </w:p>
    <w:p>
      <w:r>
        <w:t>هنا تصير مشهورة صحيحة</w:t>
      </w:r>
    </w:p>
    <w:p>
      <w:r>
        <w:t>وهذا الصنف من اصناف المشهورات قد يقابل المشهور الحقيقي</w:t>
      </w:r>
    </w:p>
    <w:p>
      <w:r>
        <w:t>اذا المش مشهور حقيقي مشهور غير حقيقي</w:t>
      </w:r>
    </w:p>
    <w:p>
      <w:r>
        <w:t>وقد لا يقابله لا يقابله يعني قد يكون المشهور حقيقيا</w:t>
      </w:r>
    </w:p>
    <w:p>
      <w:r>
        <w:t>وكل مشهور حقيقي محمود بحسب الظهر يعني في المغافصة</w:t>
      </w:r>
    </w:p>
    <w:p>
      <w:r>
        <w:t>وفي اغلب يعني بنحو الاكثر ولا ينعكس وليس كل مشهور في الظهر هو مشهور حقيقي</w:t>
      </w:r>
    </w:p>
    <w:p>
      <w:r>
        <w:t>ومنها ما يحمده بحسب آآ الظاهر قوم دون اخرين</w:t>
      </w:r>
    </w:p>
    <w:p>
      <w:r>
        <w:t>نعم كحمد الفقهاء الاجماع</w:t>
      </w:r>
    </w:p>
    <w:p>
      <w:r>
        <w:t>نعم</w:t>
      </w:r>
    </w:p>
    <w:p>
      <w:r>
        <w:t>يمثل بصناعته رحمة الله عليه</w:t>
      </w:r>
    </w:p>
    <w:p>
      <w:r>
        <w:t>ومنها ما يحمده شخص واحد اذا كان محمود عنده خاصة وينتبع ينتفع به في مخ ثاني من المبادئ</w:t>
      </w:r>
    </w:p>
    <w:p>
      <w:r>
        <w:t>المقبولات لمن يعلم صدقه ويوثق به كنبي او امام او يظن اه اه كحاكيم او شاعر</w:t>
      </w:r>
    </w:p>
    <w:p>
      <w:r>
        <w:t>نعم هادي هي المقبولات</w:t>
      </w:r>
    </w:p>
    <w:p>
      <w:r>
        <w:t>الثالث من المبادئ المظنونات كما يقال زيد يتكلم مع الاعداء جهرا</w:t>
      </w:r>
    </w:p>
    <w:p>
      <w:r>
        <w:t>جيد</w:t>
      </w:r>
    </w:p>
    <w:p>
      <w:r>
        <w:t>فهو جائر فهو جائر فالتفريع نتيجة</w:t>
      </w:r>
    </w:p>
    <w:p>
      <w:r>
        <w:t>زيد يتكلم مع الاعداء جهرا</w:t>
      </w:r>
    </w:p>
    <w:p>
      <w:r>
        <w:t>صورة</w:t>
      </w:r>
    </w:p>
    <w:p>
      <w:r>
        <w:t>الحد الاوسط زيد هو</w:t>
      </w:r>
    </w:p>
    <w:p>
      <w:r>
        <w:t>وكل من يتكلم مع الاعداء جهرا فهو جائر</w:t>
      </w:r>
    </w:p>
    <w:p>
      <w:r>
        <w:t>النتيجة ما فهو يعني زيت جائر</w:t>
      </w:r>
    </w:p>
    <w:p>
      <w:r>
        <w:t>كل من يتكلم مع الاعداء جهرا اه جائرون هذه مظنونة</w:t>
      </w:r>
    </w:p>
    <w:p>
      <w:r>
        <w:t>وليست يقينية ولا حتى اه مشهورة حقيقية</w:t>
      </w:r>
    </w:p>
    <w:p>
      <w:r>
        <w:t>هذا القياس كما درسنا في في باب عيسى زيد يتكلم مع الاعداء مع الاعداء جهرا</w:t>
      </w:r>
    </w:p>
    <w:p>
      <w:r>
        <w:t>زيد اسار يتكلم مع الاعداء جهرا آآ حد اوسط</w:t>
      </w:r>
    </w:p>
    <w:p>
      <w:r>
        <w:t>الكبرى مطوية</w:t>
      </w:r>
    </w:p>
    <w:p>
      <w:r>
        <w:t>ابن القياس الضمير</w:t>
      </w:r>
    </w:p>
    <w:p>
      <w:r>
        <w:t>كبرى ما هي? وكل من يتكلم مع الاعداء جهرا جائر</w:t>
      </w:r>
    </w:p>
    <w:p>
      <w:r>
        <w:t>الحد الاوسط يختفي</w:t>
      </w:r>
    </w:p>
    <w:p>
      <w:r>
        <w:t>يبقى آآ يبقى الحد الاكبر في الحد الاصغر</w:t>
      </w:r>
    </w:p>
    <w:p>
      <w:r>
        <w:t>زيد يعني هو جائر</w:t>
      </w:r>
    </w:p>
    <w:p>
      <w:r>
        <w:t>وقد يكون مقابله مظنون باعتبار</w:t>
      </w:r>
    </w:p>
    <w:p>
      <w:r>
        <w:t>كما يقال ذلك بعينه بنفي التهمة عنه اذ لو كان متهما لاخفى كلامه</w:t>
      </w:r>
    </w:p>
    <w:p>
      <w:r>
        <w:t>وهكذا في المظنونات المعروفة</w:t>
      </w:r>
    </w:p>
    <w:p>
      <w:r>
        <w:t>يعني يمكن مقابلة مقابلتها ويمكن ابطاؤها</w:t>
      </w:r>
    </w:p>
    <w:p>
      <w:r>
        <w:t>تعليفات الخطابة يعني هنا يدخل في افعال الخطيب</w:t>
      </w:r>
    </w:p>
    <w:p>
      <w:r>
        <w:t>قال وتأليفاتها ما يظن منتجا فهي مقنعة بحسب المواد والصور معا</w:t>
      </w:r>
    </w:p>
    <w:p>
      <w:r>
        <w:t>صور يعني صور قياس والمادة يعني لبنات التي تستخدم في القياس</w:t>
      </w:r>
    </w:p>
    <w:p>
      <w:r>
        <w:t>ويستعمل والتمثيل فيها او يستعمل احسن</w:t>
      </w:r>
    </w:p>
    <w:p>
      <w:r>
        <w:t>يستعمل الخطيب يستعمل مجهول ويستعمل القياس والتمثيل فيها</w:t>
      </w:r>
    </w:p>
    <w:p>
      <w:r>
        <w:t>ويسميان تثبيتا</w:t>
      </w:r>
    </w:p>
    <w:p>
      <w:r>
        <w:t>اصطلاح فقط</w:t>
      </w:r>
    </w:p>
    <w:p>
      <w:r>
        <w:t>القياس هنا اه بمعنى الاستنباط</w:t>
      </w:r>
    </w:p>
    <w:p>
      <w:r>
        <w:t>نعم تثبيتا يعني مقام مقام الإثبات</w:t>
      </w:r>
    </w:p>
    <w:p>
      <w:r>
        <w:t>يعني مقام الدليل</w:t>
      </w:r>
    </w:p>
    <w:p>
      <w:r>
        <w:t>ويسمى القياس ظميرا لحذف كبره</w:t>
      </w:r>
    </w:p>
    <w:p>
      <w:r>
        <w:t>قياس الضمير قلنا قياس تحذف كبراه لسببين</w:t>
      </w:r>
    </w:p>
    <w:p>
      <w:r>
        <w:t>واكرر المسألة بيناها</w:t>
      </w:r>
    </w:p>
    <w:p>
      <w:r>
        <w:t>تكرار مفيد</w:t>
      </w:r>
    </w:p>
    <w:p>
      <w:r>
        <w:t>قياس الضمير يعني قياس تخفى فيه الكبرى</w:t>
      </w:r>
    </w:p>
    <w:p>
      <w:r>
        <w:t>لسببين سمي الظمير لان اظميرة كبرى</w:t>
      </w:r>
    </w:p>
    <w:p>
      <w:r>
        <w:t>لسببين اما لبداهتها وظهورها وجل واضحة</w:t>
      </w:r>
    </w:p>
    <w:p>
      <w:r>
        <w:t>ومن المغالطة? واما للمغالطة</w:t>
      </w:r>
    </w:p>
    <w:p>
      <w:r>
        <w:t>مثل هذا القياس الذي مر علينا</w:t>
      </w:r>
    </w:p>
    <w:p>
      <w:r>
        <w:t>زيد يتكلم مع الاعداد جهرا</w:t>
      </w:r>
    </w:p>
    <w:p>
      <w:r>
        <w:t>فهو جائر مزمرة كبرى للمغالطة</w:t>
      </w:r>
    </w:p>
    <w:p>
      <w:r>
        <w:t>نعم</w:t>
      </w:r>
    </w:p>
    <w:p>
      <w:r>
        <w:t>ويسمى القياس يعني قياس الاستنباط ظمير لحذف كبرى او تفكيرا لاشتماله على اوسط يستنبط بالفكر</w:t>
      </w:r>
    </w:p>
    <w:p>
      <w:r>
        <w:t>نعم</w:t>
      </w:r>
    </w:p>
    <w:p>
      <w:r>
        <w:t>تفكير يعني ذكر الحد الاوسط يستنبط بالتأمل</w:t>
      </w:r>
    </w:p>
    <w:p>
      <w:r>
        <w:t>ويسمى التمثيل اعتبارا والمنتج منه يسمى برهانا</w:t>
      </w:r>
    </w:p>
    <w:p>
      <w:r>
        <w:t>كلها اصطلاحات</w:t>
      </w:r>
    </w:p>
    <w:p>
      <w:r>
        <w:t>الاصطلاحات ما هي ماذا تفيد? تريح الخيال</w:t>
      </w:r>
    </w:p>
    <w:p>
      <w:r>
        <w:t>الخيال وهو يريد ان يضبط الكليات التي ليس لها ابعاد ويحيزها في الخيال فضروري ان تكون له مصطلحات حتى يميز</w:t>
      </w:r>
    </w:p>
    <w:p>
      <w:r>
        <w:t>كل يضع يضع في خانته</w:t>
      </w:r>
    </w:p>
    <w:p>
      <w:r>
        <w:t>اذا لم تضع المصطلح الخيال يعجز عن فصل زائد هذا هو السر التكويني</w:t>
      </w:r>
    </w:p>
    <w:p>
      <w:r>
        <w:t>اذا عندنا هنا كم مصطلح? التثبيت الظمير التفكير واه اه الاعتبار</w:t>
      </w:r>
    </w:p>
    <w:p>
      <w:r>
        <w:t>نعم الظمير قلنا قياس استنباطي اظمرت فيه الكبرى لسببين</w:t>
      </w:r>
    </w:p>
    <w:p>
      <w:r>
        <w:t>اما لظهورها وبداهاتها واما للمغالطة</w:t>
      </w:r>
    </w:p>
    <w:p>
      <w:r>
        <w:t>التفكير يعني القياس الخطابي جاء بالاوسط هذا الاوسط يمكن الوصول اليه بسهولة بعملية تفكيرية</w:t>
      </w:r>
    </w:p>
    <w:p>
      <w:r>
        <w:t>نعم او تفكيرا لاشتمال هذا التثبيت على اوسط يعني حد اوسط يستنبط بالفكر</w:t>
      </w:r>
    </w:p>
    <w:p>
      <w:r>
        <w:t>ويسمى التمثيل اعتبارا والمنتج منه بسرعة برهانا</w:t>
      </w:r>
    </w:p>
    <w:p>
      <w:r>
        <w:t>انا انظر اذا البرهان مصطلح وهو استخدام القياس التمثيل الذي يؤدي الى النتيجة سريعا</w:t>
      </w:r>
    </w:p>
    <w:p>
      <w:r>
        <w:t>اقول لما كانت مواد الخطاب الامور المحمودة</w:t>
      </w:r>
    </w:p>
    <w:p>
      <w:r>
        <w:t>تفيد الاقناع كذلك صورها ينبغي ان تكون مفيدة للاقناع</w:t>
      </w:r>
    </w:p>
    <w:p>
      <w:r>
        <w:t>وذلك بان يظن بها الانتاج</w:t>
      </w:r>
    </w:p>
    <w:p>
      <w:r>
        <w:t>وان لم تكن منتجة فهي مقنعة بحسب المواد والصور معا</w:t>
      </w:r>
    </w:p>
    <w:p>
      <w:r>
        <w:t>ويستعمل فيها القياس يعني استنباط والتمثيل ويسمان تثبيتا</w:t>
      </w:r>
    </w:p>
    <w:p>
      <w:r>
        <w:t>والقياس الاستنباطي المستعمل في الخطابة</w:t>
      </w:r>
    </w:p>
    <w:p>
      <w:r>
        <w:t>في اكثر الاوقات اكثر اوقات ليس دائما</w:t>
      </w:r>
    </w:p>
    <w:p>
      <w:r>
        <w:t>محذوف الكبرى</w:t>
      </w:r>
    </w:p>
    <w:p>
      <w:r>
        <w:t>او الصغرى ويسمى ضميرا</w:t>
      </w:r>
    </w:p>
    <w:p>
      <w:r>
        <w:t>على ما تقدم في هذا الكتاب صفحة ميتين وثمانية وتسعين</w:t>
      </w:r>
    </w:p>
    <w:p>
      <w:r>
        <w:t>وانما تحذف لبيان كذبها هذه يعني المغالطة</w:t>
      </w:r>
    </w:p>
    <w:p>
      <w:r>
        <w:t>وظهور آآ ظهور معاندها يعني اما للمغالطة او لذوحها</w:t>
      </w:r>
    </w:p>
    <w:p>
      <w:r>
        <w:t>اذ لا يمكن استعمال الضرورية في الخطاب</w:t>
      </w:r>
    </w:p>
    <w:p>
      <w:r>
        <w:t>نعم الضروري يعني قضايا برهانية</w:t>
      </w:r>
    </w:p>
    <w:p>
      <w:r>
        <w:t>كما تقول فلان يطوف بالليل فهو منتزه لفرصة التلصص</w:t>
      </w:r>
    </w:p>
    <w:p>
      <w:r>
        <w:t>يطوف بليل قد يكون شرطيا</w:t>
      </w:r>
    </w:p>
    <w:p>
      <w:r>
        <w:t>لاحظت? نعم</w:t>
      </w:r>
    </w:p>
    <w:p>
      <w:r>
        <w:t>فلان يطوف بالليل</w:t>
      </w:r>
    </w:p>
    <w:p>
      <w:r>
        <w:t>سوء القياس</w:t>
      </w:r>
    </w:p>
    <w:p>
      <w:r>
        <w:t>فهو نتيجة</w:t>
      </w:r>
    </w:p>
    <w:p>
      <w:r>
        <w:t>فهو منتهز لفرصة التنصص</w:t>
      </w:r>
    </w:p>
    <w:p>
      <w:r>
        <w:t>لماذا? لان اذا جاء بالكبرى تنفضح المسألة تتضح المسألة انها باطلة</w:t>
      </w:r>
    </w:p>
    <w:p>
      <w:r>
        <w:t>وكل من يطوف بالليل منتزه لفرصة التنصص</w:t>
      </w:r>
    </w:p>
    <w:p>
      <w:r>
        <w:t>فقد القي في هذا كبر القياس وهو كل من يطوف بالليل فهو متنزه لفرص التغص</w:t>
      </w:r>
    </w:p>
    <w:p>
      <w:r>
        <w:t>اظمارها</w:t>
      </w:r>
    </w:p>
    <w:p>
      <w:r>
        <w:t>وقد تذكر تذكر الكبرى احيانا مهملة</w:t>
      </w:r>
    </w:p>
    <w:p>
      <w:r>
        <w:t>وتكون كل كأنها كأنها لم يصرح بها</w:t>
      </w:r>
    </w:p>
    <w:p>
      <w:r>
        <w:t>المهملة يعني بدون سور</w:t>
      </w:r>
    </w:p>
    <w:p>
      <w:r>
        <w:t>لا سور كلي ولا سور جزئي</w:t>
      </w:r>
    </w:p>
    <w:p>
      <w:r>
        <w:t>ويسمى الضمير تفكيرا</w:t>
      </w:r>
    </w:p>
    <w:p>
      <w:r>
        <w:t>اذا اشتمل على الاوسط يستنبط فكرة نعم يعني بعملية فكرية تصل الى الاوسط بسهولة</w:t>
      </w:r>
    </w:p>
    <w:p>
      <w:r>
        <w:t>ويسمى تمثيلا اعتبارا والمنتج منه بسرعة برهان</w:t>
      </w:r>
    </w:p>
    <w:p>
      <w:r>
        <w:t>ولما البرهان هنا لا لا علاقة له بالبرهان اليقيني</w:t>
      </w:r>
    </w:p>
    <w:p>
      <w:r>
        <w:t>اشتراك لفظي</w:t>
      </w:r>
    </w:p>
    <w:p>
      <w:r>
        <w:t>كان الغرض من الخطاب الايقاع حصل مقصوده بقياس الضمير ويكون في القياسات الاستثنائية باطراح مستثناة والقائها يقول في العام الاغلب الاغلب يستعمل قياسات الاستثنائية من من هذا الصنخ اذا كان الف كان باء لا باء لج</w:t>
      </w:r>
    </w:p>
    <w:p>
      <w:r>
        <w:t>والتمثيل يكون اما لاشتراك في معنى عام هذا الجامع في التمثيل قلنا جزئي الف جزئي باء عندنا حكم في الف جزئي نسري الى الجزء الثاني باء لجامع</w:t>
      </w:r>
    </w:p>
    <w:p>
      <w:r>
        <w:t>اذا كان هذا الجامع ملاك اتصاف الف باء وموجود في الف حتما الحكم يسري وهو يقيني</w:t>
      </w:r>
    </w:p>
    <w:p>
      <w:r>
        <w:t>اما اذا كان اه الف يتصف بي صفة ونريد ننقلها لباء والجامع ليس هو ملاك تلك الصفة فالقياس يكون اه ظنيا لا يفيد اليقين</w:t>
      </w:r>
    </w:p>
    <w:p>
      <w:r>
        <w:t>والتمثيل اما لاشتراك في معنى عام</w:t>
      </w:r>
    </w:p>
    <w:p>
      <w:r>
        <w:t>هذا هو الجمع هو ملاك اتصاف الجزء الاول بصفة</w:t>
      </w:r>
    </w:p>
    <w:p>
      <w:r>
        <w:t>التي نسريها الى الجزء الثاني</w:t>
      </w:r>
    </w:p>
    <w:p>
      <w:r>
        <w:t>واما للتشابه في النسبة وكلاهما قد يكون في الحقيقة وبحسب الرأي الواقع</w:t>
      </w:r>
    </w:p>
    <w:p>
      <w:r>
        <w:t>يعني يكون واقعيا</w:t>
      </w:r>
    </w:p>
    <w:p>
      <w:r>
        <w:t>التمثيل الذي يعود الى البرهان ويفيد اليقين</w:t>
      </w:r>
    </w:p>
    <w:p>
      <w:r>
        <w:t>وقد يكون بحسب رأي يظهر ويلوح سداده في اول النظر</w:t>
      </w:r>
    </w:p>
    <w:p>
      <w:r>
        <w:t>ويعلم فساده عند التعقب</w:t>
      </w:r>
    </w:p>
    <w:p>
      <w:r>
        <w:t>وربما كان بحسب اشتراك الاسم</w:t>
      </w:r>
    </w:p>
    <w:p>
      <w:r>
        <w:t>الا انه غير مطلع بحسب مبادئ الرأي</w:t>
      </w:r>
    </w:p>
    <w:p>
      <w:r>
        <w:t>غير متعقب</w:t>
      </w:r>
    </w:p>
    <w:p>
      <w:r>
        <w:t>يعني هذا الجامع يصدق على الف نعم</w:t>
      </w:r>
    </w:p>
    <w:p>
      <w:r>
        <w:t>ويصدق على باء بالنحو الاشتراكي اللفظي</w:t>
      </w:r>
    </w:p>
    <w:p>
      <w:r>
        <w:t>بمعنيين فيتوهم انه جامع حقيقي فيسري القياس ويخطئ</w:t>
      </w:r>
    </w:p>
    <w:p>
      <w:r>
        <w:t>والظمير ها هناك كالقي الجدل</w:t>
      </w:r>
    </w:p>
    <w:p>
      <w:r>
        <w:t>نعم</w:t>
      </w:r>
    </w:p>
    <w:p>
      <w:r>
        <w:t>يعني القياس الاستنباطي الضمير الذي اظمرت الكبرى او الصغرى</w:t>
      </w:r>
    </w:p>
    <w:p>
      <w:r>
        <w:t>بالشروط التي بيناها او بالخصوصية التي بينها اما للمغالطة او لوضوحها</w:t>
      </w:r>
    </w:p>
    <w:p>
      <w:r>
        <w:t>يشبه القياس الجدلي</w:t>
      </w:r>
    </w:p>
    <w:p>
      <w:r>
        <w:t>نعم والتمثيل كالاستقراء في عصر القياس</w:t>
      </w:r>
    </w:p>
    <w:p>
      <w:r>
        <w:t>وهذا التمثيل هو الذي تؤخذ منه القياسات الفقهية في زماننا هذا</w:t>
      </w:r>
    </w:p>
    <w:p>
      <w:r>
        <w:t>قياسات الفقهية طبعا عند العامة</w:t>
      </w:r>
    </w:p>
    <w:p>
      <w:r>
        <w:t>ومن اصحاب الخطابة من يطرح التمثيل ويزيفه ويقتصر على الضمير خاصة</w:t>
      </w:r>
    </w:p>
    <w:p>
      <w:r>
        <w:t>يعني يقول مم بعض علماء هذا الفن او ممن يمارس الخطابة لا يهتم بالتمثيل ويركز فقط على قياس الاستنباطي الذي هو الضمير</w:t>
      </w:r>
    </w:p>
    <w:p>
      <w:r>
        <w:t>قال والقياس الظني لا يكون منتجا في الحقيقة</w:t>
      </w:r>
    </w:p>
    <w:p>
      <w:r>
        <w:t>لان ليس قياسا برهانيا</w:t>
      </w:r>
    </w:p>
    <w:p>
      <w:r>
        <w:t>نعم</w:t>
      </w:r>
    </w:p>
    <w:p>
      <w:r>
        <w:t>ما عندنا اليقين بان الصفة صفة يعني الحد الاوسط</w:t>
      </w:r>
    </w:p>
    <w:p>
      <w:r>
        <w:t>الذي يورث الاكبر للاصغر انه عرضي ذاتي</w:t>
      </w:r>
    </w:p>
    <w:p>
      <w:r>
        <w:t>كم آآ موجبتين في الشكل الثاني</w:t>
      </w:r>
    </w:p>
    <w:p>
      <w:r>
        <w:t>ويسمى رواصم هذا من حيث الصورة</w:t>
      </w:r>
    </w:p>
    <w:p>
      <w:r>
        <w:t>كموجبة في الشكل الثاني هذا من حيث الصورة وليس من المادة</w:t>
      </w:r>
    </w:p>
    <w:p>
      <w:r>
        <w:t>الشكل الثاني قياس من شروطه الاختلاف في الكيف</w:t>
      </w:r>
    </w:p>
    <w:p>
      <w:r>
        <w:t>يعني مقدمة وموجبة</w:t>
      </w:r>
    </w:p>
    <w:p>
      <w:r>
        <w:t>ومقدمة سالبة</w:t>
      </w:r>
    </w:p>
    <w:p>
      <w:r>
        <w:t>وينتج سالبة مطلقا</w:t>
      </w:r>
    </w:p>
    <w:p>
      <w:r>
        <w:t>قد يستخدم الخطيب قياس من الشكل الثاني في في شكله فقط واما في الشرط لا يعني الصغرى موجبة والكبرى موجبة</w:t>
      </w:r>
    </w:p>
    <w:p>
      <w:r>
        <w:t>نعم</w:t>
      </w:r>
    </w:p>
    <w:p>
      <w:r>
        <w:t>اذا كان الامر كذلك يسمى رواصم والتمثيل قد يكون خاليا عن الجامع</w:t>
      </w:r>
    </w:p>
    <w:p>
      <w:r>
        <w:t>يعني الخصوصية التي يتصل بها الف كجزئي</w:t>
      </w:r>
    </w:p>
    <w:p>
      <w:r>
        <w:t>ونريد نسريها الى باء الجامع غير موجود</w:t>
      </w:r>
    </w:p>
    <w:p>
      <w:r>
        <w:t>يعني ملاك التسلية غير موجود</w:t>
      </w:r>
    </w:p>
    <w:p>
      <w:r>
        <w:t>فلا يفيد اليقين بل يفيد الخطأ</w:t>
      </w:r>
    </w:p>
    <w:p>
      <w:r>
        <w:t>نعم</w:t>
      </w:r>
    </w:p>
    <w:p>
      <w:r>
        <w:t>والتمثيل قد يكون قد يكون خاليا من الجمع</w:t>
      </w:r>
    </w:p>
    <w:p>
      <w:r>
        <w:t>لان الجامع اذا احرزناه مسيرة يقينية</w:t>
      </w:r>
    </w:p>
    <w:p>
      <w:r>
        <w:t>وقد يكون الاستقراء فيه ايضا</w:t>
      </w:r>
    </w:p>
    <w:p>
      <w:r>
        <w:t>ويقنع بجزئيات كثيرة</w:t>
      </w:r>
    </w:p>
    <w:p>
      <w:r>
        <w:t>يعني القياس الاستقراء فيه ايضا</w:t>
      </w:r>
    </w:p>
    <w:p>
      <w:r>
        <w:t>يعني يكون في القياس الظني الذي يفيد الظن فقط ويقنع بجزئيات كثيرة</w:t>
      </w:r>
    </w:p>
    <w:p>
      <w:r>
        <w:t>نعم</w:t>
      </w:r>
    </w:p>
    <w:p>
      <w:r>
        <w:t>تخيل انت في خطاب مع جمهور تقول له فلان اعطوا له سكن سكنا</w:t>
      </w:r>
    </w:p>
    <w:p>
      <w:r>
        <w:t>للدولة فلان فلان تخيل انت الف واحد في المدينة عطاوها سكن</w:t>
      </w:r>
    </w:p>
    <w:p>
      <w:r>
        <w:t>المخاطب الذي يسمعك يقتنع</w:t>
      </w:r>
    </w:p>
    <w:p>
      <w:r>
        <w:t>يذهب الى البلدية او المحافظة اعطوني سكن يقولون هذا السكن له دخل خاص ادنى مثلا من ميتين دولار</w:t>
      </w:r>
    </w:p>
    <w:p>
      <w:r>
        <w:t>انت عندك الف دولار دخلك لا ما يمسك القانون</w:t>
      </w:r>
    </w:p>
    <w:p>
      <w:r>
        <w:t>اذا الاستقراء الذي اعتمد على الكثرة بدون نهاك واقعي</w:t>
      </w:r>
    </w:p>
    <w:p>
      <w:r>
        <w:t>آآ قد ولكن لا يفيد الحقيقة ابدا يقنع لانه كثرة</w:t>
      </w:r>
    </w:p>
    <w:p>
      <w:r>
        <w:t>الوهم يتبع الكثرة لا يتبع الملاك ولا يحسن كشف الملك</w:t>
      </w:r>
    </w:p>
    <w:p>
      <w:r>
        <w:t>نعم</w:t>
      </w:r>
    </w:p>
    <w:p>
      <w:r>
        <w:t>والتوبيخ فيها كالخلف</w:t>
      </w:r>
    </w:p>
    <w:p>
      <w:r>
        <w:t>توبيخ في في في الخطابة كالخلف في العقيسة</w:t>
      </w:r>
    </w:p>
    <w:p>
      <w:r>
        <w:t>قياس الخلف تنتقل من النقف</w:t>
      </w:r>
    </w:p>
    <w:p>
      <w:r>
        <w:t>والمقدمة التي من شأنها ان تصير اه جزءا يثبت فيه موضوع وينبغي الا يكون دقيقا علميا دقيقا علميا ولا واضحا عن ذكره غنى</w:t>
      </w:r>
    </w:p>
    <w:p>
      <w:r>
        <w:t>والمقدمة التي من شأنها ان تصير جزء يثبت فيه موضوع يعني جزء من القياس من شأنه ان تصير جزءا في القياس يثبت فيها موضوع يعني انها موضوع ما يريد ان يدلل عليه يريد ان يقلع الجمهور به وينبغي ان لا يكون دقيقا علميا لان المخاطب ليس بالدقيق العلمي ابدا لا يمشي معه ينام</w:t>
      </w:r>
    </w:p>
    <w:p>
      <w:r>
        <w:t>ولا واضحا عن ذكره غنى</w:t>
      </w:r>
    </w:p>
    <w:p>
      <w:r>
        <w:t>واضح واضح</w:t>
      </w:r>
    </w:p>
    <w:p>
      <w:r>
        <w:t>الخطيب ماذا يحكي? يحكي عن عن الصلاة واجبة</w:t>
      </w:r>
    </w:p>
    <w:p>
      <w:r>
        <w:t>واضحة عند الجمهور</w:t>
      </w:r>
    </w:p>
    <w:p>
      <w:r>
        <w:t>اقول لما بينا انه ان يستعمل في الخطاب ما ينتج بحسب الظن نعم</w:t>
      </w:r>
    </w:p>
    <w:p>
      <w:r>
        <w:t>هي ظنية اقناعية</w:t>
      </w:r>
    </w:p>
    <w:p>
      <w:r>
        <w:t>وان كان عقيما بحسب الحقيقة وان كان هالظن لان الظن هذا لا يفيد شيئا</w:t>
      </w:r>
    </w:p>
    <w:p>
      <w:r>
        <w:t>امن كان استنتاج الموجبت في الشكل الثاني</w:t>
      </w:r>
    </w:p>
    <w:p>
      <w:r>
        <w:t>هذا هو الرواسب</w:t>
      </w:r>
    </w:p>
    <w:p>
      <w:r>
        <w:t>رواصم مصطلح رواسب</w:t>
      </w:r>
    </w:p>
    <w:p>
      <w:r>
        <w:t>هل الشكل الثاني من موجبات الله? موجبة وسالبة</w:t>
      </w:r>
    </w:p>
    <w:p>
      <w:r>
        <w:t>وينتج دائما سالبة</w:t>
      </w:r>
    </w:p>
    <w:p>
      <w:r>
        <w:t>هنا يخالف صوننة القياس</w:t>
      </w:r>
    </w:p>
    <w:p>
      <w:r>
        <w:t>وينتج</w:t>
      </w:r>
    </w:p>
    <w:p>
      <w:r>
        <w:t>المهم امكن استنتاج الموجبتين في الشكل الثاني كما تقول فلان اصفر فهو وجل</w:t>
      </w:r>
    </w:p>
    <w:p>
      <w:r>
        <w:t>يعني خائف</w:t>
      </w:r>
    </w:p>
    <w:p>
      <w:r>
        <w:t>وقد حذف فيه الكبرى الموجبة وهي كل وادي الاصفر من قال</w:t>
      </w:r>
    </w:p>
    <w:p>
      <w:r>
        <w:t>كل من خائف هو اصفر</w:t>
      </w:r>
    </w:p>
    <w:p>
      <w:r>
        <w:t>من من اين? انظر فلان اصفر فهو واجب وكل واجل اصفر من قال? اذا افاد الظن بالانتاج ويسمى رواصم نعم هنا المفروض اه اه نعلم الحل ياتي بالشكل الثاني</w:t>
      </w:r>
    </w:p>
    <w:p>
      <w:r>
        <w:t>نعم هو الشكل الثاني</w:t>
      </w:r>
    </w:p>
    <w:p>
      <w:r>
        <w:t>لا مو شكل ثاني</w:t>
      </w:r>
    </w:p>
    <w:p>
      <w:r>
        <w:t>كل واجب اصفر</w:t>
      </w:r>
    </w:p>
    <w:p>
      <w:r>
        <w:t>فلين كما تقول لان فلان اصفف وجه</w:t>
      </w:r>
    </w:p>
    <w:p>
      <w:r>
        <w:t>لا المفروض يأتي بالشكل الثاني</w:t>
      </w:r>
    </w:p>
    <w:p>
      <w:r>
        <w:t>لماذا جاء بالشكل الاول الحد الاوسط هو الوجه لهذا الشكل الاول</w:t>
      </w:r>
    </w:p>
    <w:p>
      <w:r>
        <w:t>مفروض يأتي بالشكل الثاني لا ادري لماذا</w:t>
      </w:r>
    </w:p>
    <w:p>
      <w:r>
        <w:t>ويسمى رواسب وهي جمع الرسوم الذي هو الرسم اي الاثر لانها ترسم في الدين حكما</w:t>
      </w:r>
    </w:p>
    <w:p>
      <w:r>
        <w:t>يعني باعتبار آآ باعتبار الحالة النفسانية او الفسادية الاسم</w:t>
      </w:r>
    </w:p>
    <w:p>
      <w:r>
        <w:t>والتمثيل قد خاليا عن الجمع اذا كان خاليا عن الجمع لا يفيد شيئا</w:t>
      </w:r>
    </w:p>
    <w:p>
      <w:r>
        <w:t>نعم</w:t>
      </w:r>
    </w:p>
    <w:p>
      <w:r>
        <w:t>اذا افاد الاغناء بالمطلوب وقد يقع الاستقراء في الخطاب كقول الظلمة قصيرة الاعمار لكون فلان وفلان وفلان وفلان</w:t>
      </w:r>
    </w:p>
    <w:p>
      <w:r>
        <w:t>مليار ظالم قصير العمر كذلك</w:t>
      </w:r>
    </w:p>
    <w:p>
      <w:r>
        <w:t>ويقنعها هنا بذكر جزئيات كثيرة</w:t>
      </w:r>
    </w:p>
    <w:p>
      <w:r>
        <w:t>وان عرف عدم استيفائها</w:t>
      </w:r>
    </w:p>
    <w:p>
      <w:r>
        <w:t>يعني هو ليس قياسا جرب كل الظلمة</w:t>
      </w:r>
    </w:p>
    <w:p>
      <w:r>
        <w:t>حتى يصل الى ان اعمارهم لان الظن واقع بالحاق الاقل بالاكثر الاغلب</w:t>
      </w:r>
    </w:p>
    <w:p>
      <w:r>
        <w:t>يعني انت تلحق الشيء بهذه الاكثر</w:t>
      </w:r>
    </w:p>
    <w:p>
      <w:r>
        <w:t>آآ المحافظة اعطت لالف آآ لكل واحد من الالف سكنا فانا تعطيني</w:t>
      </w:r>
    </w:p>
    <w:p>
      <w:r>
        <w:t>والحقل الج الاكثر وهو لا يفيد اليقين</w:t>
      </w:r>
    </w:p>
    <w:p>
      <w:r>
        <w:t>والتوبيخ في الخطابة كالخلف في البرهان</w:t>
      </w:r>
    </w:p>
    <w:p>
      <w:r>
        <w:t>قياس الخلف بينه</w:t>
      </w:r>
    </w:p>
    <w:p>
      <w:r>
        <w:t>نعم ننتقل من النقيض المدعى</w:t>
      </w:r>
    </w:p>
    <w:p>
      <w:r>
        <w:t>النقيض المدعى ونثبت له لازما</w:t>
      </w:r>
    </w:p>
    <w:p>
      <w:r>
        <w:t>هذا اللازم يكون باطلا نقيض المدعى يكون باطلا المدعى يكون صحيحا</w:t>
      </w:r>
    </w:p>
    <w:p>
      <w:r>
        <w:t>والمقدمة التي تستعمل في هذا القياس فهي موضوع</w:t>
      </w:r>
    </w:p>
    <w:p>
      <w:r>
        <w:t>وينبغي الا يكون لا يكون هنا دقيقا لان العمي يعرف الدقة العلمية لاستحاشي تعليله لماذا لا يستعمل الدقيق لاستحاش العوام منه العوام لا تعرف الدقة نعم منه نعم انا عندي حصص في قنوات وحصص للنخبة للحوزاويين والجامعيين فالكثير فقط يرى يرى يرى الحصة ولا يفهم منها شيئا انا ما عملتها للعوام العوام ما شاء الله في حصص متعددة هي الاكثر عندنا نسبة قليلة جدا للجامعيين والحوزاويين</w:t>
      </w:r>
    </w:p>
    <w:p>
      <w:r>
        <w:t>قليل النسبة ممكن حتى اثنين بالمئة لا تصل في القنوات</w:t>
      </w:r>
    </w:p>
    <w:p>
      <w:r>
        <w:t>يتصورون الامة كلها عوام</w:t>
      </w:r>
    </w:p>
    <w:p>
      <w:r>
        <w:t>فقلنا خلينا نخاطب نخاطب النخبة</w:t>
      </w:r>
    </w:p>
    <w:p>
      <w:r>
        <w:t>فهذا العامي يبقى لا يفهم لان مسائل علمية دقيقة</w:t>
      </w:r>
    </w:p>
    <w:p>
      <w:r>
        <w:t>فالدقة ليست مناسبة للعوام</w:t>
      </w:r>
    </w:p>
    <w:p>
      <w:r>
        <w:t>مناسبة فقط للنخبة</w:t>
      </w:r>
    </w:p>
    <w:p>
      <w:r>
        <w:t>والخطيب يخاطب العوام</w:t>
      </w:r>
    </w:p>
    <w:p>
      <w:r>
        <w:t>نعم</w:t>
      </w:r>
    </w:p>
    <w:p>
      <w:r>
        <w:t>اه نعم</w:t>
      </w:r>
    </w:p>
    <w:p>
      <w:r>
        <w:t>والمقدمة التي تستعمل في هذا القياس هو موضوع هذا اصطلاح</w:t>
      </w:r>
    </w:p>
    <w:p>
      <w:r>
        <w:t>وينبغي الا يكون دقيقا لماذا? لاستيحاش العوام من الدقيق</w:t>
      </w:r>
    </w:p>
    <w:p>
      <w:r>
        <w:t>ولا واضحا بينا يستغني عن ذكري لعدم الفائدة فيه</w:t>
      </w:r>
    </w:p>
    <w:p>
      <w:r>
        <w:t>هذه عبارة عن شروط موضوعية للخطابة</w:t>
      </w:r>
    </w:p>
    <w:p>
      <w:r>
        <w:t>ما ما تستنبط منها الخطاب يأتي ان شاء الله</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