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 بسم الله الرحمن الرحيم</w:t>
      </w:r>
    </w:p>
    <w:p>
      <w:r>
        <w:t>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هذه الفقرة ما تستنبط منه الخطاب</w:t>
      </w:r>
    </w:p>
    <w:p>
      <w:r>
        <w:t>هذه العناوين التي وضعها الشيخ بيدار رحمه الله قال المتن</w:t>
      </w:r>
    </w:p>
    <w:p>
      <w:r>
        <w:t>والقوانين التي تستنبط منها المواضع تسمى انواعا</w:t>
      </w:r>
    </w:p>
    <w:p>
      <w:r>
        <w:t>هذه المنطلقات وقل ما يبحث في الخطاب عن الضروريات</w:t>
      </w:r>
    </w:p>
    <w:p>
      <w:r>
        <w:t>بل يبحث في الاكثر عن الاكثريات</w:t>
      </w:r>
    </w:p>
    <w:p>
      <w:r>
        <w:t>نعم الضروريات تهتم اه بها البرهان</w:t>
      </w:r>
    </w:p>
    <w:p>
      <w:r>
        <w:t>الاكثريات هي التي تهم الخطاب</w:t>
      </w:r>
    </w:p>
    <w:p>
      <w:r>
        <w:t>لان العقل عامي في الاعم العالم في الاعم الاغلب عقل استقرائي</w:t>
      </w:r>
    </w:p>
    <w:p>
      <w:r>
        <w:t>ويعمم بسهولة</w:t>
      </w:r>
    </w:p>
    <w:p>
      <w:r>
        <w:t>يعطي الكبرى الاستقرائية في مخياله تلعب به كما تشافى يولد النتيجة بسهولة</w:t>
      </w:r>
    </w:p>
    <w:p>
      <w:r>
        <w:t>يقول الاكثريات</w:t>
      </w:r>
    </w:p>
    <w:p>
      <w:r>
        <w:t>نعم</w:t>
      </w:r>
    </w:p>
    <w:p>
      <w:r>
        <w:t>والدليل ظمير على هيئة شكل اول</w:t>
      </w:r>
    </w:p>
    <w:p>
      <w:r>
        <w:t>القضية كلها مصطلحات</w:t>
      </w:r>
    </w:p>
    <w:p>
      <w:r>
        <w:t>عندنا المصطلح الاول هو الانواع المنطلقات كالاوظاع عند الجدل</w:t>
      </w:r>
    </w:p>
    <w:p>
      <w:r>
        <w:t>والدليل ظمير على هيئة الشكل الاول</w:t>
      </w:r>
    </w:p>
    <w:p>
      <w:r>
        <w:t>لانه لا يمكن تجاوز المعايير العقلية ابدا</w:t>
      </w:r>
    </w:p>
    <w:p>
      <w:r>
        <w:t>حتى في الخطابات</w:t>
      </w:r>
    </w:p>
    <w:p>
      <w:r>
        <w:t>حتى في اللسان حتى في الشعر</w:t>
      </w:r>
    </w:p>
    <w:p>
      <w:r>
        <w:t>نعم</w:t>
      </w:r>
    </w:p>
    <w:p>
      <w:r>
        <w:t>انت ادرس النحو خلفيات منطقية وعقلية مملوءة في الدراسات النحوية والبلاغية</w:t>
      </w:r>
    </w:p>
    <w:p>
      <w:r>
        <w:t>مملوءة</w:t>
      </w:r>
    </w:p>
    <w:p>
      <w:r>
        <w:t>لماذا? لان المعايير العقلية لا يمكن ان تجاوزها في اي علم</w:t>
      </w:r>
    </w:p>
    <w:p>
      <w:r>
        <w:t>اذا تجاوزتها يعني المعنى لا ينتقل</w:t>
      </w:r>
    </w:p>
    <w:p>
      <w:r>
        <w:t>لا يتم الفهم ولا يتم النقل والانتقال آآ آآ المعرفية</w:t>
      </w:r>
    </w:p>
    <w:p>
      <w:r>
        <w:t>اذا هناك صورة في الخطاب</w:t>
      </w:r>
    </w:p>
    <w:p>
      <w:r>
        <w:t>والدليل ضمير على هيئة الشكل الاول الشكل الاول آآ من هذا الصنخ الف باء باء جيم يعطيك الف باء يعطيك الف جيم والعلامة على هيئة الشكلين الاخرين يعني الشكل الثالث والشكل الثاني</w:t>
      </w:r>
    </w:p>
    <w:p>
      <w:r>
        <w:t>مثالها فلان طاء</w:t>
      </w:r>
    </w:p>
    <w:p>
      <w:r>
        <w:t>طاف ليلا طاف ليلا طاف فعل</w:t>
      </w:r>
    </w:p>
    <w:p>
      <w:r>
        <w:t>فلان مبتدا طاف بفعل وفعل يعني جملة فعلية خبر</w:t>
      </w:r>
    </w:p>
    <w:p>
      <w:r>
        <w:t>فلان طاف ليلا</w:t>
      </w:r>
    </w:p>
    <w:p>
      <w:r>
        <w:t>ليل ظرف</w:t>
      </w:r>
    </w:p>
    <w:p>
      <w:r>
        <w:t>ظرف زمني</w:t>
      </w:r>
    </w:p>
    <w:p>
      <w:r>
        <w:t>فهو لص</w:t>
      </w:r>
    </w:p>
    <w:p>
      <w:r>
        <w:t>فلان طاف ليلا فولص</w:t>
      </w:r>
    </w:p>
    <w:p>
      <w:r>
        <w:t>فهذه فالتفرية</w:t>
      </w:r>
    </w:p>
    <w:p>
      <w:r>
        <w:t>يعني فالنتيجة</w:t>
      </w:r>
    </w:p>
    <w:p>
      <w:r>
        <w:t>فهناك قياس اين الكبرى مضمرة? وكل من طاف ليلا فهو نص فهذا الفلان لص فهو يعني فلان لص فلان آآ فلان اصفر فهو وجل وجل فلانه فلانه اصفر فهو وجل يعني خائف فلان شجاع وظالم شجعان ظلمة</w:t>
      </w:r>
    </w:p>
    <w:p>
      <w:r>
        <w:t>انظر هذه آآ الشجاع</w:t>
      </w:r>
    </w:p>
    <w:p>
      <w:r>
        <w:t>فلان شجاع وظالم فج شجعان ظلم</w:t>
      </w:r>
    </w:p>
    <w:p>
      <w:r>
        <w:t>هنا الجمع والتفصيل</w:t>
      </w:r>
    </w:p>
    <w:p>
      <w:r>
        <w:t>عن آآ تحدثنا في حالة الجمع الشجاع والظلام والظالم تكون مغالطة</w:t>
      </w:r>
    </w:p>
    <w:p>
      <w:r>
        <w:t>اذا فصلنا تكون القضية صحيحة</w:t>
      </w:r>
    </w:p>
    <w:p>
      <w:r>
        <w:t>فهنا في مغالطة</w:t>
      </w:r>
    </w:p>
    <w:p>
      <w:r>
        <w:t>هذه اذا هذه مصطلحات والمصطلحات تدل على آآ على المعاني المهم هو المعنى</w:t>
      </w:r>
    </w:p>
    <w:p>
      <w:r>
        <w:t>اذا الانواع هي المنطلقات التي ينطلق منها الخطيب في اقناع الطرف المقابل</w:t>
      </w:r>
    </w:p>
    <w:p>
      <w:r>
        <w:t>والدليل هو الشكل الأول الشكل الثاني الشكل الثالث</w:t>
      </w:r>
    </w:p>
    <w:p>
      <w:r>
        <w:t>الشكل الثاني والشكل الثالث</w:t>
      </w:r>
    </w:p>
    <w:p>
      <w:r>
        <w:t>نعم</w:t>
      </w:r>
    </w:p>
    <w:p>
      <w:r>
        <w:t>ثم اعطى الأمثلة</w:t>
      </w:r>
    </w:p>
    <w:p>
      <w:r>
        <w:t>اذا كم مصطلح? عندنا الأنواع وهي المقدمات المنطلقات</w:t>
      </w:r>
    </w:p>
    <w:p>
      <w:r>
        <w:t>وعندنا وهو الشكل الأول وعندنا العلامة يعني الشكل الثاني والشكل الثالث</w:t>
      </w:r>
    </w:p>
    <w:p>
      <w:r>
        <w:t>اذا حتى الخطيب لا لا يستغني عن الصورنة</w:t>
      </w:r>
    </w:p>
    <w:p>
      <w:r>
        <w:t>يعني المعايير المنطقية</w:t>
      </w:r>
    </w:p>
    <w:p>
      <w:r>
        <w:t>اقول القضا الكلية التي تنشعب منها مقدمات الخطابات هي القوانين التي يتوصل بها الى آآ صنعة الضمير الذي يقاس به في الخطاب على المطالب</w:t>
      </w:r>
    </w:p>
    <w:p>
      <w:r>
        <w:t>المقصودة</w:t>
      </w:r>
    </w:p>
    <w:p>
      <w:r>
        <w:t>مطالب المقصودة يعني المطالب التي يقرأ يقنع بها الخطيب غيره</w:t>
      </w:r>
    </w:p>
    <w:p>
      <w:r>
        <w:t>وهي اما ان تكون مما لا يتهيأ ان يكون بانفسها اجزاء القياس</w:t>
      </w:r>
    </w:p>
    <w:p>
      <w:r>
        <w:t>وعادتها ان يسموها في هذا الفن باسم المواضع</w:t>
      </w:r>
    </w:p>
    <w:p>
      <w:r>
        <w:t>وهي غير المواضيع التي قيلت في الجدل</w:t>
      </w:r>
    </w:p>
    <w:p>
      <w:r>
        <w:t>هناك مشهورات هنا لا ليست مشهورات هنا</w:t>
      </w:r>
    </w:p>
    <w:p>
      <w:r>
        <w:t>نعم ظنيات</w:t>
      </w:r>
    </w:p>
    <w:p>
      <w:r>
        <w:t>اذا الانواع غير الاوضاع</w:t>
      </w:r>
    </w:p>
    <w:p>
      <w:r>
        <w:t>الاوضاع في الجدل</w:t>
      </w:r>
    </w:p>
    <w:p>
      <w:r>
        <w:t>واه في الخطاب ما عندنا المشهورات</w:t>
      </w:r>
    </w:p>
    <w:p>
      <w:r>
        <w:t>برهانيات مشهورات واننا ظليات</w:t>
      </w:r>
    </w:p>
    <w:p>
      <w:r>
        <w:t>واما ان تكون مما يتهيأ ان يكون بانفسها اجزاء القياس يعني يمكن لهذه المقدمات ان تدخل في قياس خطابي ويسمى في هذا الموضوع انواعان</w:t>
      </w:r>
    </w:p>
    <w:p>
      <w:r>
        <w:t>وقل ما يبحث في الخطاب عن الضروريات</w:t>
      </w:r>
    </w:p>
    <w:p>
      <w:r>
        <w:t>كما تبحث الطبيعيات الالهيات</w:t>
      </w:r>
    </w:p>
    <w:p>
      <w:r>
        <w:t>ان هناك بحث عن الوجود</w:t>
      </w:r>
    </w:p>
    <w:p>
      <w:r>
        <w:t>بحث عن الحقيقة</w:t>
      </w:r>
    </w:p>
    <w:p>
      <w:r>
        <w:t>فالمفيد هو البرهان</w:t>
      </w:r>
    </w:p>
    <w:p>
      <w:r>
        <w:t>يعني ايه الضروريات? مقدمات ضرورية</w:t>
      </w:r>
    </w:p>
    <w:p>
      <w:r>
        <w:t>والبحث عنها انما يكون اذا كان للعوام اه مدخل فيها</w:t>
      </w:r>
    </w:p>
    <w:p>
      <w:r>
        <w:t>يعني اذا وصل الى ضروريات تمام</w:t>
      </w:r>
    </w:p>
    <w:p>
      <w:r>
        <w:t>وطبعا هذه الضروريات التي يلمسها العامي في الاعم الاغلب تنتزع من الشهود من العلم الحضوري</w:t>
      </w:r>
    </w:p>
    <w:p>
      <w:r>
        <w:t>نعم</w:t>
      </w:r>
    </w:p>
    <w:p>
      <w:r>
        <w:t>وبالجملة على نحو القضية الكلية طلبوا مما يفيد الاقناع متعذر</w:t>
      </w:r>
    </w:p>
    <w:p>
      <w:r>
        <w:t>فالخطيب لا يمشي وراء اليقين</w:t>
      </w:r>
    </w:p>
    <w:p>
      <w:r>
        <w:t>كالبرهان</w:t>
      </w:r>
    </w:p>
    <w:p>
      <w:r>
        <w:t>بل انما يبحث في الخطاب غالبا على الاكثريات</w:t>
      </w:r>
    </w:p>
    <w:p>
      <w:r>
        <w:t>نعم الاكثريات ما معنى? يعني في اقليات تقع في مقال اكثر مقابل اكثرية تنقضها وبالتالي انت في اليقين</w:t>
      </w:r>
    </w:p>
    <w:p>
      <w:r>
        <w:t>ما دام الطرف المقابل آآ حيا يتنفس فنحن لسنا في اليقينيات</w:t>
      </w:r>
    </w:p>
    <w:p>
      <w:r>
        <w:t>نعم لان اليقين في البرهانيات مضاعف ثبوت المحمول للموضوع بشروطه الخاصة ضرورة ونفي نقيض المحمول ضرورة</w:t>
      </w:r>
    </w:p>
    <w:p>
      <w:r>
        <w:t>اليقين المضاعف في الجدل وفي الخطابة الجدلي والخطيب لا يتبع اليقين يعني ولهذا يقول طلبوا اليقين مما يفيد الاقناع متعذر</w:t>
      </w:r>
    </w:p>
    <w:p>
      <w:r>
        <w:t>بل انما يبحث في الخطاب غالبا عن الاكثريات</w:t>
      </w:r>
    </w:p>
    <w:p>
      <w:r>
        <w:t>اذا فسر لك النوع النوع هو المقدمات التي تقع في قياس الخطاب قياس الخطابة بينه بالدليل والدليل ظمير على هيئة الشكل الاول كما تقول فلان يطوف ليلا</w:t>
      </w:r>
    </w:p>
    <w:p>
      <w:r>
        <w:t>سور القياس</w:t>
      </w:r>
    </w:p>
    <w:p>
      <w:r>
        <w:t>فهو لص نتيجة سريعا</w:t>
      </w:r>
    </w:p>
    <w:p>
      <w:r>
        <w:t>اه سريعة تخرج</w:t>
      </w:r>
    </w:p>
    <w:p>
      <w:r>
        <w:t>اين الكبرى مطوية نعم وتقديره فلان يطوف ليلا وكل من يطوف ليلا فولس</w:t>
      </w:r>
    </w:p>
    <w:p>
      <w:r>
        <w:t>اذا قلنا الكبرى تظمر ولهذا يقول ظمير على ايش ؟ شهيئة شيك الاولى يعني الكبرى مخفية اظمارها يعني اخفاها</w:t>
      </w:r>
    </w:p>
    <w:p>
      <w:r>
        <w:t>هذا هو الدليل</w:t>
      </w:r>
    </w:p>
    <w:p>
      <w:r>
        <w:t>اذا الخطاب في الاعم في الاعم الاغلب في قياس الضمير</w:t>
      </w:r>
    </w:p>
    <w:p>
      <w:r>
        <w:t>آآ يخفي فاعل المعرفي او الناشط سواء كان خطيبا مجادلا</w:t>
      </w:r>
    </w:p>
    <w:p>
      <w:r>
        <w:t>نعم</w:t>
      </w:r>
    </w:p>
    <w:p>
      <w:r>
        <w:t>الفاعل المعرفي الذي يولد نتائج ينقلها الى طرف المقابل</w:t>
      </w:r>
    </w:p>
    <w:p>
      <w:r>
        <w:t>دائما يخفي الكبرى</w:t>
      </w:r>
    </w:p>
    <w:p>
      <w:r>
        <w:t>اين هي الانتاج ليس الصورة</w:t>
      </w:r>
    </w:p>
    <w:p>
      <w:r>
        <w:t>يخليها في الخفاء حتى يغالط او لانها بديهية كثيرة</w:t>
      </w:r>
    </w:p>
    <w:p>
      <w:r>
        <w:t>اذا الدليل في المصطلح ما هو? قياس في صورة الشكل الأول اضمرت كبره</w:t>
      </w:r>
    </w:p>
    <w:p>
      <w:r>
        <w:t>والعلامة ما هي? ضمير على هيئة الشكلين الآخرين? يعني الشكل الثاني</w:t>
      </w:r>
    </w:p>
    <w:p>
      <w:r>
        <w:t>والشكل الثالث</w:t>
      </w:r>
    </w:p>
    <w:p>
      <w:r>
        <w:t>كقولنا فلان اصفر</w:t>
      </w:r>
    </w:p>
    <w:p>
      <w:r>
        <w:t>في في المتن نعم فلان اه انا قرأت فلان ويا فلان فلان اصفر القياس نعم واضحة جدا</w:t>
      </w:r>
    </w:p>
    <w:p>
      <w:r>
        <w:t>فلان اصفر هذه الصغرى</w:t>
      </w:r>
    </w:p>
    <w:p>
      <w:r>
        <w:t>والوجه الاصفر</w:t>
      </w:r>
    </w:p>
    <w:p>
      <w:r>
        <w:t>انظر اصفر الحد الاوسط</w:t>
      </w:r>
    </w:p>
    <w:p>
      <w:r>
        <w:t>محمول في المقدمة ما معنى? معناه اننا في هيئة الشكل الثاني هل هو هذا الشكل الثاني حقيقي? لا</w:t>
      </w:r>
    </w:p>
    <w:p>
      <w:r>
        <w:t>مثل القياس المظمر مغالطة يغالط في اي هيئة</w:t>
      </w:r>
    </w:p>
    <w:p>
      <w:r>
        <w:t>يأتي بهيئة الشكل الثاني</w:t>
      </w:r>
    </w:p>
    <w:p>
      <w:r>
        <w:t>يعني في مقدمة صغرى مقدمة كبرى المحمول محمول في المقدمة آآ الحد الاوسط محمول في المقدمة في هيئة القياس الشكل الثاني الصحيح بالايجاب والسر هنا لا كلاهما موجبة انظر فلان اصفر لحد الحد الاوسط ما هو اصفر</w:t>
      </w:r>
    </w:p>
    <w:p>
      <w:r>
        <w:t>والوجه الاصفر</w:t>
      </w:r>
    </w:p>
    <w:p>
      <w:r>
        <w:t>هذا غير منتج من حيث الهيئة</w:t>
      </w:r>
    </w:p>
    <w:p>
      <w:r>
        <w:t>نعم</w:t>
      </w:r>
    </w:p>
    <w:p>
      <w:r>
        <w:t>فماذا تقول? الاصفر يختفي</w:t>
      </w:r>
    </w:p>
    <w:p>
      <w:r>
        <w:t>فتقول فلان وجل</w:t>
      </w:r>
    </w:p>
    <w:p>
      <w:r>
        <w:t>لا</w:t>
      </w:r>
    </w:p>
    <w:p>
      <w:r>
        <w:t>لا ملازمة بين قد يكون دا لون اصفر للمرض نعم</w:t>
      </w:r>
    </w:p>
    <w:p>
      <w:r>
        <w:t>وكقولنا فلان شجاع وظالم</w:t>
      </w:r>
    </w:p>
    <w:p>
      <w:r>
        <w:t>فالشجعان ظلم</w:t>
      </w:r>
    </w:p>
    <w:p>
      <w:r>
        <w:t>وتقديره فلان شجاع فلان ظالم</w:t>
      </w:r>
    </w:p>
    <w:p>
      <w:r>
        <w:t>هذا الشكل الشكل الثاني</w:t>
      </w:r>
    </w:p>
    <w:p>
      <w:r>
        <w:t>المزيف</w:t>
      </w:r>
    </w:p>
    <w:p>
      <w:r>
        <w:t>من حيث الصورة بيناه وكقولنا فلان شجاع وظالم</w:t>
      </w:r>
    </w:p>
    <w:p>
      <w:r>
        <w:t>فالشجعان ظلمة</w:t>
      </w:r>
    </w:p>
    <w:p>
      <w:r>
        <w:t>هنا مفروض يكون اه شجاف فلان ظالم</w:t>
      </w:r>
    </w:p>
    <w:p>
      <w:r>
        <w:t>في المتن فلان شجاع وظالمون</w:t>
      </w:r>
    </w:p>
    <w:p>
      <w:r>
        <w:t>الشجعان ظلمة</w:t>
      </w:r>
    </w:p>
    <w:p>
      <w:r>
        <w:t>نعم</w:t>
      </w:r>
    </w:p>
    <w:p>
      <w:r>
        <w:t>فلان ش وظالم فالشجعان ظلم</w:t>
      </w:r>
    </w:p>
    <w:p>
      <w:r>
        <w:t>هذه فالنتيجة</w:t>
      </w:r>
    </w:p>
    <w:p>
      <w:r>
        <w:t>اذا الحد الاوسط ما هو? لان الشكل الثالث في صورته الحد الاوسط يكون موضوعا في النتيجة</w:t>
      </w:r>
    </w:p>
    <w:p>
      <w:r>
        <w:t>في المقدمتين والنتيجة تكون دائما جزئية دائما جزئية في الشكل الثالث</w:t>
      </w:r>
    </w:p>
    <w:p>
      <w:r>
        <w:t>لماذا? لاحتمال ان يكون الحد الاوسط اعم من المحمول</w:t>
      </w:r>
    </w:p>
    <w:p>
      <w:r>
        <w:t>فالمؤمن هو الجزئية الكلي</w:t>
      </w:r>
    </w:p>
    <w:p>
      <w:r>
        <w:t>هذا هو سر انتاج الجزئية في الشكل الثالث</w:t>
      </w:r>
    </w:p>
    <w:p>
      <w:r>
        <w:t>انا هنا اريد ان ابين هذا القياس في شكل ثالث المزيف</w:t>
      </w:r>
    </w:p>
    <w:p>
      <w:r>
        <w:t>فلان شجاع وظالم</w:t>
      </w:r>
    </w:p>
    <w:p>
      <w:r>
        <w:t>النتيجة الش ظلم لا ادري انا هنا يعني فيه ما فيه شكل ثالث بوضوح</w:t>
      </w:r>
    </w:p>
    <w:p>
      <w:r>
        <w:t>وتقديره فلان شجاع فلان ظالم</w:t>
      </w:r>
    </w:p>
    <w:p>
      <w:r>
        <w:t>قد تجتمع للامر الانسان يكون شجاعا ويكون آآ ظالما</w:t>
      </w:r>
    </w:p>
    <w:p>
      <w:r>
        <w:t>نعم</w:t>
      </w:r>
    </w:p>
    <w:p>
      <w:r>
        <w:t>ما في تضاد بين الشجاعة والظلم</w:t>
      </w:r>
    </w:p>
    <w:p>
      <w:r>
        <w:t>المهم هنا الشكل الثالث انا لم يتبين لي نعم</w:t>
      </w:r>
    </w:p>
    <w:p>
      <w:r>
        <w:t>لان الشكل الثالث هكذا اه باء الف باء جيم</w:t>
      </w:r>
    </w:p>
    <w:p>
      <w:r>
        <w:t>باء الحد الاوسط موضوع في المقدمة</w:t>
      </w:r>
    </w:p>
    <w:p>
      <w:r>
        <w:t>باعتباره قد يكون عملا محمول فالنتيجة بين جيم والف تكون جزئية</w:t>
      </w:r>
    </w:p>
    <w:p>
      <w:r>
        <w:t>يعني تقاطع</w:t>
      </w:r>
    </w:p>
    <w:p>
      <w:r>
        <w:t>الف مع جيم تقاطع جزئي</w:t>
      </w:r>
    </w:p>
    <w:p>
      <w:r>
        <w:t>فالنتيجة تكون دائما في الشكل الثالث جزئيا</w:t>
      </w:r>
    </w:p>
    <w:p>
      <w:r>
        <w:t>نعم</w:t>
      </w:r>
    </w:p>
    <w:p>
      <w:r>
        <w:t>المهم الخطيب يستخدم آآ الشكل ويضمر الكبرى في العموم يعني في الاستخدام الاكثري</w:t>
      </w:r>
    </w:p>
    <w:p>
      <w:r>
        <w:t>وهذا هو الدليل واذا استخدم الشكل الثاني آآ استخداما مزيفا والشكل الثالث استخدام مزيفا هذا يسمى علامة</w:t>
      </w:r>
    </w:p>
    <w:p>
      <w:r>
        <w:t>فقط هنا بيان للمصطلحات لا يهمنا انا نوعية القياس في فلان الشجاع</w:t>
      </w:r>
    </w:p>
    <w:p>
      <w:r>
        <w:t>المهم انك تفهم ان الخطيب يستخدم الشكل الثالث كذلك بطريقة صورانية مزيفة</w:t>
      </w:r>
    </w:p>
    <w:p>
      <w:r>
        <w:t>كما استخدم الشكل الثاني اه اه بمقدمتين موجبتين الشكل الثاني لا من شروطه الاساسية الاختلاف في الكيف</w:t>
      </w:r>
    </w:p>
    <w:p>
      <w:r>
        <w:t>ولهذا ينتج دائما نتيجة سالبة</w:t>
      </w:r>
    </w:p>
    <w:p>
      <w:r>
        <w:t>نعم</w:t>
      </w:r>
    </w:p>
    <w:p>
      <w:r>
        <w:t>تقول الف باء جيم ليس باء</w:t>
      </w:r>
    </w:p>
    <w:p>
      <w:r>
        <w:t>هذا هو الشكل الثاني</w:t>
      </w:r>
    </w:p>
    <w:p>
      <w:r>
        <w:t>تأتي البينونة بين الف وجيم عندك الذات الإلهية وعندك الجسم</w:t>
      </w:r>
    </w:p>
    <w:p>
      <w:r>
        <w:t>نعم الله تعالى آآ ليس فقيرا غير مطلق</w:t>
      </w:r>
    </w:p>
    <w:p>
      <w:r>
        <w:t>والجسم فقير للحيز</w:t>
      </w:r>
    </w:p>
    <w:p>
      <w:r>
        <w:t>اذا عندنا صفة ذاتية للجسم هي الفقر فقر للتحيز يعني متحيز فقير</w:t>
      </w:r>
    </w:p>
    <w:p>
      <w:r>
        <w:t>يحتاج الى متحيز</w:t>
      </w:r>
    </w:p>
    <w:p>
      <w:r>
        <w:t>والواجب عنده صفة ذاتية الغنى المطلق</w:t>
      </w:r>
    </w:p>
    <w:p>
      <w:r>
        <w:t>ما في تسانخ بين الغنى المطلق والفقر</w:t>
      </w:r>
    </w:p>
    <w:p>
      <w:r>
        <w:t>فاذا ما في تسالق بين الذات الالهية والجسم</w:t>
      </w:r>
    </w:p>
    <w:p>
      <w:r>
        <w:t>فتقول الله ليس بجسم</w:t>
      </w:r>
    </w:p>
    <w:p>
      <w:r>
        <w:t>النتيجة دائما تكون ماذا? سلبية</w:t>
      </w:r>
    </w:p>
    <w:p>
      <w:r>
        <w:t>آآ الحد الاوسط واحد</w:t>
      </w:r>
    </w:p>
    <w:p>
      <w:r>
        <w:t>تقول الله غني والجسم فقير ليس بغني</w:t>
      </w:r>
    </w:p>
    <w:p>
      <w:r>
        <w:t>الفقير يعني ليس بغني</w:t>
      </w:r>
    </w:p>
    <w:p>
      <w:r>
        <w:t>نعم</w:t>
      </w:r>
    </w:p>
    <w:p>
      <w:r>
        <w:t>او تعكس القضية تقول الله ليس بفقير والجسم فقير فقير الى حيز</w:t>
      </w:r>
    </w:p>
    <w:p>
      <w:r>
        <w:t>لا كذلك</w:t>
      </w:r>
    </w:p>
    <w:p>
      <w:r>
        <w:t>المهم النتيجة تكون دائما سلبية في الشكل الثاني</w:t>
      </w:r>
    </w:p>
    <w:p>
      <w:r>
        <w:t>فالله ليس بالجسم</w:t>
      </w:r>
    </w:p>
    <w:p>
      <w:r>
        <w:t>نعم</w:t>
      </w:r>
    </w:p>
    <w:p>
      <w:r>
        <w:t>قال والرأي مصطلح رابع الأنواع هي المنطلقات التي تكون في الأقيس الخطابية الدليل هو استخدام الشكل الأول بإظمار الكبرى العلامة هي هو استخدام القياس من الشكل الثاني مزيف والقياس من الشكل الثالث الشكل الثالث مزيف</w:t>
      </w:r>
    </w:p>
    <w:p>
      <w:r>
        <w:t>الاصطلاح الرابع هو الرأي</w:t>
      </w:r>
    </w:p>
    <w:p>
      <w:r>
        <w:t>قال والرأي قضية الكلية ينتفع بها في العمليات</w:t>
      </w:r>
    </w:p>
    <w:p>
      <w:r>
        <w:t>يعني في الاقناعيات</w:t>
      </w:r>
    </w:p>
    <w:p>
      <w:r>
        <w:t>ويستعمل مهم مهملا يعني انتفى الصور</w:t>
      </w:r>
    </w:p>
    <w:p>
      <w:r>
        <w:t>نعم</w:t>
      </w:r>
    </w:p>
    <w:p>
      <w:r>
        <w:t>ما نعرف نحن الان في دائرة دائرة اوسع امثال دائرة اضيق</w:t>
      </w:r>
    </w:p>
    <w:p>
      <w:r>
        <w:t>وفي اه في الغيبة الاخلاقية دائما الناس تغتاب في هذا هذه المغالطة</w:t>
      </w:r>
    </w:p>
    <w:p>
      <w:r>
        <w:t>يأتون بقضية آآ بقضية مهملة</w:t>
      </w:r>
    </w:p>
    <w:p>
      <w:r>
        <w:t>نعم</w:t>
      </w:r>
    </w:p>
    <w:p>
      <w:r>
        <w:t>حتى لا يشخص يشخص الشخص</w:t>
      </w:r>
    </w:p>
    <w:p>
      <w:r>
        <w:t>مع ان الغيبة ما عندها علاقة كرذيلة اخلاقية ما عندها علاقة الها علاقة بالنية</w:t>
      </w:r>
    </w:p>
    <w:p>
      <w:r>
        <w:t>نعم</w:t>
      </w:r>
    </w:p>
    <w:p>
      <w:r>
        <w:t>والرأي قضية كلية ينتفع بهذه القضية في العمليات الاقناعية ويستعمل نعم مهملا المفروض يقول وتستعمل لأن الحديث عن القضية او الرأي ويستعمل مهملا كقولنا الأصدقاء ناصحون نعم الأصدقاء ناصحون وربما كان شنيعا ويكتسب بمقارنة حمل كما يقال لا تكن فاض فاضلا لان لا تحسد</w:t>
      </w:r>
    </w:p>
    <w:p>
      <w:r>
        <w:t>هذا هو بموقرة حمد</w:t>
      </w:r>
    </w:p>
    <w:p>
      <w:r>
        <w:t>نعم</w:t>
      </w:r>
    </w:p>
    <w:p>
      <w:r>
        <w:t>لا تكن فاضلا لان لا تحسد</w:t>
      </w:r>
    </w:p>
    <w:p>
      <w:r>
        <w:t>لا تكن فاضلا يعني لا تبرز فضيلة او فضائلك</w:t>
      </w:r>
    </w:p>
    <w:p>
      <w:r>
        <w:t>لان لا تحسد</w:t>
      </w:r>
    </w:p>
    <w:p>
      <w:r>
        <w:t>لان لا تحسد تعليم</w:t>
      </w:r>
    </w:p>
    <w:p>
      <w:r>
        <w:t>نعم هكذا يعني اه فلان يبرز فضائله وكل من يبرز فضائله يحسد فلان يحسد</w:t>
      </w:r>
    </w:p>
    <w:p>
      <w:r>
        <w:t>اذا هذا هو الرأي</w:t>
      </w:r>
    </w:p>
    <w:p>
      <w:r>
        <w:t>نعم</w:t>
      </w:r>
    </w:p>
    <w:p>
      <w:r>
        <w:t>والامثلة نافعة في الخطاب</w:t>
      </w:r>
    </w:p>
    <w:p>
      <w:r>
        <w:t>لماذا? لان العوام يتحركون في في الوهم يعني في الامثلة</w:t>
      </w:r>
    </w:p>
    <w:p>
      <w:r>
        <w:t>هذا هو السر وهي اما شواهد مشهورة حكايات او ابعضها او مخترعات غير ممكنة</w:t>
      </w:r>
    </w:p>
    <w:p>
      <w:r>
        <w:t>كما يوضع على السنة العجم من الحيوانات كتاب آآ كلينة ودمنة او ممكنة يخترعها الخطيب او ابيات شعرية</w:t>
      </w:r>
    </w:p>
    <w:p>
      <w:r>
        <w:t>ممكن كاينة يعني امور يمكن ان تتحقق يخترعها يخترعها الخطيب</w:t>
      </w:r>
    </w:p>
    <w:p>
      <w:r>
        <w:t>في اقناعه او لا مرة تكون اه مخترعات غير ممكنة</w:t>
      </w:r>
    </w:p>
    <w:p>
      <w:r>
        <w:t>لغرض عقلاء عند الخطيب لاقناع الطرف الطرف المقابل الان في هذا الشعر العمودي الذي خرج عن حكومة القافية وما اشبه ذلك موازين الشعر القديم يركز على هذه اه على هذه القاعدة مختارات غير ممكنة</w:t>
      </w:r>
    </w:p>
    <w:p>
      <w:r>
        <w:t>انت تراها اه استعارات غير ممكنة</w:t>
      </w:r>
    </w:p>
    <w:p>
      <w:r>
        <w:t>الى انه هو يقصد منها شيء اخر</w:t>
      </w:r>
    </w:p>
    <w:p>
      <w:r>
        <w:t>نعم</w:t>
      </w:r>
    </w:p>
    <w:p>
      <w:r>
        <w:t>كثيرة في الشعر وهي التي اعطت الجمال لشعر العمود</w:t>
      </w:r>
    </w:p>
    <w:p>
      <w:r>
        <w:t>نعم</w:t>
      </w:r>
    </w:p>
    <w:p>
      <w:r>
        <w:t>تفتيق المقولة والتضاد</w:t>
      </w:r>
    </w:p>
    <w:p>
      <w:r>
        <w:t>والتناقض</w:t>
      </w:r>
    </w:p>
    <w:p>
      <w:r>
        <w:t>نعم</w:t>
      </w:r>
    </w:p>
    <w:p>
      <w:r>
        <w:t>هذا المتن</w:t>
      </w:r>
    </w:p>
    <w:p>
      <w:r>
        <w:t>كلام العلامة الحين اللي يشرح العلامة الح اقول الرأي قضية كلية نافعة في العمليات يعني في الاقناعيات</w:t>
      </w:r>
    </w:p>
    <w:p>
      <w:r>
        <w:t>كقولنا الاصدقاء ناصحون انظر لم يأت بالسور لا كل ولا بعض</w:t>
      </w:r>
    </w:p>
    <w:p>
      <w:r>
        <w:t>ويستعمل مهملا لإيهام الكلية</w:t>
      </w:r>
    </w:p>
    <w:p>
      <w:r>
        <w:t>انظر لإيهام الكل اذا في مغالطة نعم هو يأتي بها آآ مهملة ولهام الكلية فهو يغتاب الكل الا انه يأتي بقضية مهملة نعم واخفاء الكذب نعم يعني هنا عيبان ايهام الكلية الاصدقاء الناصحون ماذا يقصد هو الخطيب? كل الاصدقاء ناصحون ليس كذلك</w:t>
      </w:r>
    </w:p>
    <w:p>
      <w:r>
        <w:t>عندك صديق يخاف</w:t>
      </w:r>
    </w:p>
    <w:p>
      <w:r>
        <w:t>يخاف انك انت تمنحه من من العطاء</w:t>
      </w:r>
    </w:p>
    <w:p>
      <w:r>
        <w:t>انت تعطيه كريم وتعطي نصحك تخاف انت يعني ردة الفعل وتمنحه العطاء ما ينصح</w:t>
      </w:r>
    </w:p>
    <w:p>
      <w:r>
        <w:t>صديق عزيز وما ينصح</w:t>
      </w:r>
    </w:p>
    <w:p>
      <w:r>
        <w:t>اذا من اين هذه الكلية? كلية مزيفة</w:t>
      </w:r>
    </w:p>
    <w:p>
      <w:r>
        <w:t>نعم</w:t>
      </w:r>
    </w:p>
    <w:p>
      <w:r>
        <w:t>ولهذا يقولون علماء المنطق يقولون المهملات في قوة الجزئية</w:t>
      </w:r>
    </w:p>
    <w:p>
      <w:r>
        <w:t>ولا تفيدوا الاصدقاء ناصحون منطقيا يعني بعض الاصدقاء نصحوا ويستعملوا مهملا لاي حكمة لحكمتين ايهام الكلية وهي لا تفيد الكلية المهملة تفيد الجزئية واخفاء الكذب اذ لو عمم يعني قال كل الاصدقاء الناصحون لم يقرأ به لوجود التخلف</w:t>
      </w:r>
    </w:p>
    <w:p>
      <w:r>
        <w:t>لوجود التخلف يعني العامي سريعا يقول لا انا عندي صديق اصلا ولا مرة ينصحني</w:t>
      </w:r>
    </w:p>
    <w:p>
      <w:r>
        <w:t>سريع يجيب العامي يفهم</w:t>
      </w:r>
    </w:p>
    <w:p>
      <w:r>
        <w:t>نعم ولهذا يخفي الكلية</w:t>
      </w:r>
    </w:p>
    <w:p>
      <w:r>
        <w:t>الكلية الصورية طبعا</w:t>
      </w:r>
    </w:p>
    <w:p>
      <w:r>
        <w:t>يأتي بالاهمال</w:t>
      </w:r>
    </w:p>
    <w:p>
      <w:r>
        <w:t>اهمال يعني ما فيه سور في القضية</w:t>
      </w:r>
    </w:p>
    <w:p>
      <w:r>
        <w:t>الاصدقاء ناصحون ما فيه لا كل الاصدقاء ناصحون ولا بعض الاصدقاء ناصحون</w:t>
      </w:r>
    </w:p>
    <w:p>
      <w:r>
        <w:t>وربما كان شنيعا اذا الفرج نعم اذا انفرد يعني لوحده واذا قرأ قرن بغيره صار محمودا كقولنا لا تكن فاضلا شنيعا يعني يصح يعني العامي يقبل لك تقولو لا تكن شريفا لعامي لا شريفا يعني كن رذينا كن حقيرا ما يقبلها لك العامة</w:t>
      </w:r>
    </w:p>
    <w:p>
      <w:r>
        <w:t>نعم</w:t>
      </w:r>
    </w:p>
    <w:p>
      <w:r>
        <w:t>فتأتي بقيد يقبلها</w:t>
      </w:r>
    </w:p>
    <w:p>
      <w:r>
        <w:t>كيف? لا تكن فاضلا</w:t>
      </w:r>
    </w:p>
    <w:p>
      <w:r>
        <w:t>لان لا تحسد</w:t>
      </w:r>
    </w:p>
    <w:p>
      <w:r>
        <w:t>في قياس</w:t>
      </w:r>
    </w:p>
    <w:p>
      <w:r>
        <w:t>ياه</w:t>
      </w:r>
    </w:p>
    <w:p>
      <w:r>
        <w:t>نعم</w:t>
      </w:r>
    </w:p>
    <w:p>
      <w:r>
        <w:t>لا تكن فاضلا لا تحسد يعني تعليل جاء بالعلة</w:t>
      </w:r>
    </w:p>
    <w:p>
      <w:r>
        <w:t>يقبل</w:t>
      </w:r>
    </w:p>
    <w:p>
      <w:r>
        <w:t>اه صحيح</w:t>
      </w:r>
    </w:p>
    <w:p>
      <w:r>
        <w:t>يخاف الحسد فلا يبرز فضيلته او لا يسعى الى الفضيلة خوفا من الحسد</w:t>
      </w:r>
    </w:p>
    <w:p>
      <w:r>
        <w:t>نعم</w:t>
      </w:r>
    </w:p>
    <w:p>
      <w:r>
        <w:t>فلانه لو حذف التعليل</w:t>
      </w:r>
    </w:p>
    <w:p>
      <w:r>
        <w:t>التعليل هو قوله لان لا تحسد</w:t>
      </w:r>
    </w:p>
    <w:p>
      <w:r>
        <w:t>لكان نهيه لا تكن فاضلا</w:t>
      </w:r>
    </w:p>
    <w:p>
      <w:r>
        <w:t>شنيعا شنيعا نعم يعني خلاف الشريعة يعني خلاف المشهور</w:t>
      </w:r>
    </w:p>
    <w:p>
      <w:r>
        <w:t>المشهور يرى ان الفضيلة آآ كنزا خيرا</w:t>
      </w:r>
    </w:p>
    <w:p>
      <w:r>
        <w:t>بهاء</w:t>
      </w:r>
    </w:p>
    <w:p>
      <w:r>
        <w:t>فانه لو حذف التعليل</w:t>
      </w:r>
    </w:p>
    <w:p>
      <w:r>
        <w:t>يعني قال لا تكن فاضلا وسكت</w:t>
      </w:r>
    </w:p>
    <w:p>
      <w:r>
        <w:t>لكان نهيه عن الفضل شنيعة خلاف ما يشتهر</w:t>
      </w:r>
    </w:p>
    <w:p>
      <w:r>
        <w:t>لكن لما علل بالحسد في قوله لئلا تحسد حمد وصار مقبولا</w:t>
      </w:r>
    </w:p>
    <w:p>
      <w:r>
        <w:t>نعم صار مقبولا</w:t>
      </w:r>
    </w:p>
    <w:p>
      <w:r>
        <w:t>لان لا تحسد يعني ركز ورسخ الفضيلة في الشخص</w:t>
      </w:r>
    </w:p>
    <w:p>
      <w:r>
        <w:t>نعم</w:t>
      </w:r>
    </w:p>
    <w:p>
      <w:r>
        <w:t>ولهذا يقول حمد وصار مقبولا عند من? عند العامة</w:t>
      </w:r>
    </w:p>
    <w:p>
      <w:r>
        <w:t>نعم</w:t>
      </w:r>
    </w:p>
    <w:p>
      <w:r>
        <w:t>والامثلة يروح الى الامثلة عند الخطيب مهمة جدا والقرآن مملوء بالامثلة</w:t>
      </w:r>
    </w:p>
    <w:p>
      <w:r>
        <w:t>والامثلة نافعة جدا في في ايقاع الظان</w:t>
      </w:r>
    </w:p>
    <w:p>
      <w:r>
        <w:t>ايقاع الظن يعني ايه الاقناع? لانها في الخطابة تجري مجرى الشهادة</w:t>
      </w:r>
    </w:p>
    <w:p>
      <w:r>
        <w:t>يعني مجرى المعاينة الشهود</w:t>
      </w:r>
    </w:p>
    <w:p>
      <w:r>
        <w:t>والامثلة اما شواهد مشهورة</w:t>
      </w:r>
    </w:p>
    <w:p>
      <w:r>
        <w:t>نعم</w:t>
      </w:r>
    </w:p>
    <w:p>
      <w:r>
        <w:t>كالحكايات عن العرب او الفرس</w:t>
      </w:r>
    </w:p>
    <w:p>
      <w:r>
        <w:t>او بعض الحكايات كالامثال</w:t>
      </w:r>
    </w:p>
    <w:p>
      <w:r>
        <w:t>او مختر اما مستحيل التحقق ممتنعة من حيث الانطولوجية كما يوضع على السنة العجماوات يعني الحيوانات من الحكايات الغريبة مثل كتاب كليلة ودمنة</w:t>
      </w:r>
    </w:p>
    <w:p>
      <w:r>
        <w:t>او ممكنة يمكن ان تتحقق</w:t>
      </w:r>
    </w:p>
    <w:p>
      <w:r>
        <w:t>يخترعها الخطيب او ابيات شعرية منقولة عن العرب او العجب لا يهم</w:t>
      </w:r>
    </w:p>
    <w:p>
      <w:r>
        <w:t>نعم</w:t>
      </w:r>
    </w:p>
    <w:p>
      <w:r>
        <w:t>اقسام الخطاب يأتي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