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 بسم الله الرحمن الرحيم وبه تعالى نستع 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 اقسام الخطاب</w:t>
      </w:r>
    </w:p>
    <w:p>
      <w:r>
        <w:t>قال والمخاطبة يعني تداول بين اثنين اما مشاورة شخص يشاورك في امر من شاور الناس شاركهم في عقولهم هذا حديث نوراني لامير المؤمنين عليه السلام</w:t>
      </w:r>
    </w:p>
    <w:p>
      <w:r>
        <w:t>والمخاطبة اما مشاورة تفيد اذنا او منعا</w:t>
      </w:r>
    </w:p>
    <w:p>
      <w:r>
        <w:t>شخص يشاورني اقول له لا تفعل</w:t>
      </w:r>
    </w:p>
    <w:p>
      <w:r>
        <w:t>هذا المنع او افعل فيها خير هذا اذن</w:t>
      </w:r>
    </w:p>
    <w:p>
      <w:r>
        <w:t>نعم</w:t>
      </w:r>
    </w:p>
    <w:p>
      <w:r>
        <w:t>واما منافرة تثبت مدحا او ذمان</w:t>
      </w:r>
    </w:p>
    <w:p>
      <w:r>
        <w:t>نعم المنافرة</w:t>
      </w:r>
    </w:p>
    <w:p>
      <w:r>
        <w:t>نعم تثبت مدحا او ذما</w:t>
      </w:r>
    </w:p>
    <w:p>
      <w:r>
        <w:t>يعني يصدر مني حديث يرتاح الطرف المقابل له انس</w:t>
      </w:r>
    </w:p>
    <w:p>
      <w:r>
        <w:t>هذا هو المدح</w:t>
      </w:r>
    </w:p>
    <w:p>
      <w:r>
        <w:t>اولى يتنفر وينقبض وهو الذنب</w:t>
      </w:r>
    </w:p>
    <w:p>
      <w:r>
        <w:t>وان مشاجرة تقتضي شكرا او شكاية او اعتذارا</w:t>
      </w:r>
    </w:p>
    <w:p>
      <w:r>
        <w:t>وهذان اه الشكاية والاعتذار</w:t>
      </w:r>
    </w:p>
    <w:p>
      <w:r>
        <w:t>نعم</w:t>
      </w:r>
    </w:p>
    <w:p>
      <w:r>
        <w:t>اما الشكر لا الشكر ما فيه خصومة</w:t>
      </w:r>
    </w:p>
    <w:p>
      <w:r>
        <w:t>اذا هذه هي اقسام الخطابة</w:t>
      </w:r>
    </w:p>
    <w:p>
      <w:r>
        <w:t>اما ان تكون في دائرة المشاورة</w:t>
      </w:r>
    </w:p>
    <w:p>
      <w:r>
        <w:t>تؤذن او تمنع تقول افعل انا في رأيي تفعل</w:t>
      </w:r>
    </w:p>
    <w:p>
      <w:r>
        <w:t>او في رأيي لا تفعل</w:t>
      </w:r>
    </w:p>
    <w:p>
      <w:r>
        <w:t>واذا امكنك التعليل فهو جميل</w:t>
      </w:r>
    </w:p>
    <w:p>
      <w:r>
        <w:t>لا تفعل للسبب الفلاني</w:t>
      </w:r>
    </w:p>
    <w:p>
      <w:r>
        <w:t>افعل لسبب الفلاني</w:t>
      </w:r>
    </w:p>
    <w:p>
      <w:r>
        <w:t>هذه دائرة</w:t>
      </w:r>
    </w:p>
    <w:p>
      <w:r>
        <w:t>الدائرة الثانية اما في دائرة المدح او في دائرة الذم</w:t>
      </w:r>
    </w:p>
    <w:p>
      <w:r>
        <w:t>المدح يورث الانس الذم يورث انكماش</w:t>
      </w:r>
    </w:p>
    <w:p>
      <w:r>
        <w:t>ويورث القابض</w:t>
      </w:r>
    </w:p>
    <w:p>
      <w:r>
        <w:t>مدح بسط وانس والذم انكماش وانقباض</w:t>
      </w:r>
    </w:p>
    <w:p>
      <w:r>
        <w:t>واما مشار وشاجرة يعني خصام</w:t>
      </w:r>
    </w:p>
    <w:p>
      <w:r>
        <w:t>نعم</w:t>
      </w:r>
    </w:p>
    <w:p>
      <w:r>
        <w:t>تقتضي شكرا اذا المشاجرة تقتضي شكرا هنا ما فيه مخاصمة</w:t>
      </w:r>
    </w:p>
    <w:p>
      <w:r>
        <w:t>الا يشكرك</w:t>
      </w:r>
    </w:p>
    <w:p>
      <w:r>
        <w:t>ليس خصيما</w:t>
      </w:r>
    </w:p>
    <w:p>
      <w:r>
        <w:t>او شكاية</w:t>
      </w:r>
    </w:p>
    <w:p>
      <w:r>
        <w:t>او اعتذارا</w:t>
      </w:r>
    </w:p>
    <w:p>
      <w:r>
        <w:t>وهذا خصاميان</w:t>
      </w:r>
    </w:p>
    <w:p>
      <w:r>
        <w:t>نعم</w:t>
      </w:r>
    </w:p>
    <w:p>
      <w:r>
        <w:t>آآ وهذان آآ انا في في تصوري هذان الضمير يعود الى الشكاية والايعاء الاعتذار</w:t>
      </w:r>
    </w:p>
    <w:p>
      <w:r>
        <w:t>لان بيدار في الحاشية يقول المتن مبهم</w:t>
      </w:r>
    </w:p>
    <w:p>
      <w:r>
        <w:t>ليس واضحا</w:t>
      </w:r>
    </w:p>
    <w:p>
      <w:r>
        <w:t>خليني العبارة بالفارسية ممكن فيه طلاب احسن مني من الفارسي</w:t>
      </w:r>
    </w:p>
    <w:p>
      <w:r>
        <w:t>ولا تضحكون من قراءتي انا</w:t>
      </w:r>
    </w:p>
    <w:p>
      <w:r>
        <w:t>المتن هنا هنا</w:t>
      </w:r>
    </w:p>
    <w:p>
      <w:r>
        <w:t>نعم</w:t>
      </w:r>
    </w:p>
    <w:p>
      <w:r>
        <w:t>دار ان جاء في اللغة الفارسية مقبولة في اللغة العربية لا المتن المتن يعني الف لام العهدية او الذكرية قوة اللغة العربية هذه الامور في الترجمة لا ترى كثير من يترجم ما المتل الفارسي ينقل الى المتن العربي</w:t>
      </w:r>
    </w:p>
    <w:p>
      <w:r>
        <w:t>ويخربط نعم</w:t>
      </w:r>
    </w:p>
    <w:p>
      <w:r>
        <w:t>الفارسي اذا تحدث الفارسي يعني من يتحدث اللغة الفارسية قد يكون التركي</w:t>
      </w:r>
    </w:p>
    <w:p>
      <w:r>
        <w:t>قد يكون عربيا خوزيستانيين</w:t>
      </w:r>
    </w:p>
    <w:p>
      <w:r>
        <w:t>قد يكون افغانيا قد يكون فارسين الاصول قد يكون كرديا المهم الناطق باللغة الفارسية</w:t>
      </w:r>
    </w:p>
    <w:p>
      <w:r>
        <w:t>يقول ما بيان كارنيب اه المترجم يقول نحن بينا</w:t>
      </w:r>
    </w:p>
    <w:p>
      <w:r>
        <w:t>كركيكة جدا بينا</w:t>
      </w:r>
    </w:p>
    <w:p>
      <w:r>
        <w:t>هو الاخت هذه الماء موجودة</w:t>
      </w:r>
    </w:p>
    <w:p>
      <w:r>
        <w:t>ما بيان كاردي? ويترجمها نحن بينا</w:t>
      </w:r>
    </w:p>
    <w:p>
      <w:r>
        <w:t>لا نحن هذه ما تحتاج بينا</w:t>
      </w:r>
    </w:p>
    <w:p>
      <w:r>
        <w:t>سلسة وجميلة</w:t>
      </w:r>
    </w:p>
    <w:p>
      <w:r>
        <w:t>انظر هنا ما لانه ما عنده هو الف لام ذكري والعهد الذكري والعهد الذهني</w:t>
      </w:r>
    </w:p>
    <w:p>
      <w:r>
        <w:t>ما عنده هذه في اللغة</w:t>
      </w:r>
    </w:p>
    <w:p>
      <w:r>
        <w:t>هذه عبقرية اللغة العربية</w:t>
      </w:r>
    </w:p>
    <w:p>
      <w:r>
        <w:t>اذا اذا قلت المتن ذهنك ينتقل الى ما ذكره المحقق التونسي</w:t>
      </w:r>
    </w:p>
    <w:p>
      <w:r>
        <w:t>ما هو? وهذان خصمي هذان يرجعان الى من? الشكاية والاعتذار تشكر</w:t>
      </w:r>
    </w:p>
    <w:p>
      <w:r>
        <w:t>لاحظت انت العربي لا الف لام الذكري والعهدي</w:t>
      </w:r>
    </w:p>
    <w:p>
      <w:r>
        <w:t>سهل لك هذه الامور</w:t>
      </w:r>
    </w:p>
    <w:p>
      <w:r>
        <w:t>اذا المتن اذا ترجمت العبارة تقول المتن هنا هذه هنا لا تحتاجها</w:t>
      </w:r>
    </w:p>
    <w:p>
      <w:r>
        <w:t>المتلو لان الف لام اما ذكرية وعادية</w:t>
      </w:r>
    </w:p>
    <w:p>
      <w:r>
        <w:t>كان ميم مبهم</w:t>
      </w:r>
    </w:p>
    <w:p>
      <w:r>
        <w:t>مبهم الى حد ما</w:t>
      </w:r>
    </w:p>
    <w:p>
      <w:r>
        <w:t>وكامل الروشن ليست ليس واضحا بتمامه</w:t>
      </w:r>
    </w:p>
    <w:p>
      <w:r>
        <w:t>بالتمام</w:t>
      </w:r>
    </w:p>
    <w:p>
      <w:r>
        <w:t>كي هذان يعني هنا المشكل ان هذان ان بين قوسين هذان بين قوسين هذان ان هذين خطأ بين قوسين لان يتحدث عن اللفظ وليس عن آآ عن هذين</w:t>
      </w:r>
    </w:p>
    <w:p>
      <w:r>
        <w:t>ان هذان يعني بين قوسين هذا الذي في المتن وهذان خصاميان</w:t>
      </w:r>
    </w:p>
    <w:p>
      <w:r>
        <w:t>اشارة به</w:t>
      </w:r>
    </w:p>
    <w:p>
      <w:r>
        <w:t>نعم يشير يعني هذا الضمير يشير الى الشكاية او الاعتذار</w:t>
      </w:r>
    </w:p>
    <w:p>
      <w:r>
        <w:t>نعم</w:t>
      </w:r>
    </w:p>
    <w:p>
      <w:r>
        <w:t>او الاشارة الى المناصرة والمشاجرة لانه في المتن ماذا قال والمخاطبة اما مشاورة تفيد اذنا او منعا او واما منافرة</w:t>
      </w:r>
    </w:p>
    <w:p>
      <w:r>
        <w:t>هذان هذا هذان هذه هذه اللفظة تشير الى ماذا? تشير الى المشاورة والمنافرة ام الشكاية والاعتذار والمشاجرة? لا نعلم</w:t>
      </w:r>
    </w:p>
    <w:p>
      <w:r>
        <w:t>نعم</w:t>
      </w:r>
    </w:p>
    <w:p>
      <w:r>
        <w:t>واما اه تشير الى المنافرة والاحتمال الثاني واحتمال قوي ايضا او اقوى نعم قويتار مينمايك نعم</w:t>
      </w:r>
    </w:p>
    <w:p>
      <w:r>
        <w:t>ولكن او كأن شارح العلام قدس سره في الشرح وهذا القسم يسمى مشاجرات وخصاميات احتمال اول راء دروس دينية يعني هو ركز على الاحتمال الاول يعني اه رجح الاول يعني رجوعها الى المشاجرة اه والا اه المشاجرات</w:t>
      </w:r>
    </w:p>
    <w:p>
      <w:r>
        <w:t>واما مشاجرة تقضي شكرا او شكاية او اعتذارا</w:t>
      </w:r>
    </w:p>
    <w:p>
      <w:r>
        <w:t>او اما تقتضي شكرا او مشاجرة تقتضي شكاية او مشاجرة تقتضي ائتذانا</w:t>
      </w:r>
    </w:p>
    <w:p>
      <w:r>
        <w:t>يعني آآ ارجعها الى ماذا? ارجعها الى المشاجرة</w:t>
      </w:r>
    </w:p>
    <w:p>
      <w:r>
        <w:t>آآ المشاجرة اسمها المشاجرات</w:t>
      </w:r>
    </w:p>
    <w:p>
      <w:r>
        <w:t>العام الحلي</w:t>
      </w:r>
    </w:p>
    <w:p>
      <w:r>
        <w:t>المهم</w:t>
      </w:r>
    </w:p>
    <w:p>
      <w:r>
        <w:t>اذا هذه هي الدوائر الخطاب</w:t>
      </w:r>
    </w:p>
    <w:p>
      <w:r>
        <w:t>ان مشاورة الخطيب يكون في دائرة المشاورة</w:t>
      </w:r>
    </w:p>
    <w:p>
      <w:r>
        <w:t>نعم يمضي او يمنع</w:t>
      </w:r>
    </w:p>
    <w:p>
      <w:r>
        <w:t>نعم</w:t>
      </w:r>
    </w:p>
    <w:p>
      <w:r>
        <w:t>يمضي يعني يأذن بالفعل</w:t>
      </w:r>
    </w:p>
    <w:p>
      <w:r>
        <w:t>او لا</w:t>
      </w:r>
    </w:p>
    <w:p>
      <w:r>
        <w:t>مناصرة تثبت مدحا او ذنبا في دائرة المدح والذم واما مشاجرة تقتضي شكرا او تقتضي شكاية او تقتضي اعتذالا</w:t>
      </w:r>
    </w:p>
    <w:p>
      <w:r>
        <w:t>وهذان خصان خلينا نشوف حديث العلامة الحلي</w:t>
      </w:r>
    </w:p>
    <w:p>
      <w:r>
        <w:t>اقول الغرض من الخطاب بحسب الأغلب هو اثبات الفضيلة والنافع</w:t>
      </w:r>
    </w:p>
    <w:p>
      <w:r>
        <w:t>او اثبات الرذيلة والضلال</w:t>
      </w:r>
    </w:p>
    <w:p>
      <w:r>
        <w:t>وبالجملة غرضه غرض الخطيب امور تنفع في مشاركة النوع مشاركة النوع يعني المجتمع المدني او تضر على وجه من الوجود تضر المجتمع المدني من وجه من حيثها من حيثيات</w:t>
      </w:r>
    </w:p>
    <w:p>
      <w:r>
        <w:t>ثم ان ذلك ان ذلك الشيء</w:t>
      </w:r>
    </w:p>
    <w:p>
      <w:r>
        <w:t>اما غير حاصل في الحال هو حاصل فيه</w:t>
      </w:r>
    </w:p>
    <w:p>
      <w:r>
        <w:t>والاول اما ان يكون قد حصل في الماضي او يحصل في المستقبل</w:t>
      </w:r>
    </w:p>
    <w:p>
      <w:r>
        <w:t>نعم</w:t>
      </w:r>
    </w:p>
    <w:p>
      <w:r>
        <w:t>فالثاني الأول وهو الذي يحصل في المستقبل من هذه الثلاثة هو مشاورة</w:t>
      </w:r>
    </w:p>
    <w:p>
      <w:r>
        <w:t>لأنه يشاورك على الإقدام وعدم الإقدام</w:t>
      </w:r>
    </w:p>
    <w:p>
      <w:r>
        <w:t>الإقدام يقتضي المستقبل</w:t>
      </w:r>
    </w:p>
    <w:p>
      <w:r>
        <w:t>وغايتها اذن وموافقة</w:t>
      </w:r>
    </w:p>
    <w:p>
      <w:r>
        <w:t>اما توافقه تقول نعم اتكل على الله شيء جميل وفيه الخير</w:t>
      </w:r>
    </w:p>
    <w:p>
      <w:r>
        <w:t>او منع وانكار نعم في نافع او ضار</w:t>
      </w:r>
    </w:p>
    <w:p>
      <w:r>
        <w:t>نعم</w:t>
      </w:r>
    </w:p>
    <w:p>
      <w:r>
        <w:t>او منع وانكار في نافع او ظال</w:t>
      </w:r>
    </w:p>
    <w:p>
      <w:r>
        <w:t>وغايتها يعني المشاورة وغايتها اذا وغاية وموافقة نعم العبارة لا ادري تعرف انتم النسخ القديمة تمر على النساخ فمر يزيد واو ومرة يحدث مرة يحذف نقطة</w:t>
      </w:r>
    </w:p>
    <w:p>
      <w:r>
        <w:t>مشكلة في المتون القديمة</w:t>
      </w:r>
    </w:p>
    <w:p>
      <w:r>
        <w:t>فثاني الاولى الذي وهو الذي يحصل في المستقبل يعني المشاورة ماذا يفعل? ماذا يفعل في المستقبل? هذا المستقبل قد يكون ساعة قد يكون آآ سنة قد يكون آآ شهرا وغايتها اذن يعني يقولوا اتكل على الله وموافقة عطف يعني ما معنى الاذن? يعني يوافق على الاقدام او منع يمنع عن الاقدام وانكار في نافع او ظار في نافع لف ونشر مرتب الناس يعود الى الاذن والموافقة يعود الى المنع والانكار</w:t>
      </w:r>
    </w:p>
    <w:p>
      <w:r>
        <w:t>لف ونشر مرتب</w:t>
      </w:r>
    </w:p>
    <w:p>
      <w:r>
        <w:t>وانما كان زمانها مستقبلا لانها انما يكون فيما ينبغي ان يفعل في المستقبل</w:t>
      </w:r>
    </w:p>
    <w:p>
      <w:r>
        <w:t>مشاورة هذه هي</w:t>
      </w:r>
    </w:p>
    <w:p>
      <w:r>
        <w:t>الانسان الذي فعل لا يشاور خلاص انتهى الامر</w:t>
      </w:r>
    </w:p>
    <w:p>
      <w:r>
        <w:t>نعم الانسان بقول الجزائريين زبلها من زبلها نعماها يعني خربها فيأتي يشاورك تقول ما معنى المشاورات لا قيمة لها اذا المشاورة دائما استقبالية</w:t>
      </w:r>
    </w:p>
    <w:p>
      <w:r>
        <w:t>نعم</w:t>
      </w:r>
    </w:p>
    <w:p>
      <w:r>
        <w:t>وانما كان مستقبلا يعني اتيا لانها انما تكون فيما ينبغي ان يفعل في المستقبل</w:t>
      </w:r>
    </w:p>
    <w:p>
      <w:r>
        <w:t>واذا كان كذلك يعني استقبالية فغرض الخطيب ان يعين الطرف الانفع من طرف الفعل والترك</w:t>
      </w:r>
    </w:p>
    <w:p>
      <w:r>
        <w:t>وذلك اما ان يفيد اذنا او منعا</w:t>
      </w:r>
    </w:p>
    <w:p>
      <w:r>
        <w:t>افعل او لا تفعل</w:t>
      </w:r>
    </w:p>
    <w:p>
      <w:r>
        <w:t>على بركة الله تعالى اولى</w:t>
      </w:r>
    </w:p>
    <w:p>
      <w:r>
        <w:t>والثالث من الثلاثة وهو الذي يكون الشيء حاصل في الحال</w:t>
      </w:r>
    </w:p>
    <w:p>
      <w:r>
        <w:t>هنا لا معنى للمشاورة</w:t>
      </w:r>
    </w:p>
    <w:p>
      <w:r>
        <w:t>فاما ان يقرر اثبات فضيلة اثبات فضيلة ونفع المخاطب او يقرر اثبات ظدهما يعني الرذيلة وعدم النفع ويسمى الاول مدحا والثاني ذمان ويسمى هذا القسم منى آآ مناف او منافرات نعم</w:t>
      </w:r>
    </w:p>
    <w:p>
      <w:r>
        <w:t>في المثل لم يأتي به نعم وقال واما مونا منافرة تثبت مدحا او ذنبا</w:t>
      </w:r>
    </w:p>
    <w:p>
      <w:r>
        <w:t>والاول من القسم الثاني وهو الذي يكون قد حصل في الماضي انتهى ليس في الحال لا في المستقبل ولا في الحال</w:t>
      </w:r>
    </w:p>
    <w:p>
      <w:r>
        <w:t>تم الفعل</w:t>
      </w:r>
    </w:p>
    <w:p>
      <w:r>
        <w:t>لا يخلو اما ان يكون نافعا او ضارا</w:t>
      </w:r>
    </w:p>
    <w:p>
      <w:r>
        <w:t>فان كان نافعا وكانت وكان تقرر وصول النفع لا يكون للمخاطب فيه نزاع لا ينازعك فيه خير</w:t>
      </w:r>
    </w:p>
    <w:p>
      <w:r>
        <w:t>نعم ويسمى هذا شكرا</w:t>
      </w:r>
    </w:p>
    <w:p>
      <w:r>
        <w:t>نعم</w:t>
      </w:r>
    </w:p>
    <w:p>
      <w:r>
        <w:t>تزوج خلاص من عائلة شريفة من بنت متدينة مؤمنة واعية</w:t>
      </w:r>
    </w:p>
    <w:p>
      <w:r>
        <w:t>نعم</w:t>
      </w:r>
    </w:p>
    <w:p>
      <w:r>
        <w:t>تقولو احسنت</w:t>
      </w:r>
    </w:p>
    <w:p>
      <w:r>
        <w:t>احسنت</w:t>
      </w:r>
    </w:p>
    <w:p>
      <w:r>
        <w:t>يقولك شكرا</w:t>
      </w:r>
    </w:p>
    <w:p>
      <w:r>
        <w:t>نعم امر ماضي</w:t>
      </w:r>
    </w:p>
    <w:p>
      <w:r>
        <w:t>نعم</w:t>
      </w:r>
    </w:p>
    <w:p>
      <w:r>
        <w:t>وان كان ضارا يكون للمخاطب فيه نعم للمخاطب او المخاطب للمخاطب آآ آآ وان كان ضارا يكون للمخاطب فيه نزاع او للمخاطب يعني فاعل الخطابة او آآ فيه نزاع لان فيه ظار</w:t>
      </w:r>
    </w:p>
    <w:p>
      <w:r>
        <w:t>يقولوا لي ماذا فعلت كذا? ماذا سويت? تورطت هذه هي هذا هو النزاع</w:t>
      </w:r>
    </w:p>
    <w:p>
      <w:r>
        <w:t>وان كان ضارا يكون للمخاطب فيه نزاع</w:t>
      </w:r>
    </w:p>
    <w:p>
      <w:r>
        <w:t>ويكون مقرر ويكون مقرر وصول الضرر شاكيا او نائيا له</w:t>
      </w:r>
    </w:p>
    <w:p>
      <w:r>
        <w:t>نائبا له</w:t>
      </w:r>
    </w:p>
    <w:p>
      <w:r>
        <w:t>نعم</w:t>
      </w:r>
    </w:p>
    <w:p>
      <w:r>
        <w:t>ويسمى تقريره شكاية</w:t>
      </w:r>
    </w:p>
    <w:p>
      <w:r>
        <w:t>والذي يدفع يدفعه الى معتذر او نائب له</w:t>
      </w:r>
    </w:p>
    <w:p>
      <w:r>
        <w:t>ويسمى دفعه عذر او اعتذارا</w:t>
      </w:r>
    </w:p>
    <w:p>
      <w:r>
        <w:t>وهذا القسم يسمى مشاجرات وخصاميات</w:t>
      </w:r>
    </w:p>
    <w:p>
      <w:r>
        <w:t>فظهر ان غاية المشوارية اذا اذن ونفع</w:t>
      </w:r>
    </w:p>
    <w:p>
      <w:r>
        <w:t>لكن على الله تعالى او لا تفعل</w:t>
      </w:r>
    </w:p>
    <w:p>
      <w:r>
        <w:t>والمشاجرية غايتها شكاية او اعتذار</w:t>
      </w:r>
    </w:p>
    <w:p>
      <w:r>
        <w:t>ظلم او بعد عن الاشياء الماضية</w:t>
      </w:r>
    </w:p>
    <w:p>
      <w:r>
        <w:t>والمناصرية غايتها مدح او ذنب</w:t>
      </w:r>
    </w:p>
    <w:p>
      <w:r>
        <w:t>ويكون لفضيلة او نقيصة</w:t>
      </w:r>
    </w:p>
    <w:p>
      <w:r>
        <w:t>الفضيلة</w:t>
      </w:r>
    </w:p>
    <w:p>
      <w:r>
        <w:t>تدور مدار المدح او المدح يدور مدار الفضيلة</w:t>
      </w:r>
    </w:p>
    <w:p>
      <w:r>
        <w:t>او نقيصة الذم يدور مدار النقيصة</w:t>
      </w:r>
    </w:p>
    <w:p>
      <w:r>
        <w:t>يخالف عليها مخالف فيخالفه في خلافه</w:t>
      </w:r>
    </w:p>
    <w:p>
      <w:r>
        <w:t>وهذه الثلاثة هي الانواع الجزئية من الخطابة</w:t>
      </w:r>
    </w:p>
    <w:p>
      <w:r>
        <w:t>يعني هذه هي الفضاءات التي يتحرك فيها الخطيب</w:t>
      </w:r>
    </w:p>
    <w:p>
      <w:r>
        <w:t>الان انت عندك الميزان</w:t>
      </w:r>
    </w:p>
    <w:p>
      <w:r>
        <w:t>نعم وجالس تحت منبره</w:t>
      </w:r>
    </w:p>
    <w:p>
      <w:r>
        <w:t>تحت منبر خطابا منبر حسيني غير حسيني</w:t>
      </w:r>
    </w:p>
    <w:p>
      <w:r>
        <w:t>فضع في دينك هذه الفضاءات</w:t>
      </w:r>
    </w:p>
    <w:p>
      <w:r>
        <w:t>اما مشورة افعل لا تفعل على بركة الله</w:t>
      </w:r>
    </w:p>
    <w:p>
      <w:r>
        <w:t>لا امتنع واما مدح وذم واما شكر او نعم الاكثر من هذا ما فيه</w:t>
      </w:r>
    </w:p>
    <w:p>
      <w:r>
        <w:t>نعم اقسموا المشوريات قال والمشوريات عظام اه يعني كثيرة</w:t>
      </w:r>
    </w:p>
    <w:p>
      <w:r>
        <w:t>كما تشتمل عليها الشرائع والسنن والسياسات</w:t>
      </w:r>
    </w:p>
    <w:p>
      <w:r>
        <w:t>وكما يتعلق بحفظ المدن يعني المجتمع المدني</w:t>
      </w:r>
    </w:p>
    <w:p>
      <w:r>
        <w:t>وامور الحرب والصلح</w:t>
      </w:r>
    </w:p>
    <w:p>
      <w:r>
        <w:t>والجمع المواد وان فاقوها من اه من القوانين</w:t>
      </w:r>
    </w:p>
    <w:p>
      <w:r>
        <w:t>وهي اما كليات اما كليات يشرعها الشارع باعطاء الاصول ثم عليك انت بالاجتهاد ان تفرغ ويتممها من يتبعه من المجتهدين الفروع هذه الكليات او جزئيات يشير فيما اخذها الواقفون عليها</w:t>
      </w:r>
    </w:p>
    <w:p>
      <w:r>
        <w:t>فيما اخذها يعني في تطبيقها في مجاليها</w:t>
      </w:r>
    </w:p>
    <w:p>
      <w:r>
        <w:t>وفي العمل بها في الاشخاص الحكام وغيرهم من مبسوطين مبسوطين يعني في في الفهم والمعرفة</w:t>
      </w:r>
    </w:p>
    <w:p>
      <w:r>
        <w:t>وغير عظام يعني ليست ذات اهمية</w:t>
      </w:r>
    </w:p>
    <w:p>
      <w:r>
        <w:t>يشير فيها الخطيب الفاطم</w:t>
      </w:r>
    </w:p>
    <w:p>
      <w:r>
        <w:t>نعم</w:t>
      </w:r>
    </w:p>
    <w:p>
      <w:r>
        <w:t>اقول المشوريات العظام هي القوانين الكلية التي يحتاج الي او يحتاج اليها كل احد كل احد فاعل يحتاج</w:t>
      </w:r>
    </w:p>
    <w:p>
      <w:r>
        <w:t>اذا ليس مبني للمجهول</w:t>
      </w:r>
    </w:p>
    <w:p>
      <w:r>
        <w:t>التي يحتاج اليها كل احد وهي اربعة</w:t>
      </w:r>
    </w:p>
    <w:p>
      <w:r>
        <w:t>كل المجتمعات تحتاج الى هذه الكليات</w:t>
      </w:r>
    </w:p>
    <w:p>
      <w:r>
        <w:t>ولهذا سماها المشواريات العظام</w:t>
      </w:r>
    </w:p>
    <w:p>
      <w:r>
        <w:t>لأول ما يتعلق بالأمور الشرعية والسنن الدينية واليها اشار بقوله كما تشتمل عليها الشرائع والسنن والسياسات ثاني ما يتعلق بمحافظة المدن المجتمع المدني وينبغي في هذا الباب ان يكون واقفا على حال البلاد السهلية والجبلية</w:t>
      </w:r>
    </w:p>
    <w:p>
      <w:r>
        <w:t>مثلا من المشوريات العظام تتصل بالمدن بالمدن</w:t>
      </w:r>
    </w:p>
    <w:p>
      <w:r>
        <w:t>رئيس الحكومة العراقي مهما كان الصين</w:t>
      </w:r>
    </w:p>
    <w:p>
      <w:r>
        <w:t>لماذا اه العراقي? لنكتفي في المثال</w:t>
      </w:r>
    </w:p>
    <w:p>
      <w:r>
        <w:t>العراق من شط العرب يعني من البصرة الى الموصل ما في جبال</w:t>
      </w:r>
    </w:p>
    <w:p>
      <w:r>
        <w:t>بعد اذا وصلنا الى الشمال والأكراد فيها جبال</w:t>
      </w:r>
    </w:p>
    <w:p>
      <w:r>
        <w:t>وهذا رئيس الحكومة يريد يقوي الجيش</w:t>
      </w:r>
    </w:p>
    <w:p>
      <w:r>
        <w:t>بميكاني هذه الماكينات الحربية</w:t>
      </w:r>
    </w:p>
    <w:p>
      <w:r>
        <w:t>عش دبابات ينفر مثلا اشترى لنفرض اشترى ميتين دبابة</w:t>
      </w:r>
    </w:p>
    <w:p>
      <w:r>
        <w:t>من امريكا من روسيا من الصين لا يهم</w:t>
      </w:r>
    </w:p>
    <w:p>
      <w:r>
        <w:t>عشرين دبابة</w:t>
      </w:r>
    </w:p>
    <w:p>
      <w:r>
        <w:t>يرسلها الى الجنوب</w:t>
      </w:r>
    </w:p>
    <w:p>
      <w:r>
        <w:t>يعني من البصرة الى الموصل ما في جبال</w:t>
      </w:r>
    </w:p>
    <w:p>
      <w:r>
        <w:t>يرسل عشرين</w:t>
      </w:r>
    </w:p>
    <w:p>
      <w:r>
        <w:t>وثمانين يرسلها الى جبال الأكراد</w:t>
      </w:r>
    </w:p>
    <w:p>
      <w:r>
        <w:t>هذا الإنسان لا يفهم شيئا في سياسة المدن</w:t>
      </w:r>
    </w:p>
    <w:p>
      <w:r>
        <w:t>لا يفهم شيء لأن الدبابة ما عندها علاقة بالجبال</w:t>
      </w:r>
    </w:p>
    <w:p>
      <w:r>
        <w:t>ما عندها علاقة بالجبال</w:t>
      </w:r>
    </w:p>
    <w:p>
      <w:r>
        <w:t>الدبابة تصعد الجبال</w:t>
      </w:r>
    </w:p>
    <w:p>
      <w:r>
        <w:t>اذا الدبابة في السهول</w:t>
      </w:r>
    </w:p>
    <w:p>
      <w:r>
        <w:t>في السهول</w:t>
      </w:r>
    </w:p>
    <w:p>
      <w:r>
        <w:t>من الموصل الى البصرة</w:t>
      </w:r>
    </w:p>
    <w:p>
      <w:r>
        <w:t>هنا مجال الدبابة</w:t>
      </w:r>
    </w:p>
    <w:p>
      <w:r>
        <w:t>يجب ان يكون خبيرا هذه الامور</w:t>
      </w:r>
    </w:p>
    <w:p>
      <w:r>
        <w:t>نعم</w:t>
      </w:r>
    </w:p>
    <w:p>
      <w:r>
        <w:t>ولهذا يقول وينبغي في هذا الباب ان يكون واقفا على حال البلاد السهلية والجبلية</w:t>
      </w:r>
    </w:p>
    <w:p>
      <w:r>
        <w:t>لاحظت? البرية والبحرية? نعم</w:t>
      </w:r>
    </w:p>
    <w:p>
      <w:r>
        <w:t>البرية والبحرية اذا كانت البلد اه ملفوفة بالمياه كثيرا فيجب ان يركز على على حربية بحرية قوية</w:t>
      </w:r>
    </w:p>
    <w:p>
      <w:r>
        <w:t>نعم</w:t>
      </w:r>
    </w:p>
    <w:p>
      <w:r>
        <w:t>بلد ما فيه آآ ما فيه آآ لا بحر ولا مياه</w:t>
      </w:r>
    </w:p>
    <w:p>
      <w:r>
        <w:t>مثلا تشاد</w:t>
      </w:r>
    </w:p>
    <w:p>
      <w:r>
        <w:t>تشاد او النيجر</w:t>
      </w:r>
    </w:p>
    <w:p>
      <w:r>
        <w:t>ما في لا ما يلفها ولا نهر يلفها</w:t>
      </w:r>
    </w:p>
    <w:p>
      <w:r>
        <w:t>وتجد هذا رئيس الحكومة او رئيس رئيس البلد يشتري لك غواصات</w:t>
      </w:r>
    </w:p>
    <w:p>
      <w:r>
        <w:t>من روسيا مليارات</w:t>
      </w:r>
    </w:p>
    <w:p>
      <w:r>
        <w:t>هي اصلا لا يفهم هذا</w:t>
      </w:r>
    </w:p>
    <w:p>
      <w:r>
        <w:t>ثم الاحمق ولا يفهم</w:t>
      </w:r>
    </w:p>
    <w:p>
      <w:r>
        <w:t>اذا معرفة المجتمع والمحيط مهم جدا في المشواريات</w:t>
      </w:r>
    </w:p>
    <w:p>
      <w:r>
        <w:t>نعم وعلى وجه الحفظ لها وللذخائرها</w:t>
      </w:r>
    </w:p>
    <w:p>
      <w:r>
        <w:t>ظرورية وغير ظرورية يعني الذخائر الظرورية والظرورية</w:t>
      </w:r>
    </w:p>
    <w:p>
      <w:r>
        <w:t>وعلى كيفية استغناء عن كل صنف من الناس</w:t>
      </w:r>
    </w:p>
    <w:p>
      <w:r>
        <w:t>واليه اشار بقوله وكما تعلق بحفظ حفظ المدن</w:t>
      </w:r>
    </w:p>
    <w:p>
      <w:r>
        <w:t>حفظ المدن</w:t>
      </w:r>
    </w:p>
    <w:p>
      <w:r>
        <w:t>نعم</w:t>
      </w:r>
    </w:p>
    <w:p>
      <w:r>
        <w:t>اه اوروبا لماذا تقبل المهاجرين? لماذا? لانها شيخت</w:t>
      </w:r>
    </w:p>
    <w:p>
      <w:r>
        <w:t>شيخت</w:t>
      </w:r>
    </w:p>
    <w:p>
      <w:r>
        <w:t>والسياسي الحك يعرف ان الامم تقوم بالشباب</w:t>
      </w:r>
    </w:p>
    <w:p>
      <w:r>
        <w:t>من يملأ الجامعات؟ شباب</w:t>
      </w:r>
    </w:p>
    <w:p>
      <w:r>
        <w:t>لان الجامعات هي التي تنتج العقول وتحرك المؤسسات</w:t>
      </w:r>
    </w:p>
    <w:p>
      <w:r>
        <w:t>المؤسسة الحربية الاقتصادية البنكية</w:t>
      </w:r>
    </w:p>
    <w:p>
      <w:r>
        <w:t>آآ التعليمية الاجتماعية</w:t>
      </w:r>
    </w:p>
    <w:p>
      <w:r>
        <w:t>فهذا المهاجر ينتج ما شاء الله</w:t>
      </w:r>
    </w:p>
    <w:p>
      <w:r>
        <w:t>نعم</w:t>
      </w:r>
    </w:p>
    <w:p>
      <w:r>
        <w:t>او يأتي باولاد معه</w:t>
      </w:r>
    </w:p>
    <w:p>
      <w:r>
        <w:t>اذا شيخت ما عندهم شباب</w:t>
      </w:r>
    </w:p>
    <w:p>
      <w:r>
        <w:t>فمضطرين يقبلون بالمهاجرين مثل كندا</w:t>
      </w:r>
    </w:p>
    <w:p>
      <w:r>
        <w:t>نعم</w:t>
      </w:r>
    </w:p>
    <w:p>
      <w:r>
        <w:t>اه المسألة مسألة تكوينية</w:t>
      </w:r>
    </w:p>
    <w:p>
      <w:r>
        <w:t>وليست مسألة فقط اعتبار رياء</w:t>
      </w:r>
    </w:p>
    <w:p>
      <w:r>
        <w:t>وعلى كيفية استغنائه عن كل صنف من الناس</w:t>
      </w:r>
    </w:p>
    <w:p>
      <w:r>
        <w:t>نعم</w:t>
      </w:r>
    </w:p>
    <w:p>
      <w:r>
        <w:t>انت تطلب الهجرة الى كندا</w:t>
      </w:r>
    </w:p>
    <w:p>
      <w:r>
        <w:t>عن هذا المسؤول مسؤول الهجرة مؤسسة استراتيجية في كندا</w:t>
      </w:r>
    </w:p>
    <w:p>
      <w:r>
        <w:t>يقولون عندها صلاحيات تفوق الرئيس والمؤسسة الامنية</w:t>
      </w:r>
    </w:p>
    <w:p>
      <w:r>
        <w:t>سريعا يقول عندك اولاد</w:t>
      </w:r>
    </w:p>
    <w:p>
      <w:r>
        <w:t>قل نعم عندي ثلاثة</w:t>
      </w:r>
    </w:p>
    <w:p>
      <w:r>
        <w:t>لا يهم بعد آآ العمر</w:t>
      </w:r>
    </w:p>
    <w:p>
      <w:r>
        <w:t>عندي عشرة عندي خمسطاش عندي عشرين</w:t>
      </w:r>
    </w:p>
    <w:p>
      <w:r>
        <w:t>سريعا آآ يعمل لك ملف للهجرة</w:t>
      </w:r>
    </w:p>
    <w:p>
      <w:r>
        <w:t>لماذا؟ لأنه يريد هذا الشباب</w:t>
      </w:r>
    </w:p>
    <w:p>
      <w:r>
        <w:t>ولهذا يقول وعلى وعلى كيفية استغناء عن كل صنف من الناس واليه اشار بقوله وكما يتعلق بحفظ المدن</w:t>
      </w:r>
    </w:p>
    <w:p>
      <w:r>
        <w:t>اللي يحافظ على كندا وليس بالشيوخ وانما بالشباب</w:t>
      </w:r>
    </w:p>
    <w:p>
      <w:r>
        <w:t>واذا اقتضى الامر ان يأتي من الاسيويين باكستانيين هنود وعرب يأتي</w:t>
      </w:r>
    </w:p>
    <w:p>
      <w:r>
        <w:t>الثالث ما يتعلق بالحرب والصلح ويجب فيه ان يكون واقفا على سبب باعث على الحرب وترك وعلى محمود العواقب وها ذميمها واليه اشار بقوله وامور الحرب والصلح</w:t>
      </w:r>
    </w:p>
    <w:p>
      <w:r>
        <w:t>نعم</w:t>
      </w:r>
    </w:p>
    <w:p>
      <w:r>
        <w:t>امير المؤمنين النبي الاكرم صلى الله عليه واله قبل الامير خبرة عجيبة الهية بال حروب</w:t>
      </w:r>
    </w:p>
    <w:p>
      <w:r>
        <w:t>نعم والرابع ما يتعلق بالمال والعدة والدخل والخرج يعني ما يدخل للامة للبلد وما يخرج ويجب ان يكون واقفا على الكمية في الدخل والخرج وكيفيتهما وهذه وظيفة البنوك الان وظيفة الاقتصاد الاقتصاد السياسي واليه اشار بقوله وجمع المواد وان فاقها</w:t>
      </w:r>
    </w:p>
    <w:p>
      <w:r>
        <w:t>نعم</w:t>
      </w:r>
    </w:p>
    <w:p>
      <w:r>
        <w:t>ويستفيد ذلك من القوانين</w:t>
      </w:r>
    </w:p>
    <w:p>
      <w:r>
        <w:t>يعني من القضايا الكلية</w:t>
      </w:r>
    </w:p>
    <w:p>
      <w:r>
        <w:t>وهنا تأتي ضابطة المشورة الرئيس عنده المشاورون مشاور اقتصادي مشاور ثقافي مشاور عسكري نعم هذا حامل لتلك القوانين هذا الشخص الذي يشاوره رئيس الجمهورية حامل لتلك القوانين ويستفيد ذلك من القوانين وهي اما كلية يشرعها الشارع بإعطاء الأصول في الأمور الوحيانية او في البرلمان ويتممها التابعون له المجتهدون في استنباط الأحكام</w:t>
      </w:r>
    </w:p>
    <w:p>
      <w:r>
        <w:t>نعم</w:t>
      </w:r>
    </w:p>
    <w:p>
      <w:r>
        <w:t>بتفر جميع الفروع وان وظيفة البرلمان او وظيفة المجتهد</w:t>
      </w:r>
    </w:p>
    <w:p>
      <w:r>
        <w:t>وانما كانت هذه كلية لا غير لان الشارع لا يمكنه بياع بيان الجزئيات غير المتناهية</w:t>
      </w:r>
    </w:p>
    <w:p>
      <w:r>
        <w:t>ما شاء الله عليك لان الشعر لا يمكنه لا يمكنه من باب العجز لا</w:t>
      </w:r>
    </w:p>
    <w:p>
      <w:r>
        <w:t>من باب الحكمة لان الانسان لا يعيش في في مناخ مثالي</w:t>
      </w:r>
    </w:p>
    <w:p>
      <w:r>
        <w:t>يعيش في مناخ تطوري</w:t>
      </w:r>
    </w:p>
    <w:p>
      <w:r>
        <w:t>تطور الحضارات قد يكون في الحضارة في جهة تقتضي آآ قانون آآ تقتضي قانون كلي ينطبق هناك</w:t>
      </w:r>
    </w:p>
    <w:p>
      <w:r>
        <w:t>تتغير الجهة يقتضي قانون اخر</w:t>
      </w:r>
    </w:p>
    <w:p>
      <w:r>
        <w:t>هذه طبيعة التطور الحضاري آآ الإنسان وفلسفة النسخ تفهم في هذا في هذا في هذا الجانب</w:t>
      </w:r>
    </w:p>
    <w:p>
      <w:r>
        <w:t>والخاص العام آآ يفهم في هذا الجانب</w:t>
      </w:r>
    </w:p>
    <w:p>
      <w:r>
        <w:t>نعم</w:t>
      </w:r>
    </w:p>
    <w:p>
      <w:r>
        <w:t>لان الشارع لا يمكنه بيان الجزئ آآ بيان الجوزات غير المتناهية لضيق الوقت وعدم الضبط للمكلفين</w:t>
      </w:r>
    </w:p>
    <w:p>
      <w:r>
        <w:t>او جزئيات يشير الواقفون عليها في ماخذها يعني في كلياتها في اصلها</w:t>
      </w:r>
    </w:p>
    <w:p>
      <w:r>
        <w:t>نعم</w:t>
      </w:r>
    </w:p>
    <w:p>
      <w:r>
        <w:t>وفي العمل بها في الاشخاص</w:t>
      </w:r>
    </w:p>
    <w:p>
      <w:r>
        <w:t>يعني النوازل التطبيق على النوازل كالفتوى وهي بيان حكم كلي في سورة في سورة جزئية على وجه يتعلق بزمان وشخص معين</w:t>
      </w:r>
    </w:p>
    <w:p>
      <w:r>
        <w:t>اذا تطور هذا الشخص يستدعي قانون كلي اخر</w:t>
      </w:r>
    </w:p>
    <w:p>
      <w:r>
        <w:t>ينطبق في هذه النازلة وهكذا</w:t>
      </w:r>
    </w:p>
    <w:p>
      <w:r>
        <w:t>وهؤلاء الواقفون على هذه القوانين اما الحكام او غيرهم من المبسوطين كالولاة كالمستشيرين المستشارين</w:t>
      </w:r>
    </w:p>
    <w:p>
      <w:r>
        <w:t>نعم</w:t>
      </w:r>
    </w:p>
    <w:p>
      <w:r>
        <w:t>واما المشوريات اه المشوريات غير العظام فانها غير معدودة ولا منضبطة</w:t>
      </w:r>
    </w:p>
    <w:p>
      <w:r>
        <w:t>سيالة</w:t>
      </w:r>
    </w:p>
    <w:p>
      <w:r>
        <w:t>سيما</w:t>
      </w:r>
    </w:p>
    <w:p>
      <w:r>
        <w:t>لكن يشترك في طلب صلاح الحال</w:t>
      </w:r>
    </w:p>
    <w:p>
      <w:r>
        <w:t>نعم</w:t>
      </w:r>
    </w:p>
    <w:p>
      <w:r>
        <w:t>هذا هو الميلاد</w:t>
      </w:r>
    </w:p>
    <w:p>
      <w:r>
        <w:t>نعم</w:t>
      </w:r>
    </w:p>
    <w:p>
      <w:r>
        <w:t>لكن يشترك</w:t>
      </w:r>
    </w:p>
    <w:p>
      <w:r>
        <w:t>هذا المشوري لكن تشترك احسن</w:t>
      </w:r>
    </w:p>
    <w:p>
      <w:r>
        <w:t>في طلب الصالح العام</w:t>
      </w:r>
    </w:p>
    <w:p>
      <w:r>
        <w:t>الحال</w:t>
      </w:r>
    </w:p>
    <w:p>
      <w:r>
        <w:t>يعني هذه التشريعات الجزئية في في الحكومات كثيرة جدا</w:t>
      </w:r>
    </w:p>
    <w:p>
      <w:r>
        <w:t>البرلمان دائما يشرع يشرع يشرع في القوانين الجزئية</w:t>
      </w:r>
    </w:p>
    <w:p>
      <w:r>
        <w:t>ضابطته ما هو? المنفعة العامة</w:t>
      </w:r>
    </w:p>
    <w:p>
      <w:r>
        <w:t>يقول صالحة لها يعني ما ينفع المجتمع المدني حقيقة يقره العقل ويقره الشرع يقره العرف</w:t>
      </w:r>
    </w:p>
    <w:p>
      <w:r>
        <w:t>نعم</w:t>
      </w:r>
    </w:p>
    <w:p>
      <w:r>
        <w:t>هذا سيال وهو استجماع الفضائل النفسانية هذا هو الملاك</w:t>
      </w:r>
    </w:p>
    <w:p>
      <w:r>
        <w:t>ملاك صلاح المجتمع المدني في ماذا? هو استجماع الفضائل النفسانية والجسمانية</w:t>
      </w:r>
    </w:p>
    <w:p>
      <w:r>
        <w:t>او اقتناء الكمالات والاخلاق الحميدة</w:t>
      </w:r>
    </w:p>
    <w:p>
      <w:r>
        <w:t>وحتى الامور الثانوية</w:t>
      </w:r>
    </w:p>
    <w:p>
      <w:r>
        <w:t>الرفاه والفن وهذه الامور</w:t>
      </w:r>
    </w:p>
    <w:p>
      <w:r>
        <w:t>وصدور الافعال بحسبها</w:t>
      </w:r>
    </w:p>
    <w:p>
      <w:r>
        <w:t>ويكفي فيه اشارة الخطيب الفطن</w:t>
      </w:r>
    </w:p>
    <w:p>
      <w:r>
        <w:t>بمواضع الفضائل</w:t>
      </w:r>
    </w:p>
    <w:p>
      <w:r>
        <w:t>يعني الخطيب اذا كان في هذه الدائرة المشواريات غير العظيمة يكفيه الامثلة والفضائل</w:t>
      </w:r>
    </w:p>
    <w:p>
      <w:r>
        <w:t>ما يلزم الخطيب يأتي ان شاء الله</w:t>
      </w:r>
    </w:p>
    <w:p>
      <w:r>
        <w:t>اللهم صلي على محمد وال محمد</w:t>
      </w:r>
    </w:p>
    <w:p>
      <w:r>
        <w:t>اللهم صلي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