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ما يلزم للخطيب اعداده قال وعليه اعداد انواع لما ينسب الى الخير والشر</w:t>
      </w:r>
    </w:p>
    <w:p>
      <w:r>
        <w:t>الخير ما يطلب لذاته والشر ما يتنصر منه لذاته</w:t>
      </w:r>
    </w:p>
    <w:p>
      <w:r>
        <w:t>فالخطيب يتحرك في الدائرة ما هو يحث عليه اذا كان هو على استقامة وما كان شرا نعم يحث على الابتعاد عنه</w:t>
      </w:r>
    </w:p>
    <w:p>
      <w:r>
        <w:t>ليس كالسياسي السياسي مصيبة</w:t>
      </w:r>
    </w:p>
    <w:p>
      <w:r>
        <w:t>اذا كان منحرفا</w:t>
      </w:r>
    </w:p>
    <w:p>
      <w:r>
        <w:t>اما الخير فبدني كالقوة والصحة</w:t>
      </w:r>
    </w:p>
    <w:p>
      <w:r>
        <w:t>والجمال</w:t>
      </w:r>
    </w:p>
    <w:p>
      <w:r>
        <w:t>والنسب العائلي</w:t>
      </w:r>
    </w:p>
    <w:p>
      <w:r>
        <w:t>والثروة والفصاحة والصيت يعني الجاه الحسن والبخت يعني الحظ كمالات الحيوانية</w:t>
      </w:r>
    </w:p>
    <w:p>
      <w:r>
        <w:t>او نفساني كمالات راقية</w:t>
      </w:r>
    </w:p>
    <w:p>
      <w:r>
        <w:t>كالعلم والذكاء والزهد والجود والشجاعة</w:t>
      </w:r>
    </w:p>
    <w:p>
      <w:r>
        <w:t>والعفة وحسن السيرة والاخلاق المرظية</w:t>
      </w:r>
    </w:p>
    <w:p>
      <w:r>
        <w:t>عن الاخلاق المرظية هذه كلها اخلاق وحصول التجارب والصناعات والشر ما هو ما يقابلها</w:t>
      </w:r>
    </w:p>
    <w:p>
      <w:r>
        <w:t>رفع هذه الفضائل</w:t>
      </w:r>
    </w:p>
    <w:p>
      <w:r>
        <w:t>واضحة جدا</w:t>
      </w:r>
    </w:p>
    <w:p>
      <w:r>
        <w:t>ولما ينسب الى النافع وهو كل ما يوصل الى الشيء من الخيرات</w:t>
      </w:r>
    </w:p>
    <w:p>
      <w:r>
        <w:t>معني الخير المطلوب بالذات والخير المطلوب بالعرب</w:t>
      </w:r>
    </w:p>
    <w:p>
      <w:r>
        <w:t>كذلك نعم يجب على الخطيب ان يحيط بهذا الامر</w:t>
      </w:r>
    </w:p>
    <w:p>
      <w:r>
        <w:t>في خير مطلوب لذاتهم في خير يوصل الى ذلك الخير المطلوب لذاته</w:t>
      </w:r>
    </w:p>
    <w:p>
      <w:r>
        <w:t>نعم ولما ينسب الى النافع وهو كل ما يوصل احد يعني خير مطلوب بالعرض</w:t>
      </w:r>
    </w:p>
    <w:p>
      <w:r>
        <w:t>الى شيء من الخيرات كالجدي والطلب وتحصيل الاسباب</w:t>
      </w:r>
    </w:p>
    <w:p>
      <w:r>
        <w:t>وانتهاز الفرس</w:t>
      </w:r>
    </w:p>
    <w:p>
      <w:r>
        <w:t>اه اه جمع جمع فرصة</w:t>
      </w:r>
    </w:p>
    <w:p>
      <w:r>
        <w:t>وموافاة البخت</w:t>
      </w:r>
    </w:p>
    <w:p>
      <w:r>
        <w:t>الموافاة يعني اه تناسق مع الحظ</w:t>
      </w:r>
    </w:p>
    <w:p>
      <w:r>
        <w:t>طبعا البخت اه في الخطابة والا في الدق والبرهان ما عندنا هذا البحث</w:t>
      </w:r>
    </w:p>
    <w:p>
      <w:r>
        <w:t>والى الظار ما يقابل النافع وهو كل ما يعوق عنه او يوصل الى الشرور</w:t>
      </w:r>
    </w:p>
    <w:p>
      <w:r>
        <w:t>كاثارة اللذة اللذة هنا غير العقلائية طبعا اللذة العقلائية خير</w:t>
      </w:r>
    </w:p>
    <w:p>
      <w:r>
        <w:t>انسان يتلذذ بطيخة</w:t>
      </w:r>
    </w:p>
    <w:p>
      <w:r>
        <w:t>مع ان المانع</w:t>
      </w:r>
    </w:p>
    <w:p>
      <w:r>
        <w:t>التلذذ الذي يظرب الملكات الشريفة</w:t>
      </w:r>
    </w:p>
    <w:p>
      <w:r>
        <w:t>ملكات الراقية</w:t>
      </w:r>
    </w:p>
    <w:p>
      <w:r>
        <w:t>ويمنع الانسان من التكامل الحقيقي</w:t>
      </w:r>
    </w:p>
    <w:p>
      <w:r>
        <w:t>والكسل الكسل مذموم ظرر</w:t>
      </w:r>
    </w:p>
    <w:p>
      <w:r>
        <w:t>واللهو كرة القدم الان الناس مدوخة كرة القدم في قطر</w:t>
      </w:r>
    </w:p>
    <w:p>
      <w:r>
        <w:t>والبطالة عدم العمل</w:t>
      </w:r>
    </w:p>
    <w:p>
      <w:r>
        <w:t>نعم</w:t>
      </w:r>
    </w:p>
    <w:p>
      <w:r>
        <w:t>عدم الفاعلية</w:t>
      </w:r>
    </w:p>
    <w:p>
      <w:r>
        <w:t>يعني خلاف الطبيعة الانسانية وفوات الاسباب</w:t>
      </w:r>
    </w:p>
    <w:p>
      <w:r>
        <w:t>نعم</w:t>
      </w:r>
    </w:p>
    <w:p>
      <w:r>
        <w:t>وظياع الفرص</w:t>
      </w:r>
    </w:p>
    <w:p>
      <w:r>
        <w:t>انا قلت الفرس الفرص</w:t>
      </w:r>
    </w:p>
    <w:p>
      <w:r>
        <w:t>نعم وسوء التوفيق</w:t>
      </w:r>
    </w:p>
    <w:p>
      <w:r>
        <w:t>هذي كلها نعم مقدمات للشر</w:t>
      </w:r>
    </w:p>
    <w:p>
      <w:r>
        <w:t>وما يتعلق بالاشد والاضعف كالحكم بان افضل الخيرات اه بان افضل الخيرات اعمها وادومها واعظمها واعزها وانفعها واشهرها وما يتبعها خيرات وما يكون الاحتياج اليه اكثر ويرغب فيه الاكابر والجمهور اكثر وما يقابل ذلك</w:t>
      </w:r>
    </w:p>
    <w:p>
      <w:r>
        <w:t>ما يقابل ذلك يعني الشرور</w:t>
      </w:r>
    </w:p>
    <w:p>
      <w:r>
        <w:t>خليني افيدك فائدة من المسألة واضحة جدا</w:t>
      </w:r>
    </w:p>
    <w:p>
      <w:r>
        <w:t>قلت لكم من من من الجدل المغالطة لا</w:t>
      </w:r>
    </w:p>
    <w:p>
      <w:r>
        <w:t>مغالطة علمية</w:t>
      </w:r>
    </w:p>
    <w:p>
      <w:r>
        <w:t>ولهذا الشيخ الرئيس في الاشارات جاء بالمغالطة ولم يأتي آآ لا الخطاب ولا الجدل</w:t>
      </w:r>
    </w:p>
    <w:p>
      <w:r>
        <w:t>الجدل والخطاب والشعر كما سيأتي اه هذه امور عملية</w:t>
      </w:r>
    </w:p>
    <w:p>
      <w:r>
        <w:t>ليست علمية</w:t>
      </w:r>
    </w:p>
    <w:p>
      <w:r>
        <w:t>انظر هذا كله توصيف لوظيفة</w:t>
      </w:r>
    </w:p>
    <w:p>
      <w:r>
        <w:t>توصيف لوظيفة</w:t>
      </w:r>
    </w:p>
    <w:p>
      <w:r>
        <w:t>فالاحسن ان نسميها المنطق العملي</w:t>
      </w:r>
    </w:p>
    <w:p>
      <w:r>
        <w:t>وليس المنطق النظري</w:t>
      </w:r>
    </w:p>
    <w:p>
      <w:r>
        <w:t>المنطق النظري هو القياس السوري ما يملى في الجدل هو القياس البرهاني من حيث الصورة</w:t>
      </w:r>
    </w:p>
    <w:p>
      <w:r>
        <w:t>يملأ بالمشهورات</w:t>
      </w:r>
    </w:p>
    <w:p>
      <w:r>
        <w:t>البرهان يملأ باليقينيات</w:t>
      </w:r>
    </w:p>
    <w:p>
      <w:r>
        <w:t>الخطاب بالمظنونات</w:t>
      </w:r>
    </w:p>
    <w:p>
      <w:r>
        <w:t>اذا ليس شيئا جديدا على الصورة</w:t>
      </w:r>
    </w:p>
    <w:p>
      <w:r>
        <w:t>صورل اذا هذه كلها توصيف وظيفة الجدل ووظيفة الخطيب كما يأتي وظيفة الشاعر</w:t>
      </w:r>
    </w:p>
    <w:p>
      <w:r>
        <w:t>نعم</w:t>
      </w:r>
    </w:p>
    <w:p>
      <w:r>
        <w:t>افيدكم فائدة فقط</w:t>
      </w:r>
    </w:p>
    <w:p>
      <w:r>
        <w:t>بنطا احد المشرعين الكبار</w:t>
      </w:r>
    </w:p>
    <w:p>
      <w:r>
        <w:t>اه في القرن اه في القرن اه نعم القرن اه الثامن عشر</w:t>
      </w:r>
    </w:p>
    <w:p>
      <w:r>
        <w:t>نعم</w:t>
      </w:r>
    </w:p>
    <w:p>
      <w:r>
        <w:t>بريطاني</w:t>
      </w:r>
    </w:p>
    <w:p>
      <w:r>
        <w:t>اسس لملاك اخلاقي</w:t>
      </w:r>
    </w:p>
    <w:p>
      <w:r>
        <w:t>وهو المنفعة العامة</w:t>
      </w:r>
    </w:p>
    <w:p>
      <w:r>
        <w:t>المنفعة العامة</w:t>
      </w:r>
    </w:p>
    <w:p>
      <w:r>
        <w:t>ثم جاء بحساب رياضي لتحديد هذه المنفعة العامة</w:t>
      </w:r>
    </w:p>
    <w:p>
      <w:r>
        <w:t>طبعا المبنى خاطئ غير مقبول بيناه في فلسفة الاخلاق</w:t>
      </w:r>
    </w:p>
    <w:p>
      <w:r>
        <w:t>هذا الحساب الرياضي لتحديد اخلاقية آآ الفعل هذه هي الضوابط هي هي</w:t>
      </w:r>
    </w:p>
    <w:p>
      <w:r>
        <w:t>وما يتعلق بالاشد والاضعف</w:t>
      </w:r>
    </w:p>
    <w:p>
      <w:r>
        <w:t>يعني يقول هذا آآ الو الاخلاقي اذا كان اشد يترجح حساب</w:t>
      </w:r>
    </w:p>
    <w:p>
      <w:r>
        <w:t>كالحكم من الافضل افضل الخيرات</w:t>
      </w:r>
    </w:p>
    <w:p>
      <w:r>
        <w:t>هذا حساب رياضي بن طامي</w:t>
      </w:r>
    </w:p>
    <w:p>
      <w:r>
        <w:t>آآ افضل الخيرات اعمها انظر</w:t>
      </w:r>
    </w:p>
    <w:p>
      <w:r>
        <w:t>العامية والادومية واعظمها واعزها وانفعها واشهرها وما يتبع خيرات اكثر وما يكون الاحتياج اليه اكثر وما يرغب فيه الاكابر او الجمهور اكثر</w:t>
      </w:r>
    </w:p>
    <w:p>
      <w:r>
        <w:t>هذه كلها هي الحساب الرياضي البنطابي كتبها معلومة لعلك غدا تدرس فلسفة الاخلاق وتجد ان بن طعام لم يزد على هذا الامر شيئا</w:t>
      </w:r>
    </w:p>
    <w:p>
      <w:r>
        <w:t>اقول ينبغي للخطيب ان يعد انواعا</w:t>
      </w:r>
    </w:p>
    <w:p>
      <w:r>
        <w:t>يعني هذه المقدمات التي يستخدموها في الاقناع</w:t>
      </w:r>
    </w:p>
    <w:p>
      <w:r>
        <w:t>كما كان على الجدلي ان يعد مواضع يعني المشهورات</w:t>
      </w:r>
    </w:p>
    <w:p>
      <w:r>
        <w:t>فان كان من المشوريات قلنا يتحرك اين? في المشواريات</w:t>
      </w:r>
    </w:p>
    <w:p>
      <w:r>
        <w:t>المشواريات اه العظام والمشوريات غير العظام</w:t>
      </w:r>
    </w:p>
    <w:p>
      <w:r>
        <w:t>فان كان من المشوريات فغاية الخطيب فيها</w:t>
      </w:r>
    </w:p>
    <w:p>
      <w:r>
        <w:t>يعني الانواع ان يبعث الناس هذه النسبة الارسالية</w:t>
      </w:r>
    </w:p>
    <w:p>
      <w:r>
        <w:t>النسبة الارسالية</w:t>
      </w:r>
    </w:p>
    <w:p>
      <w:r>
        <w:t>ان يبعث الناس على اقتناء الفضائل</w:t>
      </w:r>
    </w:p>
    <w:p>
      <w:r>
        <w:t>هذه هي النسبة الارسالية</w:t>
      </w:r>
    </w:p>
    <w:p>
      <w:r>
        <w:t>يعني حثهم على الخير على الفضائل</w:t>
      </w:r>
    </w:p>
    <w:p>
      <w:r>
        <w:t>او يصرفهم عن الر هذه النسبة الإمساكية بلسان الصدر</w:t>
      </w:r>
    </w:p>
    <w:p>
      <w:r>
        <w:t>السيد محمد باقر الصدر رحمة الله عليه</w:t>
      </w:r>
    </w:p>
    <w:p>
      <w:r>
        <w:t>والكلام الكلي يعني القاعدة الكلية</w:t>
      </w:r>
    </w:p>
    <w:p>
      <w:r>
        <w:t>في ذلك هو تعظيم الخير</w:t>
      </w:r>
    </w:p>
    <w:p>
      <w:r>
        <w:t>ايجابيا وتعظيم الشر سلبيا</w:t>
      </w:r>
    </w:p>
    <w:p>
      <w:r>
        <w:t>تعظيم حتى الإنسان يمسك ولا يسترسل في الشر</w:t>
      </w:r>
    </w:p>
    <w:p>
      <w:r>
        <w:t>نعم</w:t>
      </w:r>
    </w:p>
    <w:p>
      <w:r>
        <w:t>والعدل والجور والحسن والقبح</w:t>
      </w:r>
    </w:p>
    <w:p>
      <w:r>
        <w:t>او تصغير ذلك</w:t>
      </w:r>
    </w:p>
    <w:p>
      <w:r>
        <w:t>تعظيم او تصغير ذلك</w:t>
      </w:r>
    </w:p>
    <w:p>
      <w:r>
        <w:t>هذه هي القواعد الكلية للخطيب</w:t>
      </w:r>
    </w:p>
    <w:p>
      <w:r>
        <w:t>فيجب ان يكون للخطيب مقدمات لما ينسب الى الخير</w:t>
      </w:r>
    </w:p>
    <w:p>
      <w:r>
        <w:t>وينسب الى الشر</w:t>
      </w:r>
    </w:p>
    <w:p>
      <w:r>
        <w:t>اعني صلاح الحال</w:t>
      </w:r>
    </w:p>
    <w:p>
      <w:r>
        <w:t>اعني صلاح الحال وفساد الحال يعني ما يعود الى المجتمع المدني بالخير وما يعود الى المجتمع المدني بالظرر يعني بالشر</w:t>
      </w:r>
    </w:p>
    <w:p>
      <w:r>
        <w:t>فاذا كان صالحا يحث على الفضائل والخير ويمنع ما من الرذائل</w:t>
      </w:r>
    </w:p>
    <w:p>
      <w:r>
        <w:t>اما الخير يأتي الى الاقسام</w:t>
      </w:r>
    </w:p>
    <w:p>
      <w:r>
        <w:t>الخير حسب الملكات</w:t>
      </w:r>
    </w:p>
    <w:p>
      <w:r>
        <w:t>خير حيوان خير معنوي خير الهي</w:t>
      </w:r>
    </w:p>
    <w:p>
      <w:r>
        <w:t>كان طبقات نعم طبقات ثلاثة خير يعود الى الحيوانية عن النفس بعدها الحيوانية</w:t>
      </w:r>
    </w:p>
    <w:p>
      <w:r>
        <w:t>او النفس في بعدها المعنوي</w:t>
      </w:r>
    </w:p>
    <w:p>
      <w:r>
        <w:t>كالعلم والشهرة والجاه واو نص بعدها الالهي</w:t>
      </w:r>
    </w:p>
    <w:p>
      <w:r>
        <w:t>فضائل الالهية الراقية</w:t>
      </w:r>
    </w:p>
    <w:p>
      <w:r>
        <w:t>الخير فمنه بدني يعني البعد الحيوان</w:t>
      </w:r>
    </w:p>
    <w:p>
      <w:r>
        <w:t>ومن هنا الثاني البعد المعنوي النفساني تقسمه انت الى قسمين</w:t>
      </w:r>
    </w:p>
    <w:p>
      <w:r>
        <w:t>نفساني آآ ما وراء طبيعة يعني الفضائل الالهية</w:t>
      </w:r>
    </w:p>
    <w:p>
      <w:r>
        <w:t>او الفضائل المجتمع المدني</w:t>
      </w:r>
    </w:p>
    <w:p>
      <w:r>
        <w:t>الجاه فضيلة في المجتمع المعنوي نعم النسب الجميل في المجتمع المدني ما عنده علاقة بالاخرة</w:t>
      </w:r>
    </w:p>
    <w:p>
      <w:r>
        <w:t>نعم</w:t>
      </w:r>
    </w:p>
    <w:p>
      <w:r>
        <w:t>فالبدني كالقوة المكنة البدنية</w:t>
      </w:r>
    </w:p>
    <w:p>
      <w:r>
        <w:t>والصحة والجمال</w:t>
      </w:r>
    </w:p>
    <w:p>
      <w:r>
        <w:t>الجمال هو نهاية الشكل</w:t>
      </w:r>
    </w:p>
    <w:p>
      <w:r>
        <w:t>يعني شكلية</w:t>
      </w:r>
    </w:p>
    <w:p>
      <w:r>
        <w:t>اذا خاصية للجسم</w:t>
      </w:r>
    </w:p>
    <w:p>
      <w:r>
        <w:t>نهاية الجسم</w:t>
      </w:r>
    </w:p>
    <w:p>
      <w:r>
        <w:t>والنسب</w:t>
      </w:r>
    </w:p>
    <w:p>
      <w:r>
        <w:t>النسب انا لا اعتقده ينتمي الى البدن</w:t>
      </w:r>
    </w:p>
    <w:p>
      <w:r>
        <w:t>النسب ينتمي الى الفضائل المعنوية</w:t>
      </w:r>
    </w:p>
    <w:p>
      <w:r>
        <w:t>عنده علاقة بالمجتمع المدني</w:t>
      </w:r>
    </w:p>
    <w:p>
      <w:r>
        <w:t>الا اذا قلنا من حيث النطفة المادية طاهرة فاسدة</w:t>
      </w:r>
    </w:p>
    <w:p>
      <w:r>
        <w:t>نعم</w:t>
      </w:r>
    </w:p>
    <w:p>
      <w:r>
        <w:t>الهاشميون نطفة طاهرة</w:t>
      </w:r>
    </w:p>
    <w:p>
      <w:r>
        <w:t>في في تسللها او في تسلسلها الوجودي</w:t>
      </w:r>
    </w:p>
    <w:p>
      <w:r>
        <w:t>الامويون نطف فاسدة خبيثة في سريانها الوجودي</w:t>
      </w:r>
    </w:p>
    <w:p>
      <w:r>
        <w:t>نعم هنا تكون في القوة الحيوانية</w:t>
      </w:r>
    </w:p>
    <w:p>
      <w:r>
        <w:t>اما النسب المعنوي كون فلان ينتسب الى النبي لا هذه معنويات ليس لها علاقة بالبدن</w:t>
      </w:r>
    </w:p>
    <w:p>
      <w:r>
        <w:t>اصله النطفوي نعم بعد حيوان والثروة الثروة لا الثروة معنوية والفصاحة معنوية والصيت الحسن معنوية والبخت هنا آآ آآ على منح لي خلط بين الفضائل المعنوية فضائل الحيوانية البدني</w:t>
      </w:r>
    </w:p>
    <w:p>
      <w:r>
        <w:t>الى غير ذلك من الفضاء البدني</w:t>
      </w:r>
    </w:p>
    <w:p>
      <w:r>
        <w:t>هنا لا يهم المطلب كثيرا</w:t>
      </w:r>
    </w:p>
    <w:p>
      <w:r>
        <w:t>لماذا? لأن هذا تطبيقات</w:t>
      </w:r>
    </w:p>
    <w:p>
      <w:r>
        <w:t>يمكن لك ان تصحح</w:t>
      </w:r>
    </w:p>
    <w:p>
      <w:r>
        <w:t>والنفسان كالعلم والذكاء</w:t>
      </w:r>
    </w:p>
    <w:p>
      <w:r>
        <w:t>والجود والجود والشجاعة والعفة وحسن السيرة والاخلاق المرضية لا الاخلاق المرضية هي هذه هي الزوج والجود والشجاعة والعفة والحسن والسيرة</w:t>
      </w:r>
    </w:p>
    <w:p>
      <w:r>
        <w:t>لا معنى لان تأتي بالاخلاق المرضية لان هذه عنوان كلي وحصول التجارب والصناعات وغيرها من الكمالات النفسانية يقابلها الشر في مقابل الشجاعة الجبن في مقابل العفة اه اه عدم العفة وهكذا</w:t>
      </w:r>
    </w:p>
    <w:p>
      <w:r>
        <w:t>ويعد الخطيب مقدمات لما ينسب الى النافع</w:t>
      </w:r>
    </w:p>
    <w:p>
      <w:r>
        <w:t>وهو كل ما يوصل الى الخير هنا المقدمات</w:t>
      </w:r>
    </w:p>
    <w:p>
      <w:r>
        <w:t>المقدمات الموصلة الى الخير يعني الخير المطلوب بالعرظ</w:t>
      </w:r>
    </w:p>
    <w:p>
      <w:r>
        <w:t>نعم</w:t>
      </w:r>
    </w:p>
    <w:p>
      <w:r>
        <w:t>كالجد يعني بذل الجود والطلب وتحصيل الاسباب وانتهاز الفرص وموافقة البخت</w:t>
      </w:r>
    </w:p>
    <w:p>
      <w:r>
        <w:t>يعني الحظ</w:t>
      </w:r>
    </w:p>
    <w:p>
      <w:r>
        <w:t>ولما ينسب الى الظار وهو كل ما يعوقه عن خير او يوصل الى الشر كايثار اللذة المفرطة اما اللذة العقلاية لا والكسل الكسل يعني انت عندك طبيعة فعالة وانت تضاد هذه الطبيعة الفعالة</w:t>
      </w:r>
    </w:p>
    <w:p>
      <w:r>
        <w:t>واللهو والبطالة نعم وثبات الاسباب وظياع الفرص وسوء التوفيق</w:t>
      </w:r>
    </w:p>
    <w:p>
      <w:r>
        <w:t>وعليه اعداد مقدمات لما يتعلق بالاشد والاضعاف</w:t>
      </w:r>
    </w:p>
    <w:p>
      <w:r>
        <w:t>هنا التشكيك</w:t>
      </w:r>
    </w:p>
    <w:p>
      <w:r>
        <w:t>هنا ليس الصفة ما يقابل الصنف</w:t>
      </w:r>
    </w:p>
    <w:p>
      <w:r>
        <w:t>الصفة في حد ذاتها شدة وضعف</w:t>
      </w:r>
    </w:p>
    <w:p>
      <w:r>
        <w:t>نعم</w:t>
      </w:r>
    </w:p>
    <w:p>
      <w:r>
        <w:t>وعليه اعداد مقدمات لما يتعلق بالاشد كالحكم من افضل الخيرات اعمها</w:t>
      </w:r>
    </w:p>
    <w:p>
      <w:r>
        <w:t>يعني الشمول وادواء ادومها يعني من حيث الزمان واعظمها من حيث الشدة</w:t>
      </w:r>
    </w:p>
    <w:p>
      <w:r>
        <w:t>قدرا واعزها وانفعها واشهرها وما يتبعه خيرات اكثر</w:t>
      </w:r>
    </w:p>
    <w:p>
      <w:r>
        <w:t>يعني ما يتولد عنه خيرات اكثر</w:t>
      </w:r>
    </w:p>
    <w:p>
      <w:r>
        <w:t>وما تكون الحاجة اليه اكثر</w:t>
      </w:r>
    </w:p>
    <w:p>
      <w:r>
        <w:t>وما يرغب يرغب فيه الاكابر</w:t>
      </w:r>
    </w:p>
    <w:p>
      <w:r>
        <w:t>والجمهور اكثر واعداد مقدمات لما يقابل ذلك</w:t>
      </w:r>
    </w:p>
    <w:p>
      <w:r>
        <w:t>يعني اعداد المقدمات الموصلة الى هذه الاشدية</w:t>
      </w:r>
    </w:p>
    <w:p>
      <w:r>
        <w:t>نعم</w:t>
      </w:r>
    </w:p>
    <w:p>
      <w:r>
        <w:t>هذه الخطيب يجب ان تكون في خياله</w:t>
      </w:r>
    </w:p>
    <w:p>
      <w:r>
        <w:t>حاضرة</w:t>
      </w:r>
    </w:p>
    <w:p>
      <w:r>
        <w:t>اراد ان يوظفها يوظفها</w:t>
      </w:r>
    </w:p>
    <w:p>
      <w:r>
        <w:t>نعم</w:t>
      </w:r>
    </w:p>
    <w:p>
      <w:r>
        <w:t>تقول لابنك انت ادرس فهو خير لك</w:t>
      </w:r>
    </w:p>
    <w:p>
      <w:r>
        <w:t>وخير شديد</w:t>
      </w:r>
    </w:p>
    <w:p>
      <w:r>
        <w:t>نعم</w:t>
      </w:r>
    </w:p>
    <w:p>
      <w:r>
        <w:t>العلم سلطان</w:t>
      </w:r>
    </w:p>
    <w:p>
      <w:r>
        <w:t>فانت اذا تعلمت تكون سلطانا</w:t>
      </w:r>
    </w:p>
    <w:p>
      <w:r>
        <w:t>لاحظت انت الان هنا في الخطابة</w:t>
      </w:r>
    </w:p>
    <w:p>
      <w:r>
        <w:t>الخطابة تركز على فضيلة هي العلم وعلى الشدة يعني تعطيه قوة وهي السلطنة وآآ عدم الافتقار الى الغير</w:t>
      </w:r>
    </w:p>
    <w:p>
      <w:r>
        <w:t>فانت هنا خطيب وظفت مقدمات في الاشدية وفي غير الاشدية وفي المعنويات يعني فضيلة العين فضيلة معنوية</w:t>
      </w:r>
    </w:p>
    <w:p>
      <w:r>
        <w:t>ليست بدنية</w:t>
      </w:r>
    </w:p>
    <w:p>
      <w:r>
        <w:t>نعم</w:t>
      </w:r>
    </w:p>
    <w:p>
      <w:r>
        <w:t>هكذا الخطيب نعم</w:t>
      </w:r>
    </w:p>
    <w:p>
      <w:r>
        <w:t>ما ينبغي اعداده للخطيب في المنافرات</w:t>
      </w:r>
    </w:p>
    <w:p>
      <w:r>
        <w:t>قال وعلى المشير في المنافرات اعداد آآ اعداد انواع الأسباب</w:t>
      </w:r>
    </w:p>
    <w:p>
      <w:r>
        <w:t>الفضائل والرذائل</w:t>
      </w:r>
    </w:p>
    <w:p>
      <w:r>
        <w:t>مثلا في العدل من كون الغنى</w:t>
      </w:r>
    </w:p>
    <w:p>
      <w:r>
        <w:t>والعلم والخشية من الله تعالى</w:t>
      </w:r>
    </w:p>
    <w:p>
      <w:r>
        <w:t>وطلب الثناء بما يوجب العدل</w:t>
      </w:r>
    </w:p>
    <w:p>
      <w:r>
        <w:t>طلب الثناء العدل</w:t>
      </w:r>
    </w:p>
    <w:p>
      <w:r>
        <w:t>وليس الثناء الذي ينفخ</w:t>
      </w:r>
    </w:p>
    <w:p>
      <w:r>
        <w:t>نعم يورث الرياء</w:t>
      </w:r>
    </w:p>
    <w:p>
      <w:r>
        <w:t>والجهل وفي الجور من كل الاحتياج والوثوق من لا يطالب</w:t>
      </w:r>
    </w:p>
    <w:p>
      <w:r>
        <w:t>نعم غير مطلوب بشيء واثق بنفسه</w:t>
      </w:r>
    </w:p>
    <w:p>
      <w:r>
        <w:t>وعدم المبالاة بالعواقب وضعف اه اه المجاور عليه</w:t>
      </w:r>
    </w:p>
    <w:p>
      <w:r>
        <w:t>وامثال ذلك مما يقتضي الجور</w:t>
      </w:r>
    </w:p>
    <w:p>
      <w:r>
        <w:t>وكذلك في سائرهما وفي المدح والذم بهما</w:t>
      </w:r>
    </w:p>
    <w:p>
      <w:r>
        <w:t>وفي المدح بالرذائل من من طلب ما يشارك الفضيلة المناسبة له مثلا في الجربزة هو الذكاء الذي يتجاوز الحد</w:t>
      </w:r>
    </w:p>
    <w:p>
      <w:r>
        <w:t>يعني الذكاء في دائرة الافراط</w:t>
      </w:r>
    </w:p>
    <w:p>
      <w:r>
        <w:t>اسمها الجربوزة</w:t>
      </w:r>
    </w:p>
    <w:p>
      <w:r>
        <w:t>نعم</w:t>
      </w:r>
    </w:p>
    <w:p>
      <w:r>
        <w:t>فيكون نقصا في الانسان</w:t>
      </w:r>
    </w:p>
    <w:p>
      <w:r>
        <w:t>لا يستوي عنده العلم والمعارف</w:t>
      </w:r>
    </w:p>
    <w:p>
      <w:r>
        <w:t>نعم</w:t>
      </w:r>
    </w:p>
    <w:p>
      <w:r>
        <w:t>مثلا في الجربوزة من الكياسة في الرأي</w:t>
      </w:r>
    </w:p>
    <w:p>
      <w:r>
        <w:t>نعم</w:t>
      </w:r>
    </w:p>
    <w:p>
      <w:r>
        <w:t>وفي الفسق من لطف المعاشرة هنا في مخطوطة بدل في العشق نعم ظاهرا هو العشق هو المرجح هو ليس من لطف المعاش نعم</w:t>
      </w:r>
    </w:p>
    <w:p>
      <w:r>
        <w:t>او تقول لا الفاسق ما عندو لطف المعاشرة</w:t>
      </w:r>
    </w:p>
    <w:p>
      <w:r>
        <w:t>نعم</w:t>
      </w:r>
    </w:p>
    <w:p>
      <w:r>
        <w:t>وفي البلاهة من قلة المبالاة مما لا يعني وفي التهور من الاقدام في الاخطاء وت ويقدم بدون حكمة</w:t>
      </w:r>
    </w:p>
    <w:p>
      <w:r>
        <w:t>هذا هو المتهور</w:t>
      </w:r>
    </w:p>
    <w:p>
      <w:r>
        <w:t>يبادر بدون حكمة</w:t>
      </w:r>
    </w:p>
    <w:p>
      <w:r>
        <w:t>نعم</w:t>
      </w:r>
    </w:p>
    <w:p>
      <w:r>
        <w:t>وفي التبذير من البذر وكذلك في عكس ذلك</w:t>
      </w:r>
    </w:p>
    <w:p>
      <w:r>
        <w:t>عكس هذه الامور كلها</w:t>
      </w:r>
    </w:p>
    <w:p>
      <w:r>
        <w:t>هذه الامور يجب ان يهتم بها الخطيب</w:t>
      </w:r>
    </w:p>
    <w:p>
      <w:r>
        <w:t>اذا لاحظتم توصيف لعمليات وليس علميات</w:t>
      </w:r>
    </w:p>
    <w:p>
      <w:r>
        <w:t>اقول قد بينا ان المناصرات هي التي آآ تثبت مدحا او ذما</w:t>
      </w:r>
    </w:p>
    <w:p>
      <w:r>
        <w:t>وهو الذي يكون الشيء حاصل ملوك الحال ويقرر فضيلته ونفعه</w:t>
      </w:r>
    </w:p>
    <w:p>
      <w:r>
        <w:t>او يقرر يقرر ضدهما</w:t>
      </w:r>
    </w:p>
    <w:p>
      <w:r>
        <w:t>وهو المنافرات التي يتنافر الناس منها ويختلفون</w:t>
      </w:r>
    </w:p>
    <w:p>
      <w:r>
        <w:t>ويروم بعضهم قهر بعض بقوله وقياسه</w:t>
      </w:r>
    </w:p>
    <w:p>
      <w:r>
        <w:t>وهي تشبه الجدليات نعم</w:t>
      </w:r>
    </w:p>
    <w:p>
      <w:r>
        <w:t>الجدليات عند المجادل</w:t>
      </w:r>
    </w:p>
    <w:p>
      <w:r>
        <w:t>الا ان الفرق بينهما</w:t>
      </w:r>
    </w:p>
    <w:p>
      <w:r>
        <w:t>الا ان الفرق بين المنافرات والجدليات بينهم ان الخطيب يبعث السامعين على الافعال بحسب العقائد وينفرد في ميدانه</w:t>
      </w:r>
    </w:p>
    <w:p>
      <w:r>
        <w:t>والجدلي منتصب لخصمه ويروم آآ ليثبت العقيدة اظهار الفضل في كلامه</w:t>
      </w:r>
    </w:p>
    <w:p>
      <w:r>
        <w:t>الخطيب لا الخطيب ليس هكذا</w:t>
      </w:r>
    </w:p>
    <w:p>
      <w:r>
        <w:t>الخطيب هم هو الاقناع</w:t>
      </w:r>
    </w:p>
    <w:p>
      <w:r>
        <w:t>نعم اما هو الغلبة والظهور والبروز لا</w:t>
      </w:r>
    </w:p>
    <w:p>
      <w:r>
        <w:t>ليس من شيابه</w:t>
      </w:r>
    </w:p>
    <w:p>
      <w:r>
        <w:t>وليس من خصوصياته</w:t>
      </w:r>
    </w:p>
    <w:p>
      <w:r>
        <w:t>نعم</w:t>
      </w:r>
    </w:p>
    <w:p>
      <w:r>
        <w:t>والجدل منصب يعني يركز منصب يعني يركز لخصمه ويروم ليثبت العقيدة واظهار الفضل في كلامه</w:t>
      </w:r>
    </w:p>
    <w:p>
      <w:r>
        <w:t>سواء عمل به او لم يعمل</w:t>
      </w:r>
    </w:p>
    <w:p>
      <w:r>
        <w:t>والخطيب يمدح بحسب النسبة الى الجميل</w:t>
      </w:r>
    </w:p>
    <w:p>
      <w:r>
        <w:t>والجميل هو الذي يختار لنفسه ويكون محمودا وخيرا ول اذا من اجل انه خير</w:t>
      </w:r>
    </w:p>
    <w:p>
      <w:r>
        <w:t>والفضيلة من اجل ما مدح به واجمل</w:t>
      </w:r>
    </w:p>
    <w:p>
      <w:r>
        <w:t>كلام فيه غاية الجمال من العلامة الحلي يميز بين الجدل والخطيب</w:t>
      </w:r>
    </w:p>
    <w:p>
      <w:r>
        <w:t>الخطيب اذا برزت فيه خصوصيات الجدل تتنفر الناس وخطيب يريد يخدم ذاته من خلال الخطابة هذا خطاب فاشل خطيب فاشل عند الله تعالى وفاشل عند الجمهور</w:t>
      </w:r>
    </w:p>
    <w:p>
      <w:r>
        <w:t>والفضيلة ما هي? قوة موجبة للخيرات نظرتي</w:t>
      </w:r>
    </w:p>
    <w:p>
      <w:r>
        <w:t>ملكة في النفس تصدر منها الخيالات باريحية تامة</w:t>
      </w:r>
    </w:p>
    <w:p>
      <w:r>
        <w:t>نعم بسهولة تامة والفضيلة قوة موجبة للخيريات للخيرات الحقيقية</w:t>
      </w:r>
    </w:p>
    <w:p>
      <w:r>
        <w:t>هذا محور دلالي</w:t>
      </w:r>
    </w:p>
    <w:p>
      <w:r>
        <w:t>او محور ابستيمي</w:t>
      </w:r>
    </w:p>
    <w:p>
      <w:r>
        <w:t>ان يعرفوا الفضيلة</w:t>
      </w:r>
    </w:p>
    <w:p>
      <w:r>
        <w:t>والفضيلة ما هي? قوة</w:t>
      </w:r>
    </w:p>
    <w:p>
      <w:r>
        <w:t>قوة يعني ملاك</w:t>
      </w:r>
    </w:p>
    <w:p>
      <w:r>
        <w:t>يعني قوة في النفس</w:t>
      </w:r>
    </w:p>
    <w:p>
      <w:r>
        <w:t>يعني هي النفس</w:t>
      </w:r>
    </w:p>
    <w:p>
      <w:r>
        <w:t>النفس جدا في الاخلاق</w:t>
      </w:r>
    </w:p>
    <w:p>
      <w:r>
        <w:t>موجبة للخيرات</w:t>
      </w:r>
    </w:p>
    <w:p>
      <w:r>
        <w:t>يعني يترشح من الخيرات باريحية</w:t>
      </w:r>
    </w:p>
    <w:p>
      <w:r>
        <w:t>الحقيقية</w:t>
      </w:r>
    </w:p>
    <w:p>
      <w:r>
        <w:t>فضيلة باعثة على فعل العظائم في كل وجه باعثة على فعله ان يترشح من الفعل العظيم نعم في كل وجه يعني في كل ظرف في كل حالة</w:t>
      </w:r>
    </w:p>
    <w:p>
      <w:r>
        <w:t>مثل البر مثل البر والشجاعة والعفة عنده هذه الملكة البر والشجاعة والعفة</w:t>
      </w:r>
    </w:p>
    <w:p>
      <w:r>
        <w:t>اينما كان في الحروب يؤتي اكله</w:t>
      </w:r>
    </w:p>
    <w:p>
      <w:r>
        <w:t>والعفة اينما كانت المرأة او كان الرجل في اي مورد كان فلا يصدر منها الا تمتنع عن الفواحش ويمتنع عن الفواحش</w:t>
      </w:r>
    </w:p>
    <w:p>
      <w:r>
        <w:t>نعم</w:t>
      </w:r>
    </w:p>
    <w:p>
      <w:r>
        <w:t>زليخ قبل التوبة ما كانت عنده العفة معنى</w:t>
      </w:r>
    </w:p>
    <w:p>
      <w:r>
        <w:t>فتقدم على الفساد</w:t>
      </w:r>
    </w:p>
    <w:p>
      <w:r>
        <w:t>يوسف نبي معصوم</w:t>
      </w:r>
    </w:p>
    <w:p>
      <w:r>
        <w:t>ما معنى معصوم? عنده الكاشفية للحسن والقبح وهو عنده هذه الفضيلة الالهية وبالتالي لا يمكن ان يقع في خلاف العفة والعفة التي تحمل الناس على الحال الاحسن انظر التي تحمل النفس على الحال الاحسن لاجل الخلق الاجمل</w:t>
      </w:r>
    </w:p>
    <w:p>
      <w:r>
        <w:t>ما شاء الله</w:t>
      </w:r>
    </w:p>
    <w:p>
      <w:r>
        <w:t>والرذائل اضدادها</w:t>
      </w:r>
    </w:p>
    <w:p>
      <w:r>
        <w:t>الرذائل اصداد البر والشجاعة والعفة</w:t>
      </w:r>
    </w:p>
    <w:p>
      <w:r>
        <w:t>كالألم والجور يعني في مقابل العدل والجبن في مقابل الشجاعة والفجور في مقابل العفة وعلى ذلك يختصم الناس ويتنافرون ويتنافسون على الاجمل والافضل</w:t>
      </w:r>
    </w:p>
    <w:p>
      <w:r>
        <w:t>نعم ليس في عصرنا لا في عصرنا الان لا صار العكس</w:t>
      </w:r>
    </w:p>
    <w:p>
      <w:r>
        <w:t>الناس تتنافس على التفاهات</w:t>
      </w:r>
    </w:p>
    <w:p>
      <w:r>
        <w:t>وعلى هو على الحقير</w:t>
      </w:r>
    </w:p>
    <w:p>
      <w:r>
        <w:t>نعم على الحقير</w:t>
      </w:r>
    </w:p>
    <w:p>
      <w:r>
        <w:t>تخيل انسان يصور نفسه في اليوتيوب وهو في بستانه</w:t>
      </w:r>
    </w:p>
    <w:p>
      <w:r>
        <w:t>في صالونه فقط يصور نفسه ملايين تابعه وتدخل له اموال من شركة اليوتوب</w:t>
      </w:r>
    </w:p>
    <w:p>
      <w:r>
        <w:t>لا طائلة لا حد له</w:t>
      </w:r>
    </w:p>
    <w:p>
      <w:r>
        <w:t>ولا الله</w:t>
      </w:r>
    </w:p>
    <w:p>
      <w:r>
        <w:t>اغبياء في مقابل ذكي خبيث</w:t>
      </w:r>
    </w:p>
    <w:p>
      <w:r>
        <w:t>هذه هي الامم وهذه هي الشعوب مع الاسف الشديد</w:t>
      </w:r>
    </w:p>
    <w:p>
      <w:r>
        <w:t>العلامة الحلية تتحدث عن عصره</w:t>
      </w:r>
    </w:p>
    <w:p>
      <w:r>
        <w:t>نعم</w:t>
      </w:r>
    </w:p>
    <w:p>
      <w:r>
        <w:t>ليس عن عصرنا</w:t>
      </w:r>
    </w:p>
    <w:p>
      <w:r>
        <w:t>انظر</w:t>
      </w:r>
    </w:p>
    <w:p>
      <w:r>
        <w:t>يقول وعلى ذلك يخت الناس ويتنافرون ويتنافسون على الاجمل والالفظ</w:t>
      </w:r>
    </w:p>
    <w:p>
      <w:r>
        <w:t>والافضل ويتباعدون عن الاخص يا سيدي لو جئت الى عصر الانترنت سترى</w:t>
      </w:r>
    </w:p>
    <w:p>
      <w:r>
        <w:t>نعم</w:t>
      </w:r>
    </w:p>
    <w:p>
      <w:r>
        <w:t>فيجب على الخطيب في المنافرات تعداد انواع الاسباب ما هي الاسباب? الفضائل والمدائل</w:t>
      </w:r>
    </w:p>
    <w:p>
      <w:r>
        <w:t>الفضائل يحث عليها بخطابه والرذائل</w:t>
      </w:r>
    </w:p>
    <w:p>
      <w:r>
        <w:t>نعم يمنع منها بخطابه</w:t>
      </w:r>
    </w:p>
    <w:p>
      <w:r>
        <w:t>اما في العدل</w:t>
      </w:r>
    </w:p>
    <w:p>
      <w:r>
        <w:t>العدل هو اتساق الفعل مع خارج اتساق الفعل الانساني مع القيم هذا هو الظلم</w:t>
      </w:r>
    </w:p>
    <w:p>
      <w:r>
        <w:t>نعم</w:t>
      </w:r>
    </w:p>
    <w:p>
      <w:r>
        <w:t>واما في العدل يعني انت اذا صدقت صدقت</w:t>
      </w:r>
    </w:p>
    <w:p>
      <w:r>
        <w:t>وهذا الصدق هو قيمة اخلاق فهذا فعلك تتسق تناغم مع القيم فانت في ذات العدل</w:t>
      </w:r>
    </w:p>
    <w:p>
      <w:r>
        <w:t>فانت عادل في فعلك</w:t>
      </w:r>
    </w:p>
    <w:p>
      <w:r>
        <w:t>واذا كنت عادلا يعني تكتسب فضيلة</w:t>
      </w:r>
    </w:p>
    <w:p>
      <w:r>
        <w:t>نعم</w:t>
      </w:r>
    </w:p>
    <w:p>
      <w:r>
        <w:t>واما في العبد فمثل كون الغنى الغنى في مقابل الاحتياج والعلم في مقابل الجهل الظلمة والخشية من الله في مقابل آآ المعصية والتكبر والخشية والخشية من الله تعالى وطلب الثناء بما يوجب العدل الثناء يعني انت تثني على النبي يستحق انت في دارس العدل تثني على امير المؤمنين انت في دارك العدل تثني على الامام الحسين انت في دارك العدل تثني على ابراهيم عليه السلام تفدات العدل واما في الجور في مقابل العدل عدم اتساق الفعل القولي او الفعل الجوارحي مع نظام القيم الالهية</w:t>
      </w:r>
    </w:p>
    <w:p>
      <w:r>
        <w:t>فانت هنا في الظلم</w:t>
      </w:r>
    </w:p>
    <w:p>
      <w:r>
        <w:t>شلون يعني الظلم? فمثل كون الاحتياج والوثوق بان لا يطالب</w:t>
      </w:r>
    </w:p>
    <w:p>
      <w:r>
        <w:t>يعني بشيء وعدم المبالاة بالعواقب</w:t>
      </w:r>
    </w:p>
    <w:p>
      <w:r>
        <w:t>اصلا لا لا يهمه العواقب</w:t>
      </w:r>
    </w:p>
    <w:p>
      <w:r>
        <w:t>يرتكب الفاحشة</w:t>
      </w:r>
    </w:p>
    <w:p>
      <w:r>
        <w:t>ويعرف ان هذه الفاحشة تعلم يعلم بها الناس</w:t>
      </w:r>
    </w:p>
    <w:p>
      <w:r>
        <w:t>تتخرب لا يهمه</w:t>
      </w:r>
    </w:p>
    <w:p>
      <w:r>
        <w:t>لا يبالي به العواقب</w:t>
      </w:r>
    </w:p>
    <w:p>
      <w:r>
        <w:t>والغضبية والشهوية</w:t>
      </w:r>
    </w:p>
    <w:p>
      <w:r>
        <w:t>يعد اسبابها</w:t>
      </w:r>
    </w:p>
    <w:p>
      <w:r>
        <w:t>لا لا لا انا قفزت</w:t>
      </w:r>
    </w:p>
    <w:p>
      <w:r>
        <w:t>وعدم المبالاة بالعواقب بيناها</w:t>
      </w:r>
    </w:p>
    <w:p>
      <w:r>
        <w:t>مرتكب الفاحشة ويشهر بنفسه</w:t>
      </w:r>
    </w:p>
    <w:p>
      <w:r>
        <w:t>وضع في المجور عليه</w:t>
      </w:r>
    </w:p>
    <w:p>
      <w:r>
        <w:t>وامثال ذلك مما يقتضي الجور يعني الضوء</w:t>
      </w:r>
    </w:p>
    <w:p>
      <w:r>
        <w:t>وكذلك في سائرهما اي كذا كذلك يثبت سائر الفضائل</w:t>
      </w:r>
    </w:p>
    <w:p>
      <w:r>
        <w:t>يعني للخطيب والرذائل مما يتعلقان بالقوة العقلية</w:t>
      </w:r>
    </w:p>
    <w:p>
      <w:r>
        <w:t>والغضبية والشهوية</w:t>
      </w:r>
    </w:p>
    <w:p>
      <w:r>
        <w:t>ويعد اسبابهما</w:t>
      </w:r>
    </w:p>
    <w:p>
      <w:r>
        <w:t>الغضبية والشهوية بعد حيواني مطلق</w:t>
      </w:r>
    </w:p>
    <w:p>
      <w:r>
        <w:t>الغضبية لدفع الضرر والشهوية لجذب ما يلائم بقاء الذات</w:t>
      </w:r>
    </w:p>
    <w:p>
      <w:r>
        <w:t>العقلية لا</w:t>
      </w:r>
    </w:p>
    <w:p>
      <w:r>
        <w:t>ارقى من الحيوانية</w:t>
      </w:r>
    </w:p>
    <w:p>
      <w:r>
        <w:t>نعم وفي المدح والذنب بهما اي بالفظائل والرذائل</w:t>
      </w:r>
    </w:p>
    <w:p>
      <w:r>
        <w:t>اي كما يعد لاسبابها في كل رذيلة وفضيلة فكذلك يعد ايضا انواعا في المدح والذنب هما</w:t>
      </w:r>
    </w:p>
    <w:p>
      <w:r>
        <w:t>مثلا في الجواد لانه لا وقع للدنيا عنده</w:t>
      </w:r>
    </w:p>
    <w:p>
      <w:r>
        <w:t>الجواد يعطي لا يفكر في العواقب التي قد تمسه انه يفقر وانه يحتاج لا ابدا لانه لا وقع للدنيا عنده</w:t>
      </w:r>
    </w:p>
    <w:p>
      <w:r>
        <w:t>يستخدم هذه المقدمة وبانه يختار الثواب على المال</w:t>
      </w:r>
    </w:p>
    <w:p>
      <w:r>
        <w:t>هذه في مقدمة في الخطاب ونحو ذلك</w:t>
      </w:r>
    </w:p>
    <w:p>
      <w:r>
        <w:t>من المقدمات التي يستخدمها الخطيب حث الناس على الجهود</w:t>
      </w:r>
    </w:p>
    <w:p>
      <w:r>
        <w:t>ويعد ايضا في المدح بالرذائل انه طلب الفضيل انه طلب الفضيلة المناسبة مثلا في الجربوزة من الكياسة في الرأي وفي الفسق من لطف المعاشرة والمصاحبة ويمدح صاحب البلاهة بقلة المبالاة بما لا يعني نعم ويمدح صاحب التهور بالاقدام في الاخطار ويمدح صاحب ويمدح صاحب التبذير بالبذل وكذلك في عكس ذلك</w:t>
      </w:r>
    </w:p>
    <w:p>
      <w:r>
        <w:t>يعني يتلاعب كما يشاء المهم انه يقنع الطرف المقابل اما بالفعل او بالتارك</w:t>
      </w:r>
    </w:p>
    <w:p>
      <w:r>
        <w:t>ما ينبغي اعداده للخطيف في المشاجرات يأتي ان شاء الله</w:t>
      </w:r>
    </w:p>
    <w:p>
      <w:r>
        <w:t>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