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 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ما ينبغي اعداده للخطيب في المشاجرات</w:t>
      </w:r>
    </w:p>
    <w:p>
      <w:r>
        <w:t>لا ادري هل الخطيب يشاور او يقنع? قال وفي المشاجرات اعداد انواع لاسباب الافعال الضارة</w:t>
      </w:r>
    </w:p>
    <w:p>
      <w:r>
        <w:t>من حب اللهو والبطالة والشرارة واستباحة التصرف في الاموال والاعراض والدماء</w:t>
      </w:r>
    </w:p>
    <w:p>
      <w:r>
        <w:t>والاستهزاء بالخلق او غير الذرة</w:t>
      </w:r>
    </w:p>
    <w:p>
      <w:r>
        <w:t>فيما يغاير ذلك</w:t>
      </w:r>
    </w:p>
    <w:p>
      <w:r>
        <w:t>فيما يقابل ذلك يعني الافعال غير الضارة النافعة</w:t>
      </w:r>
    </w:p>
    <w:p>
      <w:r>
        <w:t>نعم حب الجد والعمل</w:t>
      </w:r>
    </w:p>
    <w:p>
      <w:r>
        <w:t>خلاف البطالة والشرارة يعني الخيرية</w:t>
      </w:r>
    </w:p>
    <w:p>
      <w:r>
        <w:t>نعم والابتعاد عن اموال الناس وشرف الناس واعراض الناس</w:t>
      </w:r>
    </w:p>
    <w:p>
      <w:r>
        <w:t>والاحت في الدماء وعدم الاستهزاء بالخلق وما اشبه ذلك</w:t>
      </w:r>
    </w:p>
    <w:p>
      <w:r>
        <w:t>نعم او غير الضارة فيما يغاير ذلك بيناها ولاحوال الجور في وقوعه</w:t>
      </w:r>
    </w:p>
    <w:p>
      <w:r>
        <w:t>وفي لا وقوعه مما يقتضي مطلقا</w:t>
      </w:r>
    </w:p>
    <w:p>
      <w:r>
        <w:t>الجور يعني الظلم</w:t>
      </w:r>
    </w:p>
    <w:p>
      <w:r>
        <w:t>اذا هذه كلها توصيف لواقع وليست مسائل علمية فلا تمت بصلة الى الحقل المنطقي</w:t>
      </w:r>
    </w:p>
    <w:p>
      <w:r>
        <w:t>اقول قد بينا ان شجرات هي التي تثبت شكرا او شكاية او اعتذارا</w:t>
      </w:r>
    </w:p>
    <w:p>
      <w:r>
        <w:t>مرة علينا في المثن</w:t>
      </w:r>
    </w:p>
    <w:p>
      <w:r>
        <w:t>وبالجملة فهي فنون الشكايات والاعتذارات من المؤذيات والموانع والقواطع ومنها قصور ومنها قصور النفس والبدن والمال</w:t>
      </w:r>
    </w:p>
    <w:p>
      <w:r>
        <w:t>كالنسيان نقص</w:t>
      </w:r>
    </w:p>
    <w:p>
      <w:r>
        <w:t>نعم</w:t>
      </w:r>
    </w:p>
    <w:p>
      <w:r>
        <w:t>والغفلة نقص وضعف القوة مطلقا</w:t>
      </w:r>
    </w:p>
    <w:p>
      <w:r>
        <w:t>لان النسيان كذلك الضعف الذاكرة والغفلة ضعف التركيز</w:t>
      </w:r>
    </w:p>
    <w:p>
      <w:r>
        <w:t>والمرض والفقر والفقر</w:t>
      </w:r>
    </w:p>
    <w:p>
      <w:r>
        <w:t>فانها باجمعها يعني بكلها تدخل في فنون الشكايات وفي ذلك يعين الكلام في الوعد والوعيد الخطيب اذا كان في الوعد هذه الامور تفيد والوعيد نعم الوعد في دائرة الخير والوعيد في ذات والترغيب والتحذير في حسن المجازات بالثواب والمقابلة بالعقاب</w:t>
      </w:r>
    </w:p>
    <w:p>
      <w:r>
        <w:t>لف ونشر مرتب</w:t>
      </w:r>
    </w:p>
    <w:p>
      <w:r>
        <w:t>الثواب والعقاب الثواب عنده علاقة بالوعد</w:t>
      </w:r>
    </w:p>
    <w:p>
      <w:r>
        <w:t>والترغيب والعقاب عنده علاقة بالوعيد والتحذير</w:t>
      </w:r>
    </w:p>
    <w:p>
      <w:r>
        <w:t>وايراد ما يصلح ان يقال ان يقال من ذلك من هذه الامور على ما ينبغي ان يقال وفقا للمعايير على ما ينبغي ان يقال يعني وفق المعايير ومعايير بحسب الاوقات والاحوال والاشخاص</w:t>
      </w:r>
    </w:p>
    <w:p>
      <w:r>
        <w:t>هذه بحسب الاوقات والاحوال والاشخاص في الحقل البلاغي يسميها مقتضى الحال</w:t>
      </w:r>
    </w:p>
    <w:p>
      <w:r>
        <w:t>يعني يجب ان تراعي الموضوع في اثناء الخطاب نعم تراعي الوقت تراعي الاحوال وتراعي الاشخاص</w:t>
      </w:r>
    </w:p>
    <w:p>
      <w:r>
        <w:t>نعم في منطقة فقيرة جدا تعبانة وانت تزهدهم في الدنيا وتحثهم على الفقر</w:t>
      </w:r>
    </w:p>
    <w:p>
      <w:r>
        <w:t>بخلاف الحكمة</w:t>
      </w:r>
    </w:p>
    <w:p>
      <w:r>
        <w:t>انت خطيب فاشل</w:t>
      </w:r>
    </w:p>
    <w:p>
      <w:r>
        <w:t>في منطقة غنية تحثهم على الزهد وعلى التقشف</w:t>
      </w:r>
    </w:p>
    <w:p>
      <w:r>
        <w:t>شيء جميل</w:t>
      </w:r>
    </w:p>
    <w:p>
      <w:r>
        <w:t>في زمن ما فيه حروب ما فيه</w:t>
      </w:r>
    </w:p>
    <w:p>
      <w:r>
        <w:t>تحديات</w:t>
      </w:r>
    </w:p>
    <w:p>
      <w:r>
        <w:t>ما في تهديد للوطن وانت تطنم في الجهة لا معنى لهذا الحديث</w:t>
      </w:r>
    </w:p>
    <w:p>
      <w:r>
        <w:t>خطيب فاشل في زمن التحديات والهجوم على الوطن</w:t>
      </w:r>
    </w:p>
    <w:p>
      <w:r>
        <w:t>وانت تتحدث عن الدعاة والراحة فهذا خلاف الحكمة</w:t>
      </w:r>
    </w:p>
    <w:p>
      <w:r>
        <w:t>يجب ان تحث على الجهاد والمقاومة وكذلك الاشخاص نعم انت في محيط مثقف جامعي وتتحدث المعلومات البسيطة لا يليق في محيط عامي تتحدث بالمصطلحات لا يليق هذه الأمور يجب معرفتها بالتفصيل حتى تكون الخطاب فاعلة ومثمرة</w:t>
      </w:r>
    </w:p>
    <w:p>
      <w:r>
        <w:t>بحسب الأوقات والأحوال الاشخاص الذين اه اه يرغب فيهم ويحذر منهم</w:t>
      </w:r>
    </w:p>
    <w:p>
      <w:r>
        <w:t>والذي يرغبون ويحذرون ويبعثون على الفضل</w:t>
      </w:r>
    </w:p>
    <w:p>
      <w:r>
        <w:t>ويمنعون يشوقون الى الامور ويخوفون</w:t>
      </w:r>
    </w:p>
    <w:p>
      <w:r>
        <w:t>ما كان من ذلك اليق في تقديره بالزيادة والنقصان وكيفية كيفيته في تقييده بالحال والوقت والاشخاص في التعميم والتصغير والتوسط كان احرى واولى وانثى واجدى</w:t>
      </w:r>
    </w:p>
    <w:p>
      <w:r>
        <w:t>اذا الخطيب يجب ان يعرف الاحوال والاشخاص وكذلك يعرف الاوقات</w:t>
      </w:r>
    </w:p>
    <w:p>
      <w:r>
        <w:t>نعم</w:t>
      </w:r>
    </w:p>
    <w:p>
      <w:r>
        <w:t>تكون خطابته فاعلة ومؤثرة</w:t>
      </w:r>
    </w:p>
    <w:p>
      <w:r>
        <w:t>نعم فيجب على الخطيب في المشاجرات اعداد انواع لاسباب الافعال الضارة الانواع قلنا هي المنطلقات ما يساوي الوضع عند الجدل في الخطابات تسمى الانواع يعني المنطلقات يعني القضايا التي يوظفها في خطابه</w:t>
      </w:r>
    </w:p>
    <w:p>
      <w:r>
        <w:t>نعم فيجب على الخطيب في المشاجرات اعداد انواع لاسباب الافعال الضارة من حب اللهو والبطالة والشرارة</w:t>
      </w:r>
    </w:p>
    <w:p>
      <w:r>
        <w:t>هذه كلها يمنحها ويبين بؤسها قبحة واستباحة التصرف في الاموال والاعراض والدماء والاستهزاء بالخلق</w:t>
      </w:r>
    </w:p>
    <w:p>
      <w:r>
        <w:t>وغير ذلك من اسباب الامور الضارة</w:t>
      </w:r>
    </w:p>
    <w:p>
      <w:r>
        <w:t>فيحث الامة على اجتنابها</w:t>
      </w:r>
    </w:p>
    <w:p>
      <w:r>
        <w:t>نعم يقززها في قلوبهم</w:t>
      </w:r>
    </w:p>
    <w:p>
      <w:r>
        <w:t>نعم حتى اه تتقزز منها النفوس وتبتعد</w:t>
      </w:r>
    </w:p>
    <w:p>
      <w:r>
        <w:t>ويعد انواعا انواعا قلناها بيناها هي المنطلقات للاسباب غير الضارة فيما يغاير ذلك</w:t>
      </w:r>
    </w:p>
    <w:p>
      <w:r>
        <w:t>ولاحوال الجور في وقوعه ولا وقوعه يقتضي ذلك مطلقا اي يقتضي الوقوع لو وقع</w:t>
      </w:r>
    </w:p>
    <w:p>
      <w:r>
        <w:t>نعم</w:t>
      </w:r>
    </w:p>
    <w:p>
      <w:r>
        <w:t>يحث على العدل يحث على الجهاد يحث على آآ التعلم يحث على الاجتهاد يحث على الجهد والعمل والانتاج</w:t>
      </w:r>
    </w:p>
    <w:p>
      <w:r>
        <w:t>والمردودية والصدق والامانة والابتعاد عن الرشوة هذه الامور كلها تسمى انواع يجب ان يحيط بها الخطيب ويراعي الاحوال والاشخاص والاوقات</w:t>
      </w:r>
    </w:p>
    <w:p>
      <w:r>
        <w:t>حين تكون خطابته ناجحة ومثمرة</w:t>
      </w:r>
    </w:p>
    <w:p>
      <w:r>
        <w:t>ما ينبغي الخطيب اعداده في عموم الخطابات قال وايضا على الخطيب مطلقا اعداد انواع انواع مشتركة منها ما يعد للاستدراجات من مبادئ الانفعالات والاخلاق</w:t>
      </w:r>
    </w:p>
    <w:p>
      <w:r>
        <w:t>نعم</w:t>
      </w:r>
    </w:p>
    <w:p>
      <w:r>
        <w:t>الخطيب الناجح هو الذي يركز كثيرا على الاخلاق</w:t>
      </w:r>
    </w:p>
    <w:p>
      <w:r>
        <w:t>لان الذي يحمي المحيط هي الاخلاق</w:t>
      </w:r>
    </w:p>
    <w:p>
      <w:r>
        <w:t>لا المال يحمي المحيط ولا يحزنون</w:t>
      </w:r>
    </w:p>
    <w:p>
      <w:r>
        <w:t>الذي يحمي المحيط المحيط الانساني</w:t>
      </w:r>
    </w:p>
    <w:p>
      <w:r>
        <w:t>المجتمع المدني هي الاخلاق اذا وضع في اطارها الدين نور على نور نور على نور</w:t>
      </w:r>
    </w:p>
    <w:p>
      <w:r>
        <w:t>الليبرالية لانها ابتعدت عن القيم الالهية صارت الدراسات الاخلاقية بطريقة عجيبة</w:t>
      </w:r>
    </w:p>
    <w:p>
      <w:r>
        <w:t>انا لم ارى في حيات في تاريخ الانسانية في دراسات اخلاقية مثل القرن الواحد وعشرين وحتى القرن الواحد وعشرين</w:t>
      </w:r>
    </w:p>
    <w:p>
      <w:r>
        <w:t>دراسات لا حد لها</w:t>
      </w:r>
    </w:p>
    <w:p>
      <w:r>
        <w:t>لماذا? لانه ابعد الله تعالى والقيم الالهية ما بقي الى الاخلاق</w:t>
      </w:r>
    </w:p>
    <w:p>
      <w:r>
        <w:t>لماذا? لان هي التي تحمي المجتمع المدني</w:t>
      </w:r>
    </w:p>
    <w:p>
      <w:r>
        <w:t>نعم</w:t>
      </w:r>
    </w:p>
    <w:p>
      <w:r>
        <w:t>نحن عندنا الحمد لله في الحضارة الشرقية عندنا الدين وعندنا الاخلاق</w:t>
      </w:r>
    </w:p>
    <w:p>
      <w:r>
        <w:t>نعم</w:t>
      </w:r>
    </w:p>
    <w:p>
      <w:r>
        <w:t>مثلا للغضب من باب الاظرار والاستهانة والكفران والوقاحة</w:t>
      </w:r>
    </w:p>
    <w:p>
      <w:r>
        <w:t>ولفتوره من باب الاعتراف بالذنب والاعتذار والتذلل بالهشاشة او بالخوف من الغاضب</w:t>
      </w:r>
    </w:p>
    <w:p>
      <w:r>
        <w:t>هذه كلها يعدها ويثيرها في خطاباته ثم يؤثر في الناس</w:t>
      </w:r>
    </w:p>
    <w:p>
      <w:r>
        <w:t>وللحزن مما يوجب تصور صوت المرغوب فيه او حصول المحظور عنه</w:t>
      </w:r>
    </w:p>
    <w:p>
      <w:r>
        <w:t>وعدم الانتفاع بالحيلة والتدبير في ذلك</w:t>
      </w:r>
    </w:p>
    <w:p>
      <w:r>
        <w:t>وللتسلية مما يتعلق بكون ذلك مما يمكن ان يدفع او يرجى التلافي والتدارك او باعتبار حال الغير او بالارشاد الى الحير</w:t>
      </w:r>
    </w:p>
    <w:p>
      <w:r>
        <w:t>وللخجل مما يتعلق بخوف الفضيحة وتصور الدناءة واستشعار الشماتة من الاعداء والاستهزاء من غيرهم ولاكتساب الصداقة من جهة الايثار على النفس والاحسان من غير من وسطر العيوب والنصرة في الغيبة والانفاق ولابط باضداد ذلك</w:t>
      </w:r>
    </w:p>
    <w:p>
      <w:r>
        <w:t>هذه كلها اليات تسمى في الاصطلاح انه انواعا</w:t>
      </w:r>
    </w:p>
    <w:p>
      <w:r>
        <w:t>يوظفها الخطيب حسب الاحوال والاوقات والاشخاص</w:t>
      </w:r>
    </w:p>
    <w:p>
      <w:r>
        <w:t>نعم في مجتمع منخور بالجبن والخوف هناك الخطيب يتكلم عن الشجاعة وفضيلة الشجاعة وعظمة الشجاعة وكيف تحمي الحدود والاوطان والشرف والعرف هذه كلها اه يرتبها ويشكلها انواعا في خطابه ثم يلقيها الناس</w:t>
      </w:r>
    </w:p>
    <w:p>
      <w:r>
        <w:t>وللحسد من جهة مشاهدة اه مشاهدة خير يرى يرى الحاسد نفسه اولى به</w:t>
      </w:r>
    </w:p>
    <w:p>
      <w:r>
        <w:t>او في من لا يحبه</w:t>
      </w:r>
    </w:p>
    <w:p>
      <w:r>
        <w:t>وللغيرة من جهة تخيل المشاركة مما لا حق له في الحقوق من غير اد ادخال صاحبها اياها اياه فيها</w:t>
      </w:r>
    </w:p>
    <w:p>
      <w:r>
        <w:t>نعم</w:t>
      </w:r>
    </w:p>
    <w:p>
      <w:r>
        <w:t>الحسد هو تمني زوال النعمة للشخص</w:t>
      </w:r>
    </w:p>
    <w:p>
      <w:r>
        <w:t>هو يصور الحسد تصوير بائسا حتى تتقزز منه الناس وتبتعد عن الحسد</w:t>
      </w:r>
    </w:p>
    <w:p>
      <w:r>
        <w:t>ويحث على الغبطة المؤمن يغبط ولا يحصد</w:t>
      </w:r>
    </w:p>
    <w:p>
      <w:r>
        <w:t>غبت ان تتمنى ان يكون لك من ذلك الخير</w:t>
      </w:r>
    </w:p>
    <w:p>
      <w:r>
        <w:t>نعم هذا مطلوب فضيلة جميلة</w:t>
      </w:r>
    </w:p>
    <w:p>
      <w:r>
        <w:t>اذا الامور كلها توصيف لامر خارجي</w:t>
      </w:r>
    </w:p>
    <w:p>
      <w:r>
        <w:t>ما عندها علاقة بالمنطق</w:t>
      </w:r>
    </w:p>
    <w:p>
      <w:r>
        <w:t>وبالتالي انا في تصوري اه الجدل والخطاب والشعر وحتى البرهان</w:t>
      </w:r>
    </w:p>
    <w:p>
      <w:r>
        <w:t>نفصله في آآ تحت عنوان المنطق العملي</w:t>
      </w:r>
    </w:p>
    <w:p>
      <w:r>
        <w:t>اما المنطق فقط هو الاقيص الصورية</w:t>
      </w:r>
    </w:p>
    <w:p>
      <w:r>
        <w:t>حتى التعريف يدخل في السيمونتيك في علم الدلالة</w:t>
      </w:r>
    </w:p>
    <w:p>
      <w:r>
        <w:t>فقط يبقى فقط ماذا? القضايا اللي هي مقدمات والعغيثة</w:t>
      </w:r>
    </w:p>
    <w:p>
      <w:r>
        <w:t>بحث هذا هو المنطق</w:t>
      </w:r>
    </w:p>
    <w:p>
      <w:r>
        <w:t>البرهان والجدل والخطاب والمغالطة والشعر يدلجها تحت حقل جديد هو الحقل اسمه المنطق العملي</w:t>
      </w:r>
    </w:p>
    <w:p>
      <w:r>
        <w:t>نعم</w:t>
      </w:r>
    </w:p>
    <w:p>
      <w:r>
        <w:t>ولداء الشكر من جهة انعام اذا انعم عليك شخص بما بشيء ما تشكره</w:t>
      </w:r>
    </w:p>
    <w:p>
      <w:r>
        <w:t>بلا من لا تمن عليه في وقت الحاجة اذا كان الانسان محتاجا او مثلها او دفع الاذى بغير توقع والنصرة من غير توقع بذل ولدواعي الشفقة من جهة وجود العناية الصادقة او تصور الظعف والعجز عن دفع الشر مما يعني به او لقصور لحوق ظرر بما لا يستحقه ولدواعي الشجاعة من جهة تخيل وفور القوة وكثرة الناصر والتوفيق بالعاقبة المرضية او بكبر الناس واضداد هذه الامور مما يتعلق باضداد ذلك يعني هذه الامور اذا كان في موطن الشجاعة يتحدث عن الشجاعة</w:t>
      </w:r>
    </w:p>
    <w:p>
      <w:r>
        <w:t>نعم اذا كان في موطن الفقر يتحدث عن الانفاق</w:t>
      </w:r>
    </w:p>
    <w:p>
      <w:r>
        <w:t>نعم</w:t>
      </w:r>
    </w:p>
    <w:p>
      <w:r>
        <w:t>يحث الاغنياء على النفقة</w:t>
      </w:r>
    </w:p>
    <w:p>
      <w:r>
        <w:t>اذا كان في امة منخورة لا تجتهد ولا تبذل الجود</w:t>
      </w:r>
    </w:p>
    <w:p>
      <w:r>
        <w:t>هناك يتحدث عن الجهاد العملي</w:t>
      </w:r>
    </w:p>
    <w:p>
      <w:r>
        <w:t>الجهاد الاقتصادي الجهاد الاعلامي الجهاد التبليغي</w:t>
      </w:r>
    </w:p>
    <w:p>
      <w:r>
        <w:t>اقول كما ذكر المواضع التي ينبغي للخطيب ان يعد في اقسامها الثلاثة اعني المشاورات والمنافرات والمشاجرات</w:t>
      </w:r>
    </w:p>
    <w:p>
      <w:r>
        <w:t>عقبه بذكر انواع انواع يعني قلت لكم المنطلقات التي يوظفها الخطيب في خطابه</w:t>
      </w:r>
    </w:p>
    <w:p>
      <w:r>
        <w:t>ينبغي للخطيب ان يعدها مطلقا مشتركا بين الانواع الثلاثة</w:t>
      </w:r>
    </w:p>
    <w:p>
      <w:r>
        <w:t>منها ما يعد او يعد للاستدراجات من مبادئ الانفعالات والاخلاق</w:t>
      </w:r>
    </w:p>
    <w:p>
      <w:r>
        <w:t>يعني الاستفرادات استدرجات يعني يجلبك نحو الفضيلة</w:t>
      </w:r>
    </w:p>
    <w:p>
      <w:r>
        <w:t>ويبعدك عن الرذيلة</w:t>
      </w:r>
    </w:p>
    <w:p>
      <w:r>
        <w:t>اما للغضب وتقويته مما يتعلق بالاظرار والاستهانة والكفران والوقاحة</w:t>
      </w:r>
    </w:p>
    <w:p>
      <w:r>
        <w:t>هذه الرذائل</w:t>
      </w:r>
    </w:p>
    <w:p>
      <w:r>
        <w:t>ولفتور الغضب ما يتعلق بالاعتراف بالذنب والاعتذار والتذلل والتلقي بالهشاشة والبوشن وطلاقة الوجه</w:t>
      </w:r>
    </w:p>
    <w:p>
      <w:r>
        <w:t>او بالخوف من الغاضب فان هذه تعد لفتور الغضب وطاقة ليله</w:t>
      </w:r>
    </w:p>
    <w:p>
      <w:r>
        <w:t>هذه كلها نعم فيها حث وفيها منع</w:t>
      </w:r>
    </w:p>
    <w:p>
      <w:r>
        <w:t>واما للحزن بان يعد مواضع مما يوجب تصور فوت المرغوب فيه</w:t>
      </w:r>
    </w:p>
    <w:p>
      <w:r>
        <w:t>او حصول المحظور عنه وآآ آآ وقوعه عدم الانتساب الحيلة والتدبير في ذلك</w:t>
      </w:r>
    </w:p>
    <w:p>
      <w:r>
        <w:t>الانسان آآ لا يجاهد يحتله العدو ثم يحزن</w:t>
      </w:r>
    </w:p>
    <w:p>
      <w:r>
        <w:t>ما الفائدة? ما الفائدة? بعد انت لم تتحرك</w:t>
      </w:r>
    </w:p>
    <w:p>
      <w:r>
        <w:t>نعم</w:t>
      </w:r>
    </w:p>
    <w:p>
      <w:r>
        <w:t>واما للتسلية بان يعد مواضع يتعلق مواضع انوا يتعلق بكون ذلك مما يمكن ان يدفع او يرجى التلاث والتدارك فيه او باعتبار حال الغير والقياس عليه بالمشاركة فيه او بالارشاد الى الحيل</w:t>
      </w:r>
    </w:p>
    <w:p>
      <w:r>
        <w:t>واما للخجل يعني الانسان يخجل بان يعد ما يتعلق بان يعد الخطيب</w:t>
      </w:r>
    </w:p>
    <w:p>
      <w:r>
        <w:t>ما يتعلق بخوف الفضيحة وتصور الدناءة والقصور واستشعار الشماتة من الاعداء والاستهزاء</w:t>
      </w:r>
    </w:p>
    <w:p>
      <w:r>
        <w:t>استهزاء من من غير الاعداء</w:t>
      </w:r>
    </w:p>
    <w:p>
      <w:r>
        <w:t>مثلا الان هذه المثلية</w:t>
      </w:r>
    </w:p>
    <w:p>
      <w:r>
        <w:t>هذه المثلية تسلل الى مجتمعاتنا الاسلامية بضغط من الغرب عن الخبثاء الملاعين فالخطيب هنا يؤدي دورا كبيرا هذا الخلق القبيح اذا انتشر يعني العائلة ماء وجهها ماء وجهها يروح تنعت بنعوت قبيحة جدا والمجتمع ينهار</w:t>
      </w:r>
    </w:p>
    <w:p>
      <w:r>
        <w:t>الزواج يعني الاسر تنهار</w:t>
      </w:r>
    </w:p>
    <w:p>
      <w:r>
        <w:t>نعم</w:t>
      </w:r>
    </w:p>
    <w:p>
      <w:r>
        <w:t>بنت مع بنت وذكر مع ذكر</w:t>
      </w:r>
    </w:p>
    <w:p>
      <w:r>
        <w:t>الخطيب هنا يؤدي دورا كبيرا نعم</w:t>
      </w:r>
    </w:p>
    <w:p>
      <w:r>
        <w:t>واما لاكتساب الصداقة بان يعد ما يتعلق بجهة الايثار على النفس والاحسان الى ما يتخذه صديقا من غير منا</w:t>
      </w:r>
    </w:p>
    <w:p>
      <w:r>
        <w:t>الا افلاطون آآ ارسطو ليس افلاطو</w:t>
      </w:r>
    </w:p>
    <w:p>
      <w:r>
        <w:t>ارس ركز كثيرا في كتب الاخلاق على الصداقة</w:t>
      </w:r>
    </w:p>
    <w:p>
      <w:r>
        <w:t>صدقوني الصداقة هي محور المجتمع المدني</w:t>
      </w:r>
    </w:p>
    <w:p>
      <w:r>
        <w:t>الصداقة جميلة جدا والشرع حث على الصداقة</w:t>
      </w:r>
    </w:p>
    <w:p>
      <w:r>
        <w:t>خصوصا الصديق المؤمن الصديق المتقي</w:t>
      </w:r>
    </w:p>
    <w:p>
      <w:r>
        <w:t>نعم حتى لبعض الروايات يشفع لاخيه المؤمن</w:t>
      </w:r>
    </w:p>
    <w:p>
      <w:r>
        <w:t>الصداقة لبنة اساسية في المجتمع المدني</w:t>
      </w:r>
    </w:p>
    <w:p>
      <w:r>
        <w:t>ليست هينة</w:t>
      </w:r>
    </w:p>
    <w:p>
      <w:r>
        <w:t>يقول واما لاكتساب الصداقة بان يعد ما يتعلق بجهة الايثار</w:t>
      </w:r>
    </w:p>
    <w:p>
      <w:r>
        <w:t>يعني من شخوصات الصداقة صديقي يؤثرك على نفسه</w:t>
      </w:r>
    </w:p>
    <w:p>
      <w:r>
        <w:t>وهو يؤثرك على نفسك ذلك</w:t>
      </w:r>
    </w:p>
    <w:p>
      <w:r>
        <w:t>نعم</w:t>
      </w:r>
    </w:p>
    <w:p>
      <w:r>
        <w:t>من جهة الايثار على النفس والاحسان صديق يحسن صديقه</w:t>
      </w:r>
    </w:p>
    <w:p>
      <w:r>
        <w:t>الى من يتخذه صديقا من غير لا يمن عليه وستر عيوبه ونصرته في الغيبة والوفاء له</w:t>
      </w:r>
    </w:p>
    <w:p>
      <w:r>
        <w:t>هذه كلها شخوصات الصداقة الصداقة لبنة اساسية</w:t>
      </w:r>
    </w:p>
    <w:p>
      <w:r>
        <w:t>في المجتمع المدني</w:t>
      </w:r>
    </w:p>
    <w:p>
      <w:r>
        <w:t>امير المؤمنين عليه السلام بغير بغير الولاء عنده اصدقاء منهم سلمان منهم ابو ذر منهم عمار بن ياسر منهم المقداد وو من اصدقاء اعزاء كان عليه السلام يفتخر به</w:t>
      </w:r>
    </w:p>
    <w:p>
      <w:r>
        <w:t>نعم واما لابطال الصداقة بان يعد افضاد ذلك</w:t>
      </w:r>
    </w:p>
    <w:p>
      <w:r>
        <w:t>نعم</w:t>
      </w:r>
    </w:p>
    <w:p>
      <w:r>
        <w:t>ابطال الصداقة الصداقة ما تجي هنا الخطيب يفعل الناس اللي ضرب الصداقة</w:t>
      </w:r>
    </w:p>
    <w:p>
      <w:r>
        <w:t>لا ممكن يشير الى حيثيات تسيء الى الصداقة وتؤدي الى الفسخ فسخ هذه العلاقة الطيبة</w:t>
      </w:r>
    </w:p>
    <w:p>
      <w:r>
        <w:t>هذه العلاقة النورانية يبين هذه الموجبات ويعالجها بحكمة ودراية</w:t>
      </w:r>
    </w:p>
    <w:p>
      <w:r>
        <w:t>واما للغيرة في من جهة تخيل مما لا حق له في الحقوق من غير ادخال صاحبه له فيها</w:t>
      </w:r>
    </w:p>
    <w:p>
      <w:r>
        <w:t>الغيرة كذلك مهمة جدا في المجتمع المدني</w:t>
      </w:r>
    </w:p>
    <w:p>
      <w:r>
        <w:t>الغيرة على الشرف الغيرة على الوطن الغيرة على المؤسسات</w:t>
      </w:r>
    </w:p>
    <w:p>
      <w:r>
        <w:t>الذهنية العربية عندها اشتباه كبير</w:t>
      </w:r>
    </w:p>
    <w:p>
      <w:r>
        <w:t>لنفرض مثلا الحكومة التافهة</w:t>
      </w:r>
    </w:p>
    <w:p>
      <w:r>
        <w:t>حكومة ساقطة</w:t>
      </w:r>
    </w:p>
    <w:p>
      <w:r>
        <w:t>هذه ممتلكات الدولة</w:t>
      </w:r>
    </w:p>
    <w:p>
      <w:r>
        <w:t>هذه للشعب</w:t>
      </w:r>
    </w:p>
    <w:p>
      <w:r>
        <w:t>هو كرها للحكومة</w:t>
      </w:r>
    </w:p>
    <w:p>
      <w:r>
        <w:t>يدمر منشآت الدولة</w:t>
      </w:r>
    </w:p>
    <w:p>
      <w:r>
        <w:t>ليس الحكومة هي الخاسر</w:t>
      </w:r>
    </w:p>
    <w:p>
      <w:r>
        <w:t>انت الخاسر</w:t>
      </w:r>
    </w:p>
    <w:p>
      <w:r>
        <w:t>ها هي في في بحبوحة</w:t>
      </w:r>
    </w:p>
    <w:p>
      <w:r>
        <w:t>فهذا هذا الفهم البائس يخلي التغيير بطيئا</w:t>
      </w:r>
    </w:p>
    <w:p>
      <w:r>
        <w:t>لا يأتي التغيير والتحول</w:t>
      </w:r>
    </w:p>
    <w:p>
      <w:r>
        <w:t>لماذا? لان الذي البائس على رأس الحكومة يقول له انظرها</w:t>
      </w:r>
    </w:p>
    <w:p>
      <w:r>
        <w:t>هذا الشعب لا يعرف حتى ما آآ مصلحته</w:t>
      </w:r>
    </w:p>
    <w:p>
      <w:r>
        <w:t>واما للغيرة فمن جهة تخيل المشاركة مما لا حق له في الحقوق من غير ادخال صاحبه له فيها</w:t>
      </w:r>
    </w:p>
    <w:p>
      <w:r>
        <w:t>كثير من الامور الغيرة على الوطن الغيرة على المؤسسات الغيرة على على الاضرحة الغيرة على الدين الغيرة على الوطن الغيرة على الحدود الغيرة على على اموال اموال الامة هذه الامور كلها يجب على الخطيب ان يدري بها ويعيها جيدا يوظفها في خطابته</w:t>
      </w:r>
    </w:p>
    <w:p>
      <w:r>
        <w:t>واما لدواعي الشكر فمن جهة الانعام بلا من في وقت الحاجة اليه</w:t>
      </w:r>
    </w:p>
    <w:p>
      <w:r>
        <w:t>نعم</w:t>
      </w:r>
    </w:p>
    <w:p>
      <w:r>
        <w:t>من آآ من لم يشكر المخلوق لا يشكر الخالق</w:t>
      </w:r>
    </w:p>
    <w:p>
      <w:r>
        <w:t>ودفع الاذى بغير له والنصرة من غير توقع وبذل وبذل يعني صديقك في ازمة وانت تنصره بدون من يطلب</w:t>
      </w:r>
    </w:p>
    <w:p>
      <w:r>
        <w:t>وحتى بين دولة ودولة فيها صداقة وفيها محبة وفيها جوار</w:t>
      </w:r>
    </w:p>
    <w:p>
      <w:r>
        <w:t>فالدولة الثانية تبادر وتنصر واما لدواعي الشفقة فمن جهة جود العناية الصادقة او تصور الظعف والعجز عن دفع الشر مما يعنى به او تصور ظرر اه لاحق بغير المستحق هذي كلها كذلك الخطيب يجب ان يعتني بها</w:t>
      </w:r>
    </w:p>
    <w:p>
      <w:r>
        <w:t>الدخول المدرسي</w:t>
      </w:r>
    </w:p>
    <w:p>
      <w:r>
        <w:t>الدخول المدرسي انا شخصيا عبد الفقير</w:t>
      </w:r>
    </w:p>
    <w:p>
      <w:r>
        <w:t>يتصلون بي</w:t>
      </w:r>
    </w:p>
    <w:p>
      <w:r>
        <w:t>المحتاجون فقراء</w:t>
      </w:r>
    </w:p>
    <w:p>
      <w:r>
        <w:t>يقولون لشيخنا الان موسم دخول المدرسي وما عندنا حتى نشتري لا اغراض الدراسة من كراريس وو ولا حتى لباس للاولاد</w:t>
      </w:r>
    </w:p>
    <w:p>
      <w:r>
        <w:t>فالخطيب يحث في خطابه الاغنياء على النفق لهؤلاء</w:t>
      </w:r>
    </w:p>
    <w:p>
      <w:r>
        <w:t>في الدخول المدرسي صدقني ازمة كبيرة بالنسبة للفقراء</w:t>
      </w:r>
    </w:p>
    <w:p>
      <w:r>
        <w:t>واما لدواء الشجاعة فمن جهة تخيل وفور القوة وكثرة النصر</w:t>
      </w:r>
    </w:p>
    <w:p>
      <w:r>
        <w:t>يقول انا ادافع عن الوطن انا ضعيف ما عندي شيء</w:t>
      </w:r>
    </w:p>
    <w:p>
      <w:r>
        <w:t>كيف ان اتصدى لداعش او اتصدى لامريكا? لا ابدا لا ابدا الملاك ليس القوة الملاك هو الصدق مع الله تعالى</w:t>
      </w:r>
    </w:p>
    <w:p>
      <w:r>
        <w:t>هذه هي فلسفة المؤمن</w:t>
      </w:r>
    </w:p>
    <w:p>
      <w:r>
        <w:t>الاتكال على الله تعالى</w:t>
      </w:r>
    </w:p>
    <w:p>
      <w:r>
        <w:t>نعم نعطي شهداء والله تعالى يريد ذلك</w:t>
      </w:r>
    </w:p>
    <w:p>
      <w:r>
        <w:t>الا ان النصر حتمي لا شك في ذلك</w:t>
      </w:r>
    </w:p>
    <w:p>
      <w:r>
        <w:t>واما دواء الشجاعة فمن جهة تخيل وفور القوة وكثرة النصر</w:t>
      </w:r>
    </w:p>
    <w:p>
      <w:r>
        <w:t>والتوفيق بالعاقبة المحمودة المرضية او بكبر النفس</w:t>
      </w:r>
    </w:p>
    <w:p>
      <w:r>
        <w:t>يعني الانسان يموت شهيدا او يعيش عزيزا</w:t>
      </w:r>
    </w:p>
    <w:p>
      <w:r>
        <w:t>نعم</w:t>
      </w:r>
    </w:p>
    <w:p>
      <w:r>
        <w:t>هذه هي الامور</w:t>
      </w:r>
    </w:p>
    <w:p>
      <w:r>
        <w:t>نعم</w:t>
      </w:r>
    </w:p>
    <w:p>
      <w:r>
        <w:t>والتوفيق المحمود المرضي استقلال الوطن عزة كبرياء</w:t>
      </w:r>
    </w:p>
    <w:p>
      <w:r>
        <w:t>نعم</w:t>
      </w:r>
    </w:p>
    <w:p>
      <w:r>
        <w:t>واما لاضداد هذه الامور مما يتعلق باضداد الانواع المذكورة</w:t>
      </w:r>
    </w:p>
    <w:p>
      <w:r>
        <w:t>امة منخورة فالخطيب يتحدث عن الشريعة</w:t>
      </w:r>
    </w:p>
    <w:p>
      <w:r>
        <w:t>امة ضعيفة يتحدث القوة ويقول القوة ملاكها الله يعني نحن اقوياء بالله تعالى وليس بالمعدات</w:t>
      </w:r>
    </w:p>
    <w:p>
      <w:r>
        <w:t>معدات ضرورية جدا</w:t>
      </w:r>
    </w:p>
    <w:p>
      <w:r>
        <w:t>العاقل يفتي بهذا</w:t>
      </w:r>
    </w:p>
    <w:p>
      <w:r>
        <w:t>لكن النصر بيد الله تعالى</w:t>
      </w:r>
    </w:p>
    <w:p>
      <w:r>
        <w:t>هذه الامور الخطيب يجب ان يحيط بها اذا اراد ان يعيش زمانه</w:t>
      </w:r>
    </w:p>
    <w:p>
      <w:r>
        <w:t>والا فلا</w:t>
      </w:r>
    </w:p>
    <w:p>
      <w:r>
        <w:t>قال وكذلك مما يقتضي هذا المثل</w:t>
      </w:r>
    </w:p>
    <w:p>
      <w:r>
        <w:t>قال وكذلك مما يقتضي كل خلق يختص بصنف مما مما يختلف بحسب اسنان يعني بحسب الاعمار على الاعمار شاب آآ رضيع طفل شاب وكبير من الامور التي تذكر في علم النفس التجريبي واذا الله تعالى نلقي دروسا آآ في فضاء اليوتيوب ان شاء الله</w:t>
      </w:r>
    </w:p>
    <w:p>
      <w:r>
        <w:t>آآ علم النفس التجريبي على الطريقة الالهية وليس على الطريقة الغربية</w:t>
      </w:r>
    </w:p>
    <w:p>
      <w:r>
        <w:t>آآ عندنا آآ اطفال وعندنا الشباب وعندنا الكبار</w:t>
      </w:r>
    </w:p>
    <w:p>
      <w:r>
        <w:t>نعم</w:t>
      </w:r>
    </w:p>
    <w:p>
      <w:r>
        <w:t>الاطفال الملاك والغريزة</w:t>
      </w:r>
    </w:p>
    <w:p>
      <w:r>
        <w:t>الشباب والاندفاع الارادة</w:t>
      </w:r>
    </w:p>
    <w:p>
      <w:r>
        <w:t>والكبار الملاك هو العادة الطبيعة الثانية العادة</w:t>
      </w:r>
    </w:p>
    <w:p>
      <w:r>
        <w:t>جاءت داعش على الحدود العراقية</w:t>
      </w:r>
    </w:p>
    <w:p>
      <w:r>
        <w:t>الخطيب يخاطب من? الصغار يتحركون بالغريزة</w:t>
      </w:r>
    </w:p>
    <w:p>
      <w:r>
        <w:t>يعني لا عقل له شباب اندفاع ارادة قوية واندفاع</w:t>
      </w:r>
    </w:p>
    <w:p>
      <w:r>
        <w:t>والكبار العادة حاكمة</w:t>
      </w:r>
    </w:p>
    <w:p>
      <w:r>
        <w:t>العادة حاكمة</w:t>
      </w:r>
    </w:p>
    <w:p>
      <w:r>
        <w:t>فالخطيب يخاطب من? شباب</w:t>
      </w:r>
    </w:p>
    <w:p>
      <w:r>
        <w:t>المندفع</w:t>
      </w:r>
    </w:p>
    <w:p>
      <w:r>
        <w:t>ولهذا من اخرج داعش ودمر داعش في العراق شباب</w:t>
      </w:r>
    </w:p>
    <w:p>
      <w:r>
        <w:t>كلهم شباب</w:t>
      </w:r>
    </w:p>
    <w:p>
      <w:r>
        <w:t>نعم كلهم شباب وبركة</w:t>
      </w:r>
    </w:p>
    <w:p>
      <w:r>
        <w:t>اذا معرفة الاعراف الاعمار للخطيب مهمة جدا</w:t>
      </w:r>
    </w:p>
    <w:p>
      <w:r>
        <w:t>يقول اه وكذلك مما يقتل كل خلق يختص بصنف مما يختلف به بحسب الأسنان</w:t>
      </w:r>
    </w:p>
    <w:p>
      <w:r>
        <w:t>نعم يعني الأمر كالطلب اللذة في الشبان وطلب النفع في الشيوخ</w:t>
      </w:r>
    </w:p>
    <w:p>
      <w:r>
        <w:t>شيوخ او بحسب البلدان كالفصاحة</w:t>
      </w:r>
    </w:p>
    <w:p>
      <w:r>
        <w:t>وغلض الطبع في العرب وحسن التدبير وسرعة الملامة في الفرس</w:t>
      </w:r>
    </w:p>
    <w:p>
      <w:r>
        <w:t>هذا المحقق الطوسي آآ قم الفارسي</w:t>
      </w:r>
    </w:p>
    <w:p>
      <w:r>
        <w:t>نعم</w:t>
      </w:r>
    </w:p>
    <w:p>
      <w:r>
        <w:t>والذكاء والحيلة في الهند</w:t>
      </w:r>
    </w:p>
    <w:p>
      <w:r>
        <w:t>او بحث بحسب الهمم</w:t>
      </w:r>
    </w:p>
    <w:p>
      <w:r>
        <w:t>كالتكبر عدم الالتفات الى الغير في الملوك والدناءة في السوقيين</w:t>
      </w:r>
    </w:p>
    <w:p>
      <w:r>
        <w:t>سوقين عن العوام</w:t>
      </w:r>
    </w:p>
    <w:p>
      <w:r>
        <w:t>والغرور وفي اصحاب البحث</w:t>
      </w:r>
    </w:p>
    <w:p>
      <w:r>
        <w:t>اصحاب البحث يعني العلماء</w:t>
      </w:r>
    </w:p>
    <w:p>
      <w:r>
        <w:t>صدقوني انا رأيت رأيت الغرور</w:t>
      </w:r>
    </w:p>
    <w:p>
      <w:r>
        <w:t>الغرور كثير في العلماء</w:t>
      </w:r>
    </w:p>
    <w:p>
      <w:r>
        <w:t>لا كل العلماء حتى نقع في الغيبة لا</w:t>
      </w:r>
    </w:p>
    <w:p>
      <w:r>
        <w:t>لا شريحة منهم متكبرة</w:t>
      </w:r>
    </w:p>
    <w:p>
      <w:r>
        <w:t>اه عندهم الكبر بملاك العلم</w:t>
      </w:r>
    </w:p>
    <w:p>
      <w:r>
        <w:t>المفروض الإنسان يمشي على هذه القاعدة</w:t>
      </w:r>
    </w:p>
    <w:p>
      <w:r>
        <w:t>العالم الوحيد هو الإمام سلام الله عليه</w:t>
      </w:r>
    </w:p>
    <w:p>
      <w:r>
        <w:t>هو الإمام صاحب نحن طلاب لا نعرف الا مصطلحات وهذه المصطلحات ربك يعلم انها توصل الى الواقع او لا</w:t>
      </w:r>
    </w:p>
    <w:p>
      <w:r>
        <w:t>نعم</w:t>
      </w:r>
    </w:p>
    <w:p>
      <w:r>
        <w:t>اقول قوله وكذلك مما يقتضي كل خلق معطوف على مبادئ الانفعالات</w:t>
      </w:r>
    </w:p>
    <w:p>
      <w:r>
        <w:t>اي من مبادئ الانفعالات ما يقتضي كل خلق يختص بصنف من اصناف الاشخاص</w:t>
      </w:r>
    </w:p>
    <w:p>
      <w:r>
        <w:t>اما بحسب الاسنان يعني الاعمار كطالب اللذة في الشبان فان مختص بهم</w:t>
      </w:r>
    </w:p>
    <w:p>
      <w:r>
        <w:t>والاندفاع فقط اللذة فقط والاندفاع</w:t>
      </w:r>
    </w:p>
    <w:p>
      <w:r>
        <w:t>نعم وطلب النفع في الشيوخ فانهم مظنته يعني مولده او بحسب البلدان كاختصاص العرب بالفصاحة وغلظ الطبع واختصاص الفرس بحسب وحسن التدبير وسرعة الملالة سريعة لمن? واختصاص الهند بال الزكاة والحيلة نعم الان هذه الافلام الافلام الهندية فيها كلشي الا الذكاء نعم واختصاص الفرس بحسب بحسب التدبير سرعة الملالة واختصاص الهند بالذكاء والحيلة او بحسب الهمم كالتكبر وعدم الالتفات الى الغير وترك المبالاة في الملوك السلاطين والدناءة في الأراضي والغرور في اصحاب البحث اصحاب الحدث لم يقل العلماء اصحاب البحث تأدبا فهذه انواع مأخوذة بحسب الإنفعالات لأن الأخلاق انفعال قال ومنها ما يتعلق بامكان الامور ياتي ان شاء الله</w:t>
      </w:r>
    </w:p>
    <w:p>
      <w:r>
        <w:t>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