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w:t>
      </w:r>
    </w:p>
    <w:p>
      <w:r>
        <w:t>وبه تعالى نست 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قال ومنها ما يتعلق بامكان الامور كما يقال كل ما يستطاع او يجتهد فيه فهو ممكن</w:t>
      </w:r>
    </w:p>
    <w:p>
      <w:r>
        <w:t>هذه القاعدة الان هي الاساس في الدراسات المستقبلية</w:t>
      </w:r>
    </w:p>
    <w:p>
      <w:r>
        <w:t>هذا العلم دراسات مستقبلية استراتيجيات انفتحت عليه الانسانية بعد الحرب العالمية الثانية في الدراسات المستقبلية هذه القاعدة هي الاساس</w:t>
      </w:r>
    </w:p>
    <w:p>
      <w:r>
        <w:t>نعم ما هو ممكن يتحقق</w:t>
      </w:r>
    </w:p>
    <w:p>
      <w:r>
        <w:t>نعم كل ما يستطاع او يجتهد فيه فهو ممكن</w:t>
      </w:r>
    </w:p>
    <w:p>
      <w:r>
        <w:t>عكسها فهو كل ممكن ان يتحقق</w:t>
      </w:r>
    </w:p>
    <w:p>
      <w:r>
        <w:t>فالاستقباليات عندهم احتمالات ثم يدرسون هذه الاحتمالات ويدرسون موجبات تحقق هذا الممكن والموانع يدرسها جيدا</w:t>
      </w:r>
    </w:p>
    <w:p>
      <w:r>
        <w:t>فيقع التنبؤ بالغيب من غيب الاستقبال علميا وليس بالتخرصات</w:t>
      </w:r>
    </w:p>
    <w:p>
      <w:r>
        <w:t>وبالفنجان لا علميا على اسس علمية يسمى الدراسات المستقبلية والان علم مستقل وكتب عميقة في هذا المجال</w:t>
      </w:r>
    </w:p>
    <w:p>
      <w:r>
        <w:t>كل ما يستطاع او يجتاد فيه فهو ممكن</w:t>
      </w:r>
    </w:p>
    <w:p>
      <w:r>
        <w:t>اعكسها الان انت نعم اعكسها كل ما هو ممكن يمكن لنا كذلك ان نجته نجتهد فيه ونستطيع ان نصل اليه</w:t>
      </w:r>
    </w:p>
    <w:p>
      <w:r>
        <w:t>وكل ما هو لشخص ممكن ممكن آآ فلغيره ممكن</w:t>
      </w:r>
    </w:p>
    <w:p>
      <w:r>
        <w:t>يعني كل ما يتحقق لشخص قد يتحقق لغيره</w:t>
      </w:r>
    </w:p>
    <w:p>
      <w:r>
        <w:t>واذا كان الاصعب ممكنا فال اسهل ممكن هادي قاعدة قاعدة الاولوية</w:t>
      </w:r>
    </w:p>
    <w:p>
      <w:r>
        <w:t>نعم</w:t>
      </w:r>
    </w:p>
    <w:p>
      <w:r>
        <w:t>او توقع او توقع وجودها كما يقال ما حدث لشخص فهو لمثله متوقع</w:t>
      </w:r>
    </w:p>
    <w:p>
      <w:r>
        <w:t>كل هذه اساسيات الاستقبالية</w:t>
      </w:r>
    </w:p>
    <w:p>
      <w:r>
        <w:t>علم بالمستقبل يعني</w:t>
      </w:r>
    </w:p>
    <w:p>
      <w:r>
        <w:t>نعم</w:t>
      </w:r>
    </w:p>
    <w:p>
      <w:r>
        <w:t>وما يقع في وقت وفي وقت فوقوعه في مثل ذلك الوقت متوقع</w:t>
      </w:r>
    </w:p>
    <w:p>
      <w:r>
        <w:t>او كونه كما يقال آآ المؤثر كائن</w:t>
      </w:r>
    </w:p>
    <w:p>
      <w:r>
        <w:t>فالاثر كائن</w:t>
      </w:r>
    </w:p>
    <w:p>
      <w:r>
        <w:t>ا هادي هي القاعدة التي بينتها لكم في المستقبليات</w:t>
      </w:r>
    </w:p>
    <w:p>
      <w:r>
        <w:t>نعم</w:t>
      </w:r>
    </w:p>
    <w:p>
      <w:r>
        <w:t>اه المؤثر كائن فالاثر كائن</w:t>
      </w:r>
    </w:p>
    <w:p>
      <w:r>
        <w:t>لا</w:t>
      </w:r>
    </w:p>
    <w:p>
      <w:r>
        <w:t>هذه اه تشير الى السببية والمسببية</w:t>
      </w:r>
    </w:p>
    <w:p>
      <w:r>
        <w:t>نعم</w:t>
      </w:r>
    </w:p>
    <w:p>
      <w:r>
        <w:t>المؤثر كائن فالاثر كائن</w:t>
      </w:r>
    </w:p>
    <w:p>
      <w:r>
        <w:t>الغني عنده ابن غير متزوج اعزب</w:t>
      </w:r>
    </w:p>
    <w:p>
      <w:r>
        <w:t>وتعرف انت آآ الوالدان يعشقان الاحفاد وهذه الامور</w:t>
      </w:r>
    </w:p>
    <w:p>
      <w:r>
        <w:t>فيقول له لماذا لا كما جاء في في هذه العبارة المؤثر كائن المؤثر يعني الأموال متوفرة السكن متوفر العمل متوفر الأب غني عنده مصانع فيه اموال فيه شغل وفيه سكن فالمؤثر كائن فالاثر يعني الزواج كائن</w:t>
      </w:r>
    </w:p>
    <w:p>
      <w:r>
        <w:t>والاندل كائن فالاكثر كائن اذا الشيء النادر موجود فالشيء الاكثري حتما موجود</w:t>
      </w:r>
    </w:p>
    <w:p>
      <w:r>
        <w:t>يعني تقول لفلان ماذا تريد? يقول نريد هذه الفاكهة الخاصة وهي نادرة اوصاني بها الطبيب</w:t>
      </w:r>
    </w:p>
    <w:p>
      <w:r>
        <w:t>نعم</w:t>
      </w:r>
    </w:p>
    <w:p>
      <w:r>
        <w:t>واريد معها برتقال</w:t>
      </w:r>
    </w:p>
    <w:p>
      <w:r>
        <w:t>فيقول هذا الدكان الفلاني عنده كل انواع الفواكه وعندو هذه الفاكهة النادرة</w:t>
      </w:r>
    </w:p>
    <w:p>
      <w:r>
        <w:t>والبرتقال حدث ولا حرج</w:t>
      </w:r>
    </w:p>
    <w:p>
      <w:r>
        <w:t>نعم هذا هو معناه والاندل كائن فالاكثري كائن</w:t>
      </w:r>
    </w:p>
    <w:p>
      <w:r>
        <w:t>وكل ما يقصد يقصده او نعم وكل ما يقصده قادر عليه بايجاده فهو كائن نعم انظر آآ هذه عبارات كلها صدقوني لنهض النيات وعلم المستقبليات ظنيات ظنيات اشتغل عليها علميا</w:t>
      </w:r>
    </w:p>
    <w:p>
      <w:r>
        <w:t>هذا لا يعني ان مئة بالمئة يتوقع</w:t>
      </w:r>
    </w:p>
    <w:p>
      <w:r>
        <w:t>الى انه يدرس ويتحرك نحو هذا الاتجاه</w:t>
      </w:r>
    </w:p>
    <w:p>
      <w:r>
        <w:t>انظر ماذا يقول وكل ما يقصده قادر عليه</w:t>
      </w:r>
    </w:p>
    <w:p>
      <w:r>
        <w:t>يعني اذا تحرك نحو شيء فهو قادر عليه بايجاله فهو كائن</w:t>
      </w:r>
    </w:p>
    <w:p>
      <w:r>
        <w:t>حتما يتحقق</w:t>
      </w:r>
    </w:p>
    <w:p>
      <w:r>
        <w:t>او تعظيمهما لعزتها ونفاستها وعظم فائدتها او ما يقابل ذلك وقس على ذلك من القواعد</w:t>
      </w:r>
    </w:p>
    <w:p>
      <w:r>
        <w:t>والغرض من هذه الامثلة الهداية الى كل اسلوب</w:t>
      </w:r>
    </w:p>
    <w:p>
      <w:r>
        <w:t>الى كل اسلوب لان هذه الامثل حكم الامثل فيما يكون ولا يكون في ما هو جائ وليس بجائز واحد</w:t>
      </w:r>
    </w:p>
    <w:p>
      <w:r>
        <w:t>فليطلب التفاصيل من الكتب الكبيرة</w:t>
      </w:r>
    </w:p>
    <w:p>
      <w:r>
        <w:t>اقول من ان من انواع الجزئية التي ينبغي للخطيب ان يعدها في خطابته ما يتعلق بامكان الامور</w:t>
      </w:r>
    </w:p>
    <w:p>
      <w:r>
        <w:t>نعم امور قد تتحقق كما يقال كل ما يستطاع او يقدر عليه او يجتهد فيه فهو ممكن او يقال كل ما يكون ممكنا لشخص فلغير ذلك الشخص يكون ممكنا يقول ابن فلان نجح لماذا انت لا تنجح? هذه القاعدة</w:t>
      </w:r>
    </w:p>
    <w:p>
      <w:r>
        <w:t>الاب يخاطب ابنه</w:t>
      </w:r>
    </w:p>
    <w:p>
      <w:r>
        <w:t>ابن فلان نجح</w:t>
      </w:r>
    </w:p>
    <w:p>
      <w:r>
        <w:t>لماذا انت لا تنجح? وفقا لهذه الخطيب القاعدة</w:t>
      </w:r>
    </w:p>
    <w:p>
      <w:r>
        <w:t>طبعا قاعدة ظنية ليست يقينية</w:t>
      </w:r>
    </w:p>
    <w:p>
      <w:r>
        <w:t>ممكن ابن فلان عنده كل الموجبات للنجاح</w:t>
      </w:r>
    </w:p>
    <w:p>
      <w:r>
        <w:t>وهذا مسكين ما عنده</w:t>
      </w:r>
    </w:p>
    <w:p>
      <w:r>
        <w:t>بليد</w:t>
      </w:r>
    </w:p>
    <w:p>
      <w:r>
        <w:t>ذا عندو هذا مسكين فقير ما عندو لاب طوب</w:t>
      </w:r>
    </w:p>
    <w:p>
      <w:r>
        <w:t>لاب توب يعني هذا الحاسوب</w:t>
      </w:r>
    </w:p>
    <w:p>
      <w:r>
        <w:t>كل ما يكون ممكن لشخص فلغير ذلك الشخص يكون ممكنا</w:t>
      </w:r>
    </w:p>
    <w:p>
      <w:r>
        <w:t>ليست يقينية الا انها ظنية</w:t>
      </w:r>
    </w:p>
    <w:p>
      <w:r>
        <w:t>ونبني عليها</w:t>
      </w:r>
    </w:p>
    <w:p>
      <w:r>
        <w:t>نعم</w:t>
      </w:r>
    </w:p>
    <w:p>
      <w:r>
        <w:t>او يقال اذا كان اصعب ممكنا فالاسهل اه ممكن نعم</w:t>
      </w:r>
    </w:p>
    <w:p>
      <w:r>
        <w:t>ومنها ما يتعلق بتوقع وجودها كما يقال ما حدث لشخص فهو متوقع لمثل ذلك الشخص</w:t>
      </w:r>
    </w:p>
    <w:p>
      <w:r>
        <w:t>وما يقع في وقت فوق في مثل ذلك الوقت متوقع ومون طبعا هذه آآ قواعد ظنية وليست يقينية لان نحن في الخطابة نعم</w:t>
      </w:r>
    </w:p>
    <w:p>
      <w:r>
        <w:t>ومنها ما يتعلق بوجود الامور وحدوثها كما يقال المؤثر كائن يعني العلة فالاثر كائن</w:t>
      </w:r>
    </w:p>
    <w:p>
      <w:r>
        <w:t>او يقال الاندل ثابت يعني متحقق فالاكثري الوجود ثابت</w:t>
      </w:r>
    </w:p>
    <w:p>
      <w:r>
        <w:t>او يقال كل ما يقصده قادر عليه بالايجاد فهو كائن</w:t>
      </w:r>
    </w:p>
    <w:p>
      <w:r>
        <w:t>كلها ظنيات انها ظنيات العقل على اه العقلاء يبنون عليها</w:t>
      </w:r>
    </w:p>
    <w:p>
      <w:r>
        <w:t>المجتمع المدني يبني عليها</w:t>
      </w:r>
    </w:p>
    <w:p>
      <w:r>
        <w:t>ومنها ما يتعلق بتعظيم الامور لعزتها ونفاستها وعظم فائدتها</w:t>
      </w:r>
    </w:p>
    <w:p>
      <w:r>
        <w:t>او ما يقابل هذه الانواع وقس على ذلك</w:t>
      </w:r>
    </w:p>
    <w:p>
      <w:r>
        <w:t>العلم الحالي لم يأتي بشيء جديد على المتن</w:t>
      </w:r>
    </w:p>
    <w:p>
      <w:r>
        <w:t>من هذه الامثلة هو التمهر</w:t>
      </w:r>
    </w:p>
    <w:p>
      <w:r>
        <w:t>التمهر من المهارة مع الاشتقاق</w:t>
      </w:r>
    </w:p>
    <w:p>
      <w:r>
        <w:t>اول مرة اسمع هذه الكلمة التمهر نعم من المهارة اشتقاق</w:t>
      </w:r>
    </w:p>
    <w:p>
      <w:r>
        <w:t>نعم التمهر هو المصدر والهداية الى كل اسلوب من بعض انواع انواع يعني منطلقات مقدمات اخر تتعلق بذلك الاسلوب</w:t>
      </w:r>
    </w:p>
    <w:p>
      <w:r>
        <w:t>وقد اقتصر المصنف رحمه الله على اصول هذه الانواع واحال بالتفاصيل على الكتب المطولة</w:t>
      </w:r>
    </w:p>
    <w:p>
      <w:r>
        <w:t>نعم</w:t>
      </w:r>
    </w:p>
    <w:p>
      <w:r>
        <w:t>احكي لكم قصة في طرفة مضحكة نطبق عليه على هذه على هذه القصة الطرفة هذه القاعدة الظنية ما حدث لشخص فهو متوقع لمثل ذلك الشخص</w:t>
      </w:r>
    </w:p>
    <w:p>
      <w:r>
        <w:t>او ما يقع في في وقت وقوعي في وقت فوقوعه في مثل ذلك الوقت متوقع ومنتظر</w:t>
      </w:r>
    </w:p>
    <w:p>
      <w:r>
        <w:t>احكي لكم قصة هي مضحكة الا انها ترون ان العوام اذا طبقوا هذه القواعد الظنية</w:t>
      </w:r>
    </w:p>
    <w:p>
      <w:r>
        <w:t>تصورون انها يقينية وتت لا محالة لا لنظنية قد تتحقق وقد لا تتحقق</w:t>
      </w:r>
    </w:p>
    <w:p>
      <w:r>
        <w:t>بطال فلس ما عنده شيء ما عنده شيء</w:t>
      </w:r>
    </w:p>
    <w:p>
      <w:r>
        <w:t>جيعان نعم دمره الجوع</w:t>
      </w:r>
    </w:p>
    <w:p>
      <w:r>
        <w:t>وراح الى اخذ معه صرصور</w:t>
      </w:r>
    </w:p>
    <w:p>
      <w:r>
        <w:t>صرصور ميت</w:t>
      </w:r>
    </w:p>
    <w:p>
      <w:r>
        <w:t>دخل المطعم فقال اعطيني اه حساء اكل اعطيني اه كذا اكل باللحم اكل بالسمك واه واه واه اكل اكلات عجيبة وغريبة ثم الفواكه والعصائر حتى امتلأ</w:t>
      </w:r>
    </w:p>
    <w:p>
      <w:r>
        <w:t>ما قال له الحساء</w:t>
      </w:r>
    </w:p>
    <w:p>
      <w:r>
        <w:t>الحساء خلاه مع الاخر</w:t>
      </w:r>
    </w:p>
    <w:p>
      <w:r>
        <w:t>في اخر شيء قالوا عندكم الحساء</w:t>
      </w:r>
    </w:p>
    <w:p>
      <w:r>
        <w:t>قالوا نعم</w:t>
      </w:r>
    </w:p>
    <w:p>
      <w:r>
        <w:t>قال اتيني بها</w:t>
      </w:r>
    </w:p>
    <w:p>
      <w:r>
        <w:t>جاب الرسول وضع هذا الصرصور</w:t>
      </w:r>
    </w:p>
    <w:p>
      <w:r>
        <w:t>في السوق فبدأ يصيح</w:t>
      </w:r>
    </w:p>
    <w:p>
      <w:r>
        <w:t>فجاء هذا النادي قالوا انتم ما تراعون النظافة وما هذا? هذا النادر وراح الى المسئول جاء المسؤول قال له جزاك الله خير اسكت وروح</w:t>
      </w:r>
    </w:p>
    <w:p>
      <w:r>
        <w:t>اسكت وروح ما تفضحنا</w:t>
      </w:r>
    </w:p>
    <w:p>
      <w:r>
        <w:t>المهم خرج</w:t>
      </w:r>
    </w:p>
    <w:p>
      <w:r>
        <w:t>يمشي في الطريق التقى صديقه نفس المواصفات فقير بطال ما عندو شي</w:t>
      </w:r>
    </w:p>
    <w:p>
      <w:r>
        <w:t>حكى لو القصة</w:t>
      </w:r>
    </w:p>
    <w:p>
      <w:r>
        <w:t>راح هذا اخذ صرصور ودخل للمطعم</w:t>
      </w:r>
    </w:p>
    <w:p>
      <w:r>
        <w:t>اعطيني اللحم كذا اعطيني الدجاج كذا</w:t>
      </w:r>
    </w:p>
    <w:p>
      <w:r>
        <w:t>اعطيني السمك كذا</w:t>
      </w:r>
    </w:p>
    <w:p>
      <w:r>
        <w:t>اعطيني الفواكه كذا</w:t>
      </w:r>
    </w:p>
    <w:p>
      <w:r>
        <w:t>مع الآخر طلبا حسنا</w:t>
      </w:r>
    </w:p>
    <w:p>
      <w:r>
        <w:t>جاب له الحسا</w:t>
      </w:r>
    </w:p>
    <w:p>
      <w:r>
        <w:t>اه ما طلب الحسا? قالوا والله انتهى ما عندنا</w:t>
      </w:r>
    </w:p>
    <w:p>
      <w:r>
        <w:t>فهو مسكين اخذ هذا الصرصور وقال اين اضع هذا الصرصور? اذا انا فاخذوه ودمروه</w:t>
      </w:r>
    </w:p>
    <w:p>
      <w:r>
        <w:t>نعم</w:t>
      </w:r>
    </w:p>
    <w:p>
      <w:r>
        <w:t>قتلوه بالظرب</w:t>
      </w:r>
    </w:p>
    <w:p>
      <w:r>
        <w:t>هذه القاعدة ليست يقينية</w:t>
      </w:r>
    </w:p>
    <w:p>
      <w:r>
        <w:t>ظنية نعم ظنية</w:t>
      </w:r>
    </w:p>
    <w:p>
      <w:r>
        <w:t>استعمال المقابلات في الخطابات</w:t>
      </w:r>
    </w:p>
    <w:p>
      <w:r>
        <w:t>المقابلات يعني سين وناقص سين</w:t>
      </w:r>
    </w:p>
    <w:p>
      <w:r>
        <w:t>نعم سين وناقص سين</w:t>
      </w:r>
    </w:p>
    <w:p>
      <w:r>
        <w:t>الخطيب يجب ان يتلاعب بهذه الامور</w:t>
      </w:r>
    </w:p>
    <w:p>
      <w:r>
        <w:t>موجبات الشجاعة موجبات الجبر</w:t>
      </w:r>
    </w:p>
    <w:p>
      <w:r>
        <w:t>موجبات البخل موجبات السخاء</w:t>
      </w:r>
    </w:p>
    <w:p>
      <w:r>
        <w:t>نعم</w:t>
      </w:r>
    </w:p>
    <w:p>
      <w:r>
        <w:t>وهكذا اقول وتقع في الخطاب القضايا المتقابلة لاختلاف الاعتبارات</w:t>
      </w:r>
    </w:p>
    <w:p>
      <w:r>
        <w:t>الاعتبارات يعني الجهات الجهات نعم</w:t>
      </w:r>
    </w:p>
    <w:p>
      <w:r>
        <w:t>مثلا يقال قول لانك ان صدقت احبك الله</w:t>
      </w:r>
    </w:p>
    <w:p>
      <w:r>
        <w:t>وان كذبت احبك الناس</w:t>
      </w:r>
    </w:p>
    <w:p>
      <w:r>
        <w:t>قاعدين كده بتحبك الناس في المجتمعات النازمة</w:t>
      </w:r>
    </w:p>
    <w:p>
      <w:r>
        <w:t>والمجتمعات الساقطة</w:t>
      </w:r>
    </w:p>
    <w:p>
      <w:r>
        <w:t>هذه القنوات الاخبارية كلها كان الكذب في كذب وفي كذب</w:t>
      </w:r>
    </w:p>
    <w:p>
      <w:r>
        <w:t>والناس تعشقها</w:t>
      </w:r>
    </w:p>
    <w:p>
      <w:r>
        <w:t>نعم</w:t>
      </w:r>
    </w:p>
    <w:p>
      <w:r>
        <w:t>واسكت لانك ان صدقت ابغضك الناس وان كذبت ابغضك وللمقرب ذنبه انه مذنب لانه اذا صدق فهو مذنب وان كذب فالكذب مذنب</w:t>
      </w:r>
    </w:p>
    <w:p>
      <w:r>
        <w:t>نعم هذه الامور يجب ان يحيط بها الخطيب</w:t>
      </w:r>
    </w:p>
    <w:p>
      <w:r>
        <w:t>اقول قد بينا ان الغرض من الخطاب انما هو الاقناع في كل فن كل فن والاقناع تصديق بالشيء مع اعتقادي انه يمكن ان يكون له عناد وخلاف</w:t>
      </w:r>
    </w:p>
    <w:p>
      <w:r>
        <w:t>انظر هذه هي القاعدة</w:t>
      </w:r>
    </w:p>
    <w:p>
      <w:r>
        <w:t>هذا هو الاقلاع</w:t>
      </w:r>
    </w:p>
    <w:p>
      <w:r>
        <w:t>يعني انت تعتقد بسين ودائما تتوقع لا سين ان تكون</w:t>
      </w:r>
    </w:p>
    <w:p>
      <w:r>
        <w:t>نعم والاقناع على محور دلالي والاقناع التصديق بالشيء محور دلال يعني تعريف تعريف الاقناع التصديق بالشيء يعني انا اصدق بسين مع اعتقاد انه يمكن ان يكون له عناد وخلاف يعني يمكن ان يكذب فيكون في في مكانه اللاسي</w:t>
      </w:r>
    </w:p>
    <w:p>
      <w:r>
        <w:t>لان النفس تعليل لهذا المدلول لهذا المحور الدلالي</w:t>
      </w:r>
    </w:p>
    <w:p>
      <w:r>
        <w:t>لان النفس تصير بما تسمحه من هذا الفن ان الى التصديق به اميل</w:t>
      </w:r>
    </w:p>
    <w:p>
      <w:r>
        <w:t>اميل</w:t>
      </w:r>
    </w:p>
    <w:p>
      <w:r>
        <w:t>الى التصديق به</w:t>
      </w:r>
    </w:p>
    <w:p>
      <w:r>
        <w:t>عناد وخلافي وذلك هو الظن الغالب</w:t>
      </w:r>
    </w:p>
    <w:p>
      <w:r>
        <w:t>اذا ثبت هذا فمقدماته ايضا مقنعة</w:t>
      </w:r>
    </w:p>
    <w:p>
      <w:r>
        <w:t>اذا قبل هذا اه اه سين يقبل مقدماته</w:t>
      </w:r>
    </w:p>
    <w:p>
      <w:r>
        <w:t>ولما كانت المقدمات قد تتقابل باعتبار باعتبار يعني بجهة</w:t>
      </w:r>
    </w:p>
    <w:p>
      <w:r>
        <w:t>بيجي هذا صدق بجهة اخرى كذب</w:t>
      </w:r>
    </w:p>
    <w:p>
      <w:r>
        <w:t>ويكون كل واحد من المتقابلين مقنعا عند قوم باعتبار مغاير لاعتبار المقابل الاخر</w:t>
      </w:r>
    </w:p>
    <w:p>
      <w:r>
        <w:t>صح استعمال المقدمات المتقابلة في الخطابة</w:t>
      </w:r>
    </w:p>
    <w:p>
      <w:r>
        <w:t>كما يقول الخطيب قل لانك ان صدقت احبك الله</w:t>
      </w:r>
    </w:p>
    <w:p>
      <w:r>
        <w:t>وان كذبت احبك الناس</w:t>
      </w:r>
    </w:p>
    <w:p>
      <w:r>
        <w:t>فما فما تنفك عن الحب</w:t>
      </w:r>
    </w:p>
    <w:p>
      <w:r>
        <w:t>ان كنت صادقا او كنت كاذبا</w:t>
      </w:r>
    </w:p>
    <w:p>
      <w:r>
        <w:t>وهذا قول مقنع نعم</w:t>
      </w:r>
    </w:p>
    <w:p>
      <w:r>
        <w:t>يرغب معه السامعون القول ويقول اسكت لانك اذا قلت وصدقت ابغضك الناس وان كذبت ابغضك الله</w:t>
      </w:r>
    </w:p>
    <w:p>
      <w:r>
        <w:t>فما تنفك عن عن المبغض</w:t>
      </w:r>
    </w:p>
    <w:p>
      <w:r>
        <w:t>وهذا قول مقنع يرغب</w:t>
      </w:r>
    </w:p>
    <w:p>
      <w:r>
        <w:t>معه السمع الى السكوت</w:t>
      </w:r>
    </w:p>
    <w:p>
      <w:r>
        <w:t>فقط وقعت المقدمتان المتقابلتان في الخطاب</w:t>
      </w:r>
    </w:p>
    <w:p>
      <w:r>
        <w:t>وكذلك يقال للمقر بذنبه انه مذنب لانه آآ لانه ان صدق فهو مذنب</w:t>
      </w:r>
    </w:p>
    <w:p>
      <w:r>
        <w:t>وان كذب فكذلك</w:t>
      </w:r>
    </w:p>
    <w:p>
      <w:r>
        <w:t>لان الكذب مذنب</w:t>
      </w:r>
    </w:p>
    <w:p>
      <w:r>
        <w:t>المتقابلات كلها ظنية ليست يقينية</w:t>
      </w:r>
    </w:p>
    <w:p>
      <w:r>
        <w:t>الظمائر المحرفة المحرفة ظاهرا</w:t>
      </w:r>
    </w:p>
    <w:p>
      <w:r>
        <w:t>او المحرفة</w:t>
      </w:r>
    </w:p>
    <w:p>
      <w:r>
        <w:t>اه نعم المحرفة سبب اشتراك لفظي يعني هي فاعل فاعل تحريف</w:t>
      </w:r>
    </w:p>
    <w:p>
      <w:r>
        <w:t>قال والمغالطة ها هنا ان اوقعت اقناعا فهي من الصناعة</w:t>
      </w:r>
    </w:p>
    <w:p>
      <w:r>
        <w:t>لان الفن الخطيب هي هو الاقناع</w:t>
      </w:r>
    </w:p>
    <w:p>
      <w:r>
        <w:t>وغاية الخطيب هو الاقناع</w:t>
      </w:r>
    </w:p>
    <w:p>
      <w:r>
        <w:t>وتسمى بالضمائر محرسة من باب الاشتراك</w:t>
      </w:r>
    </w:p>
    <w:p>
      <w:r>
        <w:t>كمدح الكلب ان كلب السماء اضوأك آآ اضواء كواكبها</w:t>
      </w:r>
    </w:p>
    <w:p>
      <w:r>
        <w:t>الكلب هنا بالاشتراك اللفظي هنا آآ الكواكب اذا انت آآ جمعت بين بخطوط تصير في شكل كلب</w:t>
      </w:r>
    </w:p>
    <w:p>
      <w:r>
        <w:t>او في شكل مثلا آآ الدلو وهكذا</w:t>
      </w:r>
    </w:p>
    <w:p>
      <w:r>
        <w:t>تسمى بهذه الاسماء في علم الفلك</w:t>
      </w:r>
    </w:p>
    <w:p>
      <w:r>
        <w:t>نعم</w:t>
      </w:r>
    </w:p>
    <w:p>
      <w:r>
        <w:t>ومن باب التركيب المفصل فلان يحسن الكتابة</w:t>
      </w:r>
    </w:p>
    <w:p>
      <w:r>
        <w:t>لانه يعد حروف ومن باب وضع ما ليس بعلة علة فلان مبارك القدم لانه من لانه من قدومه تيسر الامر تيسر الامر الفلاني تيسر الامر الفلاني من الخاصة وليس من قدوم هذا الشخص</w:t>
      </w:r>
    </w:p>
    <w:p>
      <w:r>
        <w:t>لكن العوام هكذا يقول والله هذا بركة من يوم جاء جاء الخير</w:t>
      </w:r>
    </w:p>
    <w:p>
      <w:r>
        <w:t>ممكن في عالم الغيب لهما الخلية</w:t>
      </w:r>
    </w:p>
    <w:p>
      <w:r>
        <w:t>اذا المسألة طبقة ضمنية وليست يقينية</w:t>
      </w:r>
    </w:p>
    <w:p>
      <w:r>
        <w:t>ومن باب المصادرة على المطلوب اذا قيل لما قلت فلان اذنب فيقال لانه اذنب</w:t>
      </w:r>
    </w:p>
    <w:p>
      <w:r>
        <w:t>وكذلك في سائرها</w:t>
      </w:r>
    </w:p>
    <w:p>
      <w:r>
        <w:t>هذه المصادرة</w:t>
      </w:r>
    </w:p>
    <w:p>
      <w:r>
        <w:t>يقول فلان اذنب ما هو دليلك? لانه اذنب</w:t>
      </w:r>
    </w:p>
    <w:p>
      <w:r>
        <w:t>نعم</w:t>
      </w:r>
    </w:p>
    <w:p>
      <w:r>
        <w:t>تعاليل النتيجة بنفسها بالنتيجة</w:t>
      </w:r>
    </w:p>
    <w:p>
      <w:r>
        <w:t>هذه على المطلوب</w:t>
      </w:r>
    </w:p>
    <w:p>
      <w:r>
        <w:t>نحن عندنا في الجزائر آآ مثل جميل من مدح آآ العروس امها وخالتها</w:t>
      </w:r>
    </w:p>
    <w:p>
      <w:r>
        <w:t>نعم</w:t>
      </w:r>
    </w:p>
    <w:p>
      <w:r>
        <w:t>هذا المصاب هذه المصادرة على المطلوب</w:t>
      </w:r>
    </w:p>
    <w:p>
      <w:r>
        <w:t>كأن آآ العروس مبيعات نفسها</w:t>
      </w:r>
    </w:p>
    <w:p>
      <w:r>
        <w:t>نعم</w:t>
      </w:r>
    </w:p>
    <w:p>
      <w:r>
        <w:t>الذي يمدح العروس الغرباء</w:t>
      </w:r>
    </w:p>
    <w:p>
      <w:r>
        <w:t>الخارج عن العائلة</w:t>
      </w:r>
    </w:p>
    <w:p>
      <w:r>
        <w:t>اما الأم والخالة نعم يتوقع منهم هذا وهذه المصادرة على المطلوب</w:t>
      </w:r>
    </w:p>
    <w:p>
      <w:r>
        <w:t>وايه وان لم يتوقع اقناعا كونها غير معقولة فهي خارجة عن الصناعة</w:t>
      </w:r>
    </w:p>
    <w:p>
      <w:r>
        <w:t>نعم اذا انتفى الاقلاع وهذه الانواع لا تؤدي الى الاقلاع فهي ليست من الخطابات</w:t>
      </w:r>
    </w:p>
    <w:p>
      <w:r>
        <w:t>كما لو قيل فلان القاتل غير مجرم لانه قتل في حال السكر بغير اختيار المهنة</w:t>
      </w:r>
    </w:p>
    <w:p>
      <w:r>
        <w:t>من اعماله اه ليست من الخطاب</w:t>
      </w:r>
    </w:p>
    <w:p>
      <w:r>
        <w:t>اه في في الاخلاق فلسفة الاخلاق تدرس في وطبقت تطبق في الحقوق</w:t>
      </w:r>
    </w:p>
    <w:p>
      <w:r>
        <w:t>نعم يعني في القضاء</w:t>
      </w:r>
    </w:p>
    <w:p>
      <w:r>
        <w:t>اقول قياس المغالط قد يقع في الخطابة ويكون نوعا منها ان افاد اقناعا للسمع لان الخطاب في كل وقت تفيد اقناعا هذه هي القاعدة الكلية</w:t>
      </w:r>
    </w:p>
    <w:p>
      <w:r>
        <w:t>باب الخطاب هو فيستخدم المغالطات</w:t>
      </w:r>
    </w:p>
    <w:p>
      <w:r>
        <w:t>المصادرة على المطلوب الصناعة اليقينية غير آآ الظنية وما ليس بعلة علة هذه كلها مغالطات مرت علينا الاشتراك الاشتراك اللفظي بالمعنى العام وآآ التركيب المفصل كلها مغالطات يستخدمها الخطيب لانه تساعده على الاقناع</w:t>
      </w:r>
    </w:p>
    <w:p>
      <w:r>
        <w:t>نعم</w:t>
      </w:r>
    </w:p>
    <w:p>
      <w:r>
        <w:t>لان الخطاب في كل وقت تفيد الاقناع</w:t>
      </w:r>
    </w:p>
    <w:p>
      <w:r>
        <w:t>سواء كان حقا او باطلا</w:t>
      </w:r>
    </w:p>
    <w:p>
      <w:r>
        <w:t>فالمغالطة التي درسنا</w:t>
      </w:r>
    </w:p>
    <w:p>
      <w:r>
        <w:t>ان افادت الاقناع فه فهي منها من الخطاب</w:t>
      </w:r>
    </w:p>
    <w:p>
      <w:r>
        <w:t>وتسمى بالضمائر المحرفة</w:t>
      </w:r>
    </w:p>
    <w:p>
      <w:r>
        <w:t>مصطلح</w:t>
      </w:r>
    </w:p>
    <w:p>
      <w:r>
        <w:t>هذا مصطلح فقط</w:t>
      </w:r>
    </w:p>
    <w:p>
      <w:r>
        <w:t>ما معنى الضمائر المحرفة? يعني استخدام المغالطات</w:t>
      </w:r>
    </w:p>
    <w:p>
      <w:r>
        <w:t>سواء كانت محقة او باطلة في لانها تفيد الاغماء</w:t>
      </w:r>
    </w:p>
    <w:p>
      <w:r>
        <w:t>كما تقول في الغلط بسبب الاشتراك الاشتراك اللفظي</w:t>
      </w:r>
    </w:p>
    <w:p>
      <w:r>
        <w:t>آآ الكلب ممدوح ممدوح من اين هذا الوصف? لان كلب السماء اضوأ الكواكب</w:t>
      </w:r>
    </w:p>
    <w:p>
      <w:r>
        <w:t>ما دخل هذا الكوكب الكوكب السماء لي هو اعتبار في اعتبار لا واقعية له ليس من انواع الحيوان الذي يحس يتحرك بالارادة</w:t>
      </w:r>
    </w:p>
    <w:p>
      <w:r>
        <w:t>فحتى تعطي كلية كبرى للحيوان الحقيقي الكلب ممدوح</w:t>
      </w:r>
    </w:p>
    <w:p>
      <w:r>
        <w:t>ما هو تعليله? لان كلب السماء الكواكب</w:t>
      </w:r>
    </w:p>
    <w:p>
      <w:r>
        <w:t>مغالطة بالاشتراك اللفظي</w:t>
      </w:r>
    </w:p>
    <w:p>
      <w:r>
        <w:t>الكلب الحقيقي المخلوق الحيوان</w:t>
      </w:r>
    </w:p>
    <w:p>
      <w:r>
        <w:t>شيء وهذا الكواكب بشكل ما تعطي شكل الكلب</w:t>
      </w:r>
    </w:p>
    <w:p>
      <w:r>
        <w:t>هذا معنى اخر</w:t>
      </w:r>
    </w:p>
    <w:p>
      <w:r>
        <w:t>وبسبب التركيب المفصل فلان يحسن الكتابة</w:t>
      </w:r>
    </w:p>
    <w:p>
      <w:r>
        <w:t>لانه يعد حروف التهجي</w:t>
      </w:r>
    </w:p>
    <w:p>
      <w:r>
        <w:t>ما دخل هذا بهذا? يحسن الكتاب لموجباتها</w:t>
      </w:r>
    </w:p>
    <w:p>
      <w:r>
        <w:t>درس الكتابة وقواعد الكتابة</w:t>
      </w:r>
    </w:p>
    <w:p>
      <w:r>
        <w:t>لا يعني انه يعرف الحروف التهدي</w:t>
      </w:r>
    </w:p>
    <w:p>
      <w:r>
        <w:t>فالغلط هنا من تركيب المفصل</w:t>
      </w:r>
    </w:p>
    <w:p>
      <w:r>
        <w:t>اعني تركيب حروف التاج</w:t>
      </w:r>
    </w:p>
    <w:p>
      <w:r>
        <w:t>وبسبب وضع ما ليس بعلة علة كما تقول فلان مبارك القدم ميمون السورة لانه مع قدومه يحصل الخير وحنصر الخير ليس من قدومه من موجباته واسبابه</w:t>
      </w:r>
    </w:p>
    <w:p>
      <w:r>
        <w:t>نعم</w:t>
      </w:r>
    </w:p>
    <w:p>
      <w:r>
        <w:t>وبسبب المصادرة على المطلوب كما تقول او كما تقول لما قلت فلان اذنب? فنقول لانه اذنب وكذلك باقي اقسام المغالطة</w:t>
      </w:r>
    </w:p>
    <w:p>
      <w:r>
        <w:t>وان واما ان لم توقع اقناعا للسامعين لم يقبلوها</w:t>
      </w:r>
    </w:p>
    <w:p>
      <w:r>
        <w:t>فهي خارجة عن لو قيل فلان القاتل غير مجرم</w:t>
      </w:r>
    </w:p>
    <w:p>
      <w:r>
        <w:t>لماذا? لانه قتل في حالة السوق</w:t>
      </w:r>
    </w:p>
    <w:p>
      <w:r>
        <w:t>يعني بغير اختيار منه</w:t>
      </w:r>
    </w:p>
    <w:p>
      <w:r>
        <w:t>فاقد لقواه الادراكية وقواها النفسانية</w:t>
      </w:r>
    </w:p>
    <w:p>
      <w:r>
        <w:t>فهذا اه غير مجرم</w:t>
      </w:r>
    </w:p>
    <w:p>
      <w:r>
        <w:t>نعم لكن يعاقب او لا يعاقب هذه راجعة الى بابل اعضاء</w:t>
      </w:r>
    </w:p>
    <w:p>
      <w:r>
        <w:t>نعم</w:t>
      </w:r>
    </w:p>
    <w:p>
      <w:r>
        <w:t>قرب الانواع الى الى الجزئيات احسن</w:t>
      </w:r>
    </w:p>
    <w:p>
      <w:r>
        <w:t>هذه قاعدة مهمة جدا لان العوام يتحركون في الخيال</w:t>
      </w:r>
    </w:p>
    <w:p>
      <w:r>
        <w:t>والخيال جزئيات</w:t>
      </w:r>
    </w:p>
    <w:p>
      <w:r>
        <w:t>نعم برهانيات كليات هذه الامور</w:t>
      </w:r>
    </w:p>
    <w:p>
      <w:r>
        <w:t>العوام لا يصلون اليها</w:t>
      </w:r>
    </w:p>
    <w:p>
      <w:r>
        <w:t>قال وكلما كانت الانواع الى الجزئيات اقرب</w:t>
      </w:r>
    </w:p>
    <w:p>
      <w:r>
        <w:t>جزئيات يعني الخياليات</w:t>
      </w:r>
    </w:p>
    <w:p>
      <w:r>
        <w:t>كان اخذ المواضع منها اسهل</w:t>
      </w:r>
    </w:p>
    <w:p>
      <w:r>
        <w:t>اخذ المواضع يعني الانواع يعني المنطلقات</w:t>
      </w:r>
    </w:p>
    <w:p>
      <w:r>
        <w:t>وايضا كلما كانت الم بالجوزيات اخص كانت اقماع</w:t>
      </w:r>
    </w:p>
    <w:p>
      <w:r>
        <w:t>مثلا اذا قيل ولهذا العامي دائما يقول مثل لي الطلاب الطلاب في بداية الدراسة في بداية الدراسة قبل النضج العقلي في المعرفة</w:t>
      </w:r>
    </w:p>
    <w:p>
      <w:r>
        <w:t>يستأنسون كثيرا بالمثال</w:t>
      </w:r>
    </w:p>
    <w:p>
      <w:r>
        <w:t>مثال استاذ يريد ان يحيلك الى الجزئيات</w:t>
      </w:r>
    </w:p>
    <w:p>
      <w:r>
        <w:t>مثلا اذا قيل زيد فاضل</w:t>
      </w:r>
    </w:p>
    <w:p>
      <w:r>
        <w:t>فاضل يعني له كمالات ورشد</w:t>
      </w:r>
    </w:p>
    <w:p>
      <w:r>
        <w:t>جيد لاجل الفضيلة التي صدرت عنه في المقام كان انفع مما لو قيل لانه مستجمع مستجمع للفضائل</w:t>
      </w:r>
    </w:p>
    <w:p>
      <w:r>
        <w:t>هذه كلية</w:t>
      </w:r>
    </w:p>
    <w:p>
      <w:r>
        <w:t>هذه كلية</w:t>
      </w:r>
    </w:p>
    <w:p>
      <w:r>
        <w:t>نعم</w:t>
      </w:r>
    </w:p>
    <w:p>
      <w:r>
        <w:t>يقول فلان متخلق</w:t>
      </w:r>
    </w:p>
    <w:p>
      <w:r>
        <w:t>شيء فلان صدر منه في الفلاني هكذا آآ صدق وهكذا سخاء وهكذا غيرة الناس تتأثر اكثر</w:t>
      </w:r>
    </w:p>
    <w:p>
      <w:r>
        <w:t>اقول وكلما كانت الانواع الى الجزئيات اقرب اخذ المواضع</w:t>
      </w:r>
    </w:p>
    <w:p>
      <w:r>
        <w:t>المواضع عن الأنواع</w:t>
      </w:r>
    </w:p>
    <w:p>
      <w:r>
        <w:t>يعني المنطلقات التي يوظفها الخطيب في خطابه</w:t>
      </w:r>
    </w:p>
    <w:p>
      <w:r>
        <w:t>اخذ المواضع الخطابية من منها اسفل كما تقول محبة الوالد لولده تقتضي شفقته عليه</w:t>
      </w:r>
    </w:p>
    <w:p>
      <w:r>
        <w:t>بطبيعة الحال</w:t>
      </w:r>
    </w:p>
    <w:p>
      <w:r>
        <w:t>اقرب الى الجزئي من لقولنا المحبة تقتضي الشفقة مطلقا هادي قضية كلية</w:t>
      </w:r>
    </w:p>
    <w:p>
      <w:r>
        <w:t>اصلا اني انا ما يسمع لك</w:t>
      </w:r>
    </w:p>
    <w:p>
      <w:r>
        <w:t>نعم</w:t>
      </w:r>
    </w:p>
    <w:p>
      <w:r>
        <w:t>وايضا فالمقدمات كلما كانت اخص بالجزئيات كانت اقنع عند الجمهور لكونها اقرب الى الحس</w:t>
      </w:r>
    </w:p>
    <w:p>
      <w:r>
        <w:t>انظر</w:t>
      </w:r>
    </w:p>
    <w:p>
      <w:r>
        <w:t>الحس يعني خياليات</w:t>
      </w:r>
    </w:p>
    <w:p>
      <w:r>
        <w:t>نعم والوهميات وادراك العوام للمحسوسات اقرب من ادراك المعقولات</w:t>
      </w:r>
    </w:p>
    <w:p>
      <w:r>
        <w:t>ومثاله ما ذكره وهو ظاهر</w:t>
      </w:r>
    </w:p>
    <w:p>
      <w:r>
        <w:t>ظاهر جدا نعم ظاهر جدا</w:t>
      </w:r>
    </w:p>
    <w:p>
      <w:r>
        <w:t>نعم</w:t>
      </w:r>
    </w:p>
    <w:p>
      <w:r>
        <w:t>اه انواع لان المطلب آآ المطلب آآ متسع المتن متسع نخليه الى الجلسة الاتية</w:t>
      </w:r>
    </w:p>
    <w:p>
      <w:r>
        <w:t>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