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توابع الخطاب</w:t>
      </w:r>
    </w:p>
    <w:p>
      <w:r>
        <w:t>قال واما توابع الخطاب باللغة الفرنسية اكسسوار</w:t>
      </w:r>
    </w:p>
    <w:p>
      <w:r>
        <w:t>يعني الزوائد</w:t>
      </w:r>
    </w:p>
    <w:p>
      <w:r>
        <w:t>وتسمى تزيينات استيتيك</w:t>
      </w:r>
    </w:p>
    <w:p>
      <w:r>
        <w:t>نعم استيتيك يعني تزيينات جبليات</w:t>
      </w:r>
    </w:p>
    <w:p>
      <w:r>
        <w:t>فثلاثة اشياء</w:t>
      </w:r>
    </w:p>
    <w:p>
      <w:r>
        <w:t>اولها ما يتعلق بالالفاظ</w:t>
      </w:r>
    </w:p>
    <w:p>
      <w:r>
        <w:t>وهو ان عذبة ما شاء الله</w:t>
      </w:r>
    </w:p>
    <w:p>
      <w:r>
        <w:t>كلمة جميلة جدا</w:t>
      </w:r>
    </w:p>
    <w:p>
      <w:r>
        <w:t>نعم</w:t>
      </w:r>
    </w:p>
    <w:p>
      <w:r>
        <w:t>وان وهو ان تكون الالفاظ عذبة غير ركيكة عامية</w:t>
      </w:r>
    </w:p>
    <w:p>
      <w:r>
        <w:t>ولا اه ولا مبينة فيرتفع ان يصلح المخاطبا يصلح المخاطب الجمهور</w:t>
      </w:r>
    </w:p>
    <w:p>
      <w:r>
        <w:t>ولا ولا مبينا</w:t>
      </w:r>
    </w:p>
    <w:p>
      <w:r>
        <w:t>يعني تحتاج الى دليل وترهق الذهن</w:t>
      </w:r>
    </w:p>
    <w:p>
      <w:r>
        <w:t>نعم اعيد التطبيق</w:t>
      </w:r>
    </w:p>
    <w:p>
      <w:r>
        <w:t>واما توابع الخطاب وتسمى التزيينات فثلاثة اشياء اولها ما يتعلق بالألفاظ اذن هنا عندنا علاقة باللغة وهو ان تكون الألفاظ عذبة غير ركيكة عامية ولا مبينة</w:t>
      </w:r>
    </w:p>
    <w:p>
      <w:r>
        <w:t>يعني يحتاج الى قاموس ويحتاج الى يتعب</w:t>
      </w:r>
    </w:p>
    <w:p>
      <w:r>
        <w:t>فيرتفع ان يصلح المخاطب المخاطبة نعم</w:t>
      </w:r>
    </w:p>
    <w:p>
      <w:r>
        <w:t>فيرتفع فيمتنع احسن</w:t>
      </w:r>
    </w:p>
    <w:p>
      <w:r>
        <w:t>فيمتن لانه هو فارسي ما عنده هذا الاستحضار اللغوي الثري</w:t>
      </w:r>
    </w:p>
    <w:p>
      <w:r>
        <w:t>فيرتفعني فيمتلئ</w:t>
      </w:r>
    </w:p>
    <w:p>
      <w:r>
        <w:t>عنان يصلح لمخاطبة الجمهور</w:t>
      </w:r>
    </w:p>
    <w:p>
      <w:r>
        <w:t>يعني هذه الالفاظ لا تصلح لمخاط الجمهور فتعليله يعلن فان الطباعة العامية يعني العوام تبع العوام قد تستوحش من العلميات مع تستوحش من العلميات</w:t>
      </w:r>
    </w:p>
    <w:p>
      <w:r>
        <w:t>وان تكون جيدة الروابط والانفصالات</w:t>
      </w:r>
    </w:p>
    <w:p>
      <w:r>
        <w:t>نعم كانت من نصائحه اللي آآ شابة جزائرية تريد ان تشتغل منشطة في قناة من القنوات وآآ آآ جربوها فقاتلوا استاذنا رأيك? قلت لها اعملي الفواصل بين الجمل</w:t>
      </w:r>
    </w:p>
    <w:p>
      <w:r>
        <w:t>لا تدغمي جملة في جملة وتأني في في في الحديث</w:t>
      </w:r>
    </w:p>
    <w:p>
      <w:r>
        <w:t>ويكون عندك اسلوب ادبي مع الطرف المقابل</w:t>
      </w:r>
    </w:p>
    <w:p>
      <w:r>
        <w:t>ماذا تقول? قلت له هذه قبيحة بالنسبة للضيف واستفدنا العزيز او استاذنا المحترم ماذا تتفضل بماذا? الفصل بين الجمل استاذنا العزيز ما هو رأيك في هذه المسألة وما قال فيها فلان? يا الله لو كان عنده خيال بحجم الكون ما يستوعب هذا الادغام</w:t>
      </w:r>
    </w:p>
    <w:p>
      <w:r>
        <w:t>نعم</w:t>
      </w:r>
    </w:p>
    <w:p>
      <w:r>
        <w:t>آآ سماحة الاستاذ</w:t>
      </w:r>
    </w:p>
    <w:p>
      <w:r>
        <w:t>والسلام عليكم</w:t>
      </w:r>
    </w:p>
    <w:p>
      <w:r>
        <w:t>اهلا بك</w:t>
      </w:r>
    </w:p>
    <w:p>
      <w:r>
        <w:t>جملتم الجلسة</w:t>
      </w:r>
    </w:p>
    <w:p>
      <w:r>
        <w:t>نعم استاذنا العزيز</w:t>
      </w:r>
    </w:p>
    <w:p>
      <w:r>
        <w:t>آآ فلان طرح هذه المسألة تأني شوية</w:t>
      </w:r>
    </w:p>
    <w:p>
      <w:r>
        <w:t>يعني زمان قليل يمر</w:t>
      </w:r>
    </w:p>
    <w:p>
      <w:r>
        <w:t>والمسألة هويتها هي هذه</w:t>
      </w:r>
    </w:p>
    <w:p>
      <w:r>
        <w:t>شوية زمن يمر وما هو رأيكم الشريف فيما طرحه الاستاذ</w:t>
      </w:r>
    </w:p>
    <w:p>
      <w:r>
        <w:t>تأني و نعم فهي سجلت كل هذه الملاحظات صدقوني فالانسان يبدع</w:t>
      </w:r>
    </w:p>
    <w:p>
      <w:r>
        <w:t>هنا المحققة التونسي ملتفت الى هذه النقطة وان تكون جيدة الروابط والانفصالات</w:t>
      </w:r>
    </w:p>
    <w:p>
      <w:r>
        <w:t>وقد اللفظ بالاستعارة والتشبيه</w:t>
      </w:r>
    </w:p>
    <w:p>
      <w:r>
        <w:t>وما يجري مجراه</w:t>
      </w:r>
    </w:p>
    <w:p>
      <w:r>
        <w:t>التشبيه للاستعارة المجاز</w:t>
      </w:r>
    </w:p>
    <w:p>
      <w:r>
        <w:t>والاستنكار فيه قبيح والاستكثار فيه قبيح</w:t>
      </w:r>
    </w:p>
    <w:p>
      <w:r>
        <w:t>الذي يكثر الاستعارات يتميع اللغة</w:t>
      </w:r>
    </w:p>
    <w:p>
      <w:r>
        <w:t>نعم</w:t>
      </w:r>
    </w:p>
    <w:p>
      <w:r>
        <w:t>وبان يكون اه ذات وزن نعم</w:t>
      </w:r>
    </w:p>
    <w:p>
      <w:r>
        <w:t>بان يكون ذا وزن هو عندهم اه الالفاظ وان تكون ذات وزن</w:t>
      </w:r>
    </w:p>
    <w:p>
      <w:r>
        <w:t>والوزن ها هنا غير الحقيقي</w:t>
      </w:r>
    </w:p>
    <w:p>
      <w:r>
        <w:t>يعني غير اه بل ما يشبهه الوزن اه في الشعر</w:t>
      </w:r>
    </w:p>
    <w:p>
      <w:r>
        <w:t>كما في قوله تعالى ان الابرار لفي نعيم</w:t>
      </w:r>
    </w:p>
    <w:p>
      <w:r>
        <w:t>وان الفجار لفي جحيم</w:t>
      </w:r>
    </w:p>
    <w:p>
      <w:r>
        <w:t>انظر القرآن الكريم الابرار والفجار قباق</w:t>
      </w:r>
    </w:p>
    <w:p>
      <w:r>
        <w:t>اه اه النعيم والجحيم طباق</w:t>
      </w:r>
    </w:p>
    <w:p>
      <w:r>
        <w:t>كم جميل هذه العبارة؟ نعم</w:t>
      </w:r>
    </w:p>
    <w:p>
      <w:r>
        <w:t>والتقسيمات والتشجيعات وايراد القرائن القرينة هي تشبه الدليل</w:t>
      </w:r>
    </w:p>
    <w:p>
      <w:r>
        <w:t>ايضا تقتضي هذا اللوز ولكل من الملفوظ والمكتوب اسلوب خاص وكذلك لاصنافهما</w:t>
      </w:r>
    </w:p>
    <w:p>
      <w:r>
        <w:t>طبعا المرفوض غير المكتوب</w:t>
      </w:r>
    </w:p>
    <w:p>
      <w:r>
        <w:t>هذا الامر</w:t>
      </w:r>
    </w:p>
    <w:p>
      <w:r>
        <w:t>الاول خاص بالالفاظ</w:t>
      </w:r>
    </w:p>
    <w:p>
      <w:r>
        <w:t>ثانيها الترتيب كالتصدير بما يلوح بالمقصود</w:t>
      </w:r>
    </w:p>
    <w:p>
      <w:r>
        <w:t>والاختصاص بالمقصود والتبيان له بما يقنع</w:t>
      </w:r>
    </w:p>
    <w:p>
      <w:r>
        <w:t>والخاتمة وهو الختم بالتذكير</w:t>
      </w:r>
    </w:p>
    <w:p>
      <w:r>
        <w:t>وربما تختص بعض الاصناف بالبعض كما ان التصدير في الشكاية قبيح</w:t>
      </w:r>
    </w:p>
    <w:p>
      <w:r>
        <w:t>نعم</w:t>
      </w:r>
    </w:p>
    <w:p>
      <w:r>
        <w:t>هذه كلها اكسسوار</w:t>
      </w:r>
    </w:p>
    <w:p>
      <w:r>
        <w:t>تزيينات للخطاب</w:t>
      </w:r>
    </w:p>
    <w:p>
      <w:r>
        <w:t>وثالثها الاخذ بالوجوه والنفاق</w:t>
      </w:r>
    </w:p>
    <w:p>
      <w:r>
        <w:t>وهو من الحيل</w:t>
      </w:r>
    </w:p>
    <w:p>
      <w:r>
        <w:t>وقد يتعلق بالقول مثل رفع الصوت في موضع يليق به</w:t>
      </w:r>
    </w:p>
    <w:p>
      <w:r>
        <w:t>او آآ خفضه في موقع يليق به</w:t>
      </w:r>
    </w:p>
    <w:p>
      <w:r>
        <w:t>ولهذا تجد الخطيب مرة يرفع صوته ومرة يخفظ تخيل ان الانسان يريد يبين مظلومية الزهراء وهي منكسرة</w:t>
      </w:r>
    </w:p>
    <w:p>
      <w:r>
        <w:t>منكسرة القبر القلب ظعيفة البدن ويأتي بصوت غليظ</w:t>
      </w:r>
    </w:p>
    <w:p>
      <w:r>
        <w:t>هذا ليس بخطيب</w:t>
      </w:r>
    </w:p>
    <w:p>
      <w:r>
        <w:t>صوت منخفظ اه صوت يثير القلب ويحرك الوجدان</w:t>
      </w:r>
    </w:p>
    <w:p>
      <w:r>
        <w:t>اذا حسب المواطن</w:t>
      </w:r>
    </w:p>
    <w:p>
      <w:r>
        <w:t>نعم</w:t>
      </w:r>
    </w:p>
    <w:p>
      <w:r>
        <w:t>فانه يفيد ايذانا لحال القاتل الحال القائل او استنزاجا في المخاطب</w:t>
      </w:r>
    </w:p>
    <w:p>
      <w:r>
        <w:t>وقد يتعلق بال كتزكية نفسه او كونه في زي وهيئة يليقان به هذا مختص بالخطيب في لباسه في هيئته نعم في شكله في جلوسه في امور كثيرة</w:t>
      </w:r>
    </w:p>
    <w:p>
      <w:r>
        <w:t>انا احيانا ارى آآ المنابر في حركة الخطيب اتقزز</w:t>
      </w:r>
    </w:p>
    <w:p>
      <w:r>
        <w:t>غير موزون في حركتي</w:t>
      </w:r>
    </w:p>
    <w:p>
      <w:r>
        <w:t>نعم</w:t>
      </w:r>
    </w:p>
    <w:p>
      <w:r>
        <w:t>في غير موزون في حركته</w:t>
      </w:r>
    </w:p>
    <w:p>
      <w:r>
        <w:t>ويستخدم هذا الكلينكس يعني هذه هذه المنشفة الصناعية</w:t>
      </w:r>
    </w:p>
    <w:p>
      <w:r>
        <w:t>كثيرا بحركات تقزز</w:t>
      </w:r>
    </w:p>
    <w:p>
      <w:r>
        <w:t>اقول نعم</w:t>
      </w:r>
    </w:p>
    <w:p>
      <w:r>
        <w:t>ولا يمكن استعمال استعمال اكثر هذه هذا القسم في المكتوبات</w:t>
      </w:r>
    </w:p>
    <w:p>
      <w:r>
        <w:t>نعم كثير في المكتوبات غير موجودة</w:t>
      </w:r>
    </w:p>
    <w:p>
      <w:r>
        <w:t>ما في لا حركات ولا شكل</w:t>
      </w:r>
    </w:p>
    <w:p>
      <w:r>
        <w:t>انت تكتب قصيدة آآ تكتب رواية كتابا لا شك فيه ولا حركة حركتك فيه</w:t>
      </w:r>
    </w:p>
    <w:p>
      <w:r>
        <w:t>ولا هيئتك في الكتاب</w:t>
      </w:r>
    </w:p>
    <w:p>
      <w:r>
        <w:t>مرة الانسان يقرأ كتابا يقرأ مقالا يميل قلبه للكاتب</w:t>
      </w:r>
    </w:p>
    <w:p>
      <w:r>
        <w:t>اذا عاشره او رآه يتقزز منه</w:t>
      </w:r>
    </w:p>
    <w:p>
      <w:r>
        <w:t>اقول وضعفاء العقول للاستدراجات اطول وكذلك يطعون آآ المتنسك وان كان مبتدعا</w:t>
      </w:r>
    </w:p>
    <w:p>
      <w:r>
        <w:t>اقول الموقع للاقناع قد يكون آآ نفس القول كما مضى</w:t>
      </w:r>
    </w:p>
    <w:p>
      <w:r>
        <w:t>وقد يكون امرا خارجا عن الصناعة</w:t>
      </w:r>
    </w:p>
    <w:p>
      <w:r>
        <w:t>فان الخطيب قد يكون خطيبا لعذوبة منطقه</w:t>
      </w:r>
    </w:p>
    <w:p>
      <w:r>
        <w:t>نعم وحسن صورته وهيئته وكلامه في خشوعه وقسوته وشوقه وسآمته وايثاره كراهته</w:t>
      </w:r>
    </w:p>
    <w:p>
      <w:r>
        <w:t>نعم التي يظهر من كلامه على هيئته</w:t>
      </w:r>
    </w:p>
    <w:p>
      <w:r>
        <w:t>وهو العمدة في القبول</w:t>
      </w:r>
    </w:p>
    <w:p>
      <w:r>
        <w:t>فكم من خطيب ابكى الناس بهيئته قبل كلامه? نعم</w:t>
      </w:r>
    </w:p>
    <w:p>
      <w:r>
        <w:t>وهذه الاشياء هي توادع الخطابات</w:t>
      </w:r>
    </w:p>
    <w:p>
      <w:r>
        <w:t>اكسسوار</w:t>
      </w:r>
    </w:p>
    <w:p>
      <w:r>
        <w:t>زوائد</w:t>
      </w:r>
    </w:p>
    <w:p>
      <w:r>
        <w:t>تجمل الخطاب</w:t>
      </w:r>
    </w:p>
    <w:p>
      <w:r>
        <w:t>وتسمى تزيينات وهي على ثلاثة اقسام</w:t>
      </w:r>
    </w:p>
    <w:p>
      <w:r>
        <w:t>اولها ما يتعلق باللفظ بان يكون عذبا</w:t>
      </w:r>
    </w:p>
    <w:p>
      <w:r>
        <w:t>غير ركيك يخرج الى العامية</w:t>
      </w:r>
    </w:p>
    <w:p>
      <w:r>
        <w:t>نعم غير ركيك يخرج الى العامية</w:t>
      </w:r>
    </w:p>
    <w:p>
      <w:r>
        <w:t>لا يبقى في فصاحته وبين مبين وعذب</w:t>
      </w:r>
    </w:p>
    <w:p>
      <w:r>
        <w:t>ولا مبينا تعجز العامة عن فهمه فيرتفع عن مخاطبة الجمهور يرتقي يعني يمتنع ان يصل الى الجمهور او يرقى الى درجة عالية لا يستوعبه الجمهور</w:t>
      </w:r>
    </w:p>
    <w:p>
      <w:r>
        <w:t>فلا يحصل الغرض من الخطاب وهو الاقناع</w:t>
      </w:r>
    </w:p>
    <w:p>
      <w:r>
        <w:t>هو الانقياد الى مطلوبه والاقلاع</w:t>
      </w:r>
    </w:p>
    <w:p>
      <w:r>
        <w:t>فان الطبائع العامية قد تستوحش من الامور العلمية</w:t>
      </w:r>
    </w:p>
    <w:p>
      <w:r>
        <w:t>ويكون جيد الربط والانفصال</w:t>
      </w:r>
    </w:p>
    <w:p>
      <w:r>
        <w:t>نعم</w:t>
      </w:r>
    </w:p>
    <w:p>
      <w:r>
        <w:t>بان يربط كلاما الى كلام اخر مناسب له</w:t>
      </w:r>
    </w:p>
    <w:p>
      <w:r>
        <w:t>مناسب له او يفصل كلاما عن كلام لا يناسبه</w:t>
      </w:r>
    </w:p>
    <w:p>
      <w:r>
        <w:t>وهو عبارة عن فصل الخطاب</w:t>
      </w:r>
    </w:p>
    <w:p>
      <w:r>
        <w:t>وقد يتزين اللفظ بالاستعارة والتشبيه والمجاز وما يجري مجرى مجراهما من المحاورات المستحسنة</w:t>
      </w:r>
    </w:p>
    <w:p>
      <w:r>
        <w:t>نعم</w:t>
      </w:r>
    </w:p>
    <w:p>
      <w:r>
        <w:t>استعارات كم جميلة? كم جميلة? الا انه لا يكثر منها</w:t>
      </w:r>
    </w:p>
    <w:p>
      <w:r>
        <w:t>نعم</w:t>
      </w:r>
    </w:p>
    <w:p>
      <w:r>
        <w:t>يخاطب الله يقول انا كبرت</w:t>
      </w:r>
    </w:p>
    <w:p>
      <w:r>
        <w:t>كما يقولون آآ بالفارسية او باللغة الفرنسية</w:t>
      </w:r>
    </w:p>
    <w:p>
      <w:r>
        <w:t>يقول لا</w:t>
      </w:r>
    </w:p>
    <w:p>
      <w:r>
        <w:t>اشتعل الرأس شيبا كم هي رائعة جدا</w:t>
      </w:r>
    </w:p>
    <w:p>
      <w:r>
        <w:t>كان بامكان الامير المؤمنين عليه السلام يقول انا رجل عظيم</w:t>
      </w:r>
    </w:p>
    <w:p>
      <w:r>
        <w:t>انا وجود عظيم</w:t>
      </w:r>
    </w:p>
    <w:p>
      <w:r>
        <w:t>حتى الرجل لا تليق</w:t>
      </w:r>
    </w:p>
    <w:p>
      <w:r>
        <w:t>انه وجود عظيم</w:t>
      </w:r>
    </w:p>
    <w:p>
      <w:r>
        <w:t>لا ما قال هذا</w:t>
      </w:r>
    </w:p>
    <w:p>
      <w:r>
        <w:t>قال آآ وينحدر عني السيل ولا يرقى الي الطير استعارات تفهمية في غاية الجمال</w:t>
      </w:r>
    </w:p>
    <w:p>
      <w:r>
        <w:t>والاكثار من ذلك يعني من الاستعارة والتشبيه وما اشبه ذلك قبيح لخروج اللفظ بالكليه عن ارادة الحقيقة فيحصل الاشتباه الالتباس</w:t>
      </w:r>
    </w:p>
    <w:p>
      <w:r>
        <w:t>يعني هذه نصيحة فقط لا تكثر من الاستعارات لان المخاطب يعني الجمهور يتقزز</w:t>
      </w:r>
    </w:p>
    <w:p>
      <w:r>
        <w:t>وان يكون ذا وزن نماء</w:t>
      </w:r>
    </w:p>
    <w:p>
      <w:r>
        <w:t>ولا نعني بالوزن الوزن الحقيقي يعني الذي في الشعر</w:t>
      </w:r>
    </w:p>
    <w:p>
      <w:r>
        <w:t>بل ما يشابه كقوله تعالى ان الابرار الذين وان الفجار لفي جحيم</w:t>
      </w:r>
    </w:p>
    <w:p>
      <w:r>
        <w:t>آآ ايراد التقسيمات في اللفظ كقوله تعالى فاما اليتيم فلا تقهر</w:t>
      </w:r>
    </w:p>
    <w:p>
      <w:r>
        <w:t>واما السائل فلا تنهر</w:t>
      </w:r>
    </w:p>
    <w:p>
      <w:r>
        <w:t>انظر الشيء الجميل في التعبيرات اه الرائع</w:t>
      </w:r>
    </w:p>
    <w:p>
      <w:r>
        <w:t>وارادة التشجيعات كقولك اه للعالم مرتبة عظيمة للحكيم منزلة جسيمة</w:t>
      </w:r>
    </w:p>
    <w:p>
      <w:r>
        <w:t>نعم</w:t>
      </w:r>
    </w:p>
    <w:p>
      <w:r>
        <w:t>عظيمة جسيمة</w:t>
      </w:r>
    </w:p>
    <w:p>
      <w:r>
        <w:t>هذا هو السجان</w:t>
      </w:r>
    </w:p>
    <w:p>
      <w:r>
        <w:t>وار القرائن تقتضي هذا الوزن</w:t>
      </w:r>
    </w:p>
    <w:p>
      <w:r>
        <w:t>والقرائن يعني الملكات ليست الادلة بالمعنى البرهاني للملكات</w:t>
      </w:r>
    </w:p>
    <w:p>
      <w:r>
        <w:t>ولكل واحد من المرفوض والمكتوب اسلوب خاص طبعا</w:t>
      </w:r>
    </w:p>
    <w:p>
      <w:r>
        <w:t>الكتابة غير تلفظ</w:t>
      </w:r>
    </w:p>
    <w:p>
      <w:r>
        <w:t>نعم</w:t>
      </w:r>
    </w:p>
    <w:p>
      <w:r>
        <w:t>والناس الان يراعون التلفظ مع التواصل الاجتماعي يريد يشاهد ويسمع</w:t>
      </w:r>
    </w:p>
    <w:p>
      <w:r>
        <w:t>اما يقرأ فقليل الان لان للفكر مجالا في المكتوبة</w:t>
      </w:r>
    </w:p>
    <w:p>
      <w:r>
        <w:t>ونفاذ التصرف بخلاف المرفوظة لسرعة انمحائها على الخواطر</w:t>
      </w:r>
    </w:p>
    <w:p>
      <w:r>
        <w:t>وكذلك لكل من اصناف المرفوظة والمكتوبة اسلوب خاص</w:t>
      </w:r>
    </w:p>
    <w:p>
      <w:r>
        <w:t>كالفرق بين الكتابة في الرسائل والمجادلات</w:t>
      </w:r>
    </w:p>
    <w:p>
      <w:r>
        <w:t>وبين القول في المجلس الخاص والمجلس العام</w:t>
      </w:r>
    </w:p>
    <w:p>
      <w:r>
        <w:t>نعم</w:t>
      </w:r>
    </w:p>
    <w:p>
      <w:r>
        <w:t>هذا الاول</w:t>
      </w:r>
    </w:p>
    <w:p>
      <w:r>
        <w:t>مختص بالالفاظ</w:t>
      </w:r>
    </w:p>
    <w:p>
      <w:r>
        <w:t>وثانيها الترتيب</w:t>
      </w:r>
    </w:p>
    <w:p>
      <w:r>
        <w:t>بما يلوح بالمقصود والمتابعة بذكر المقصود صريحا بعده كمن يريد التصدير بالظفر فيقول الحمدلله معز معز اوليائه</w:t>
      </w:r>
    </w:p>
    <w:p>
      <w:r>
        <w:t>انظر نعم وقاهر اعدائه</w:t>
      </w:r>
    </w:p>
    <w:p>
      <w:r>
        <w:t>والختم بالتذك وربما يختص بعض الاصناف بالبعض</w:t>
      </w:r>
    </w:p>
    <w:p>
      <w:r>
        <w:t>كما ان التصدير بالشكاية قبيح</w:t>
      </w:r>
    </w:p>
    <w:p>
      <w:r>
        <w:t>وان كان حسنا في غيره</w:t>
      </w:r>
    </w:p>
    <w:p>
      <w:r>
        <w:t>اذا الترتيب ترتيب القول حسب المقصد وحسب المورد</w:t>
      </w:r>
    </w:p>
    <w:p>
      <w:r>
        <w:t>نعم</w:t>
      </w:r>
    </w:p>
    <w:p>
      <w:r>
        <w:t>حسب المورد</w:t>
      </w:r>
    </w:p>
    <w:p>
      <w:r>
        <w:t>نعم</w:t>
      </w:r>
    </w:p>
    <w:p>
      <w:r>
        <w:t>انت تريد ان تحث الناس على الجهاز والمقاومة</w:t>
      </w:r>
    </w:p>
    <w:p>
      <w:r>
        <w:t>آآ تبعا تبدا هكذا</w:t>
      </w:r>
    </w:p>
    <w:p>
      <w:r>
        <w:t>الحمد لله معز اولياءه</w:t>
      </w:r>
    </w:p>
    <w:p>
      <w:r>
        <w:t>وقاهر اعدائه</w:t>
      </w:r>
    </w:p>
    <w:p>
      <w:r>
        <w:t>فيتشجع يعني تتمكن منه الايديولوجية الالهية فيتحرك</w:t>
      </w:r>
    </w:p>
    <w:p>
      <w:r>
        <w:t>نعم</w:t>
      </w:r>
    </w:p>
    <w:p>
      <w:r>
        <w:t>وثالثها الاخذ بالوجوه والنفاق والرياء وهو من الحيل وقد يتعلق بالقول كرفع الصوت في موضع يليق به او كخفضه في موقع يليق قضية الزهراء فانه يفيد ايذانا بحال القائل او استدراج للمخاطب</w:t>
      </w:r>
    </w:p>
    <w:p>
      <w:r>
        <w:t>وقد يتعلق بالقائل كتزكية نفسه او كونه في زي وهيئة يحصل بها آآ قبول قوله</w:t>
      </w:r>
    </w:p>
    <w:p>
      <w:r>
        <w:t>يعني هذه خاصة بالخطيب في لباسه في شكله</w:t>
      </w:r>
    </w:p>
    <w:p>
      <w:r>
        <w:t>نعم</w:t>
      </w:r>
    </w:p>
    <w:p>
      <w:r>
        <w:t>في مقبوليته عند الناس</w:t>
      </w:r>
    </w:p>
    <w:p>
      <w:r>
        <w:t>ولا يمكن استعمال اكثر هذه الاشياء في الكتابة</w:t>
      </w:r>
    </w:p>
    <w:p>
      <w:r>
        <w:t>كثير منها تختفي</w:t>
      </w:r>
    </w:p>
    <w:p>
      <w:r>
        <w:t>الشكر</w:t>
      </w:r>
    </w:p>
    <w:p>
      <w:r>
        <w:t>الهيئة الصوت</w:t>
      </w:r>
    </w:p>
    <w:p>
      <w:r>
        <w:t>جمال اه جمال الصوت نعم</w:t>
      </w:r>
    </w:p>
    <w:p>
      <w:r>
        <w:t>اما في الكتاب هذه الامور غير موجودة</w:t>
      </w:r>
    </w:p>
    <w:p>
      <w:r>
        <w:t>نعم</w:t>
      </w:r>
    </w:p>
    <w:p>
      <w:r>
        <w:t>ولا يمكن استعمال اكثر هذه الاشياء في الكتابة لتعلقها بالشخص المخصوص</w:t>
      </w:r>
    </w:p>
    <w:p>
      <w:r>
        <w:t>وضعفاء العقول كالنساء والصبيان والبولة للاستدراجات اقوى</w:t>
      </w:r>
    </w:p>
    <w:p>
      <w:r>
        <w:t>العلامة الحني اذا عاش في عصرنا عصر في مينيز</w:t>
      </w:r>
    </w:p>
    <w:p>
      <w:r>
        <w:t>نعم يجرؤ ويقول كالنساء في زمن يا الله الامم المتحدة تتحرك</w:t>
      </w:r>
    </w:p>
    <w:p>
      <w:r>
        <w:t>ضده</w:t>
      </w:r>
    </w:p>
    <w:p>
      <w:r>
        <w:t>على المحكمة الدولية</w:t>
      </w:r>
    </w:p>
    <w:p>
      <w:r>
        <w:t>كالنساء والصبيان يقولون النساء ضعاف العقول</w:t>
      </w:r>
    </w:p>
    <w:p>
      <w:r>
        <w:t>للاستدراجات اطواع</w:t>
      </w:r>
    </w:p>
    <w:p>
      <w:r>
        <w:t>نعم</w:t>
      </w:r>
    </w:p>
    <w:p>
      <w:r>
        <w:t>لحال الانفعال يعني ملاك الانفعال</w:t>
      </w:r>
    </w:p>
    <w:p>
      <w:r>
        <w:t>وان وتقتصرون من المقنعات على الخارجية</w:t>
      </w:r>
    </w:p>
    <w:p>
      <w:r>
        <w:t>يعني على الامور الخارجية</w:t>
      </w:r>
    </w:p>
    <w:p>
      <w:r>
        <w:t>ويهجرون المقنعة المناسبة</w:t>
      </w:r>
    </w:p>
    <w:p>
      <w:r>
        <w:t>معنى النساء والصبيان والبلى</w:t>
      </w:r>
    </w:p>
    <w:p>
      <w:r>
        <w:t>مثل كثير من العوالم في مثل كثير من العوام</w:t>
      </w:r>
    </w:p>
    <w:p>
      <w:r>
        <w:t>في اكثر عقائدهم التي اخذوها عن واضعيها الذين استعملوا فيها مقنعات خارجة عن نفس الامور التي يرام الاقناع فيها</w:t>
      </w:r>
    </w:p>
    <w:p>
      <w:r>
        <w:t>نعم</w:t>
      </w:r>
    </w:p>
    <w:p>
      <w:r>
        <w:t>يعني يأتي بامور خارجية ما عندها علاقة بالمعتقد</w:t>
      </w:r>
    </w:p>
    <w:p>
      <w:r>
        <w:t>نعم</w:t>
      </w:r>
    </w:p>
    <w:p>
      <w:r>
        <w:t>مثل التنسك والتعفف الشهرة نعم الشهرة فان العوام يجعلون التنسك دليلا على صدق القائل في مقالته والاكثر من الاوائل كانوا على ضد هذه السيرة</w:t>
      </w:r>
    </w:p>
    <w:p>
      <w:r>
        <w:t>نعم</w:t>
      </w:r>
    </w:p>
    <w:p>
      <w:r>
        <w:t>يعني علماء وخطب الاوائل كانوا ضد هذه السيرة</w:t>
      </w:r>
    </w:p>
    <w:p>
      <w:r>
        <w:t>وصاحب المنطق يرى يعني ارسطو</w:t>
      </w:r>
    </w:p>
    <w:p>
      <w:r>
        <w:t>ونعم ما يرى ان جميع انحاء الامور المقنعة تصلح ان اه ان تستعمل في الخطابة</w:t>
      </w:r>
    </w:p>
    <w:p>
      <w:r>
        <w:t>اذا الغرض من الخطابة ليس البيان بل الاقناع بما يوصل الى المطلب</w:t>
      </w:r>
    </w:p>
    <w:p>
      <w:r>
        <w:t>نعم به كيف كان</w:t>
      </w:r>
    </w:p>
    <w:p>
      <w:r>
        <w:t>وقد ذكر المصنف رحمه الله قوانين الخطاب ومقدماتها ومواضعها وانواعها</w:t>
      </w:r>
    </w:p>
    <w:p>
      <w:r>
        <w:t>حال تفاصيلها الى مواضعها</w:t>
      </w:r>
    </w:p>
    <w:p>
      <w:r>
        <w:t>يعني الكتب المفصلة كالشفاء</w:t>
      </w:r>
    </w:p>
    <w:p>
      <w:r>
        <w:t>منطق الشفاء</w:t>
      </w:r>
    </w:p>
    <w:p>
      <w:r>
        <w:t>وقد خطب قوم ولم يقفوا على هذا الكلام الكلي فاحسنوا</w:t>
      </w:r>
    </w:p>
    <w:p>
      <w:r>
        <w:t>لان هنا في صناعة</w:t>
      </w:r>
    </w:p>
    <w:p>
      <w:r>
        <w:t>ممكن الانسان يكون منطقيا في غاية الدقة ولا يعرف المنطق</w:t>
      </w:r>
    </w:p>
    <w:p>
      <w:r>
        <w:t>وقد يعرف المنطق ويدرس المنطق ويخربط</w:t>
      </w:r>
    </w:p>
    <w:p>
      <w:r>
        <w:t>نعم</w:t>
      </w:r>
    </w:p>
    <w:p>
      <w:r>
        <w:t>وقد خطب قوم ولم يقفوا على هذا الكلام الكلي فاحسنوا</w:t>
      </w:r>
    </w:p>
    <w:p>
      <w:r>
        <w:t>ووقف قوم عليه على هذه القواعد وراموا ان يخطبوا مثل ذلك فقصروا</w:t>
      </w:r>
    </w:p>
    <w:p>
      <w:r>
        <w:t>نعم التفكيك بين علم العلم و والقواعد</w:t>
      </w:r>
    </w:p>
    <w:p>
      <w:r>
        <w:t>هذا هو هذا كله ناتج من التفكيك بين العلم والقواعد</w:t>
      </w:r>
    </w:p>
    <w:p>
      <w:r>
        <w:t>قواعد المنطق شيء والحقل المنطقي يعني العلم المنطق شيء اخر</w:t>
      </w:r>
    </w:p>
    <w:p>
      <w:r>
        <w:t>الحقل المنطقي الحركة في التحليل والتركيب</w:t>
      </w:r>
    </w:p>
    <w:p>
      <w:r>
        <w:t>وممكن في الاستدلال</w:t>
      </w:r>
    </w:p>
    <w:p>
      <w:r>
        <w:t>اما المنطقة تلك القواعد ذلك الضياء الالهي الذي غمر الانسان قد يكون العامي آآ يوظفه التوظيف الصحيح والعالم لا يوظف التوظيف الصحيح</w:t>
      </w:r>
    </w:p>
    <w:p>
      <w:r>
        <w:t>فان القوانين الكلية فان القوانين الكلية يكتب هنا القوانين الكلية كعلم كعلم وليس كظياء فان القوانين الكلية اكتب قوانين علمية كمسائل تدرس في الحقل نعم غيروا القرائح القرائح لهذه الطبيعة ممكن بطبيعته الساذجة يطبق المنطق بالتطبيق الصحيح او الخطاب آآ جيدا</w:t>
      </w:r>
    </w:p>
    <w:p>
      <w:r>
        <w:t>نعم فان القوانين الكلية يعني المسائل العلمية التي تدرس في الحقول</w:t>
      </w:r>
    </w:p>
    <w:p>
      <w:r>
        <w:t>العلمية غير القرائح الم المرتضى بجزئية الفن الذي فيه الكلام</w:t>
      </w:r>
    </w:p>
    <w:p>
      <w:r>
        <w:t>هنا يتحدث عن الخطابات</w:t>
      </w:r>
    </w:p>
    <w:p>
      <w:r>
        <w:t>والكلي غير الجزئي</w:t>
      </w:r>
    </w:p>
    <w:p>
      <w:r>
        <w:t>قد يكون الشخص عالما بالخطابات نحو الكليات</w:t>
      </w:r>
    </w:p>
    <w:p>
      <w:r>
        <w:t>في الممارسة لا</w:t>
      </w:r>
    </w:p>
    <w:p>
      <w:r>
        <w:t>لان الممارسات حكومة الجزئيات</w:t>
      </w:r>
    </w:p>
    <w:p>
      <w:r>
        <w:t>وعلم العلم غير العلم</w:t>
      </w:r>
    </w:p>
    <w:p>
      <w:r>
        <w:t>نعم</w:t>
      </w:r>
    </w:p>
    <w:p>
      <w:r>
        <w:t>لان العلم وان كان كليا فعله فعلم العلم كلي كلي</w:t>
      </w:r>
    </w:p>
    <w:p>
      <w:r>
        <w:t>هذه العبارة انا لم افهمها من العلامة الحلي</w:t>
      </w:r>
    </w:p>
    <w:p>
      <w:r>
        <w:t>وعلم العلم غير العلم علم العلم يعني الممارسة</w:t>
      </w:r>
    </w:p>
    <w:p>
      <w:r>
        <w:t>الممارسة العلمية الممارسة العلمية اما على اساس علمي او على اساس قرائحي</w:t>
      </w:r>
    </w:p>
    <w:p>
      <w:r>
        <w:t>طبيعة نعم غير العلم يعني غير الحقل المعرفي</w:t>
      </w:r>
    </w:p>
    <w:p>
      <w:r>
        <w:t>الدراسة والتحليل والتركيب والإستدلال</w:t>
      </w:r>
    </w:p>
    <w:p>
      <w:r>
        <w:t>لأن العلم وان كان فعلم العلم كل الكل نعم انتهت الخطابة ندخل في الفصل التاسع في ان شاء الله الى الجلسة الاتية 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