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وصلى معكم الى الفصل التاسع في الشعر</w:t>
      </w:r>
    </w:p>
    <w:p>
      <w:r>
        <w:t>كذلك توصيف ليس بحثا علميا</w:t>
      </w:r>
    </w:p>
    <w:p>
      <w:r>
        <w:t>توصيف لواقعية وهو الشاعر حين ينشئ او ينشد كيف يكون</w:t>
      </w:r>
    </w:p>
    <w:p>
      <w:r>
        <w:t>نعم</w:t>
      </w:r>
    </w:p>
    <w:p>
      <w:r>
        <w:t>توصيف في نمولوج ظاهرات ليس اكثر من ذلك</w:t>
      </w:r>
    </w:p>
    <w:p>
      <w:r>
        <w:t>صناعة الشعر انظر صناعة صناعة يعني وظيفة</w:t>
      </w:r>
    </w:p>
    <w:p>
      <w:r>
        <w:t>نعم</w:t>
      </w:r>
    </w:p>
    <w:p>
      <w:r>
        <w:t>ما يقتدر معها يعني مع هذه الملكة وهذه الصناعة على ايقاع تخيلات في المخاطب</w:t>
      </w:r>
    </w:p>
    <w:p>
      <w:r>
        <w:t>نعم تصير هذه التخيلات مبادئ نفسانية مطلوبة</w:t>
      </w:r>
    </w:p>
    <w:p>
      <w:r>
        <w:t>هذه التخيلات تثير انفعالات في المخاطب يبكي يندب</w:t>
      </w:r>
    </w:p>
    <w:p>
      <w:r>
        <w:t>يفعل امورا يترقق قلبه</w:t>
      </w:r>
    </w:p>
    <w:p>
      <w:r>
        <w:t>ومن الامور التي في علم التداولية الفعل ما بعد الكلام</w:t>
      </w:r>
    </w:p>
    <w:p>
      <w:r>
        <w:t>اقول وضع صاحب المنطق السطو القياسات الشعرية على مذهب يخالف مذهب الشعراء الان</w:t>
      </w:r>
    </w:p>
    <w:p>
      <w:r>
        <w:t>وهذا الذي جعل اه عالما من كبار علماء الادب في الاندلس ظهير الخفاجي</w:t>
      </w:r>
    </w:p>
    <w:p>
      <w:r>
        <w:t>يؤسس لبلاغة تختلف عن بلاغة مشهور</w:t>
      </w:r>
    </w:p>
    <w:p>
      <w:r>
        <w:t>الكتاب ظهر اسمه مناهج البلغاء نسخة كانت في تونس</w:t>
      </w:r>
    </w:p>
    <w:p>
      <w:r>
        <w:t>وبإشارة من طاهر بن عشور الأب والطهر بن عاشور الإبن الفاضل بن عاشور</w:t>
      </w:r>
    </w:p>
    <w:p>
      <w:r>
        <w:t>آآ حققها آآ بن خوجة اعتقد الشيخ بن خوجة وطروح الدكتوراه في فرنسا في السوربون اعتقد</w:t>
      </w:r>
    </w:p>
    <w:p>
      <w:r>
        <w:t>فالكتاب مطبوع لانه كان يتقن الفلسفة في الاندلس</w:t>
      </w:r>
    </w:p>
    <w:p>
      <w:r>
        <w:t>فركز على ادبيات ارسطو ومنها صناعة الشعر فبتكر اسلوب البلاغين يختلف عن ما اسسه الجورجاني</w:t>
      </w:r>
    </w:p>
    <w:p>
      <w:r>
        <w:t>نعم</w:t>
      </w:r>
    </w:p>
    <w:p>
      <w:r>
        <w:t>وضع صاحب المنطق القياسات الشعرية على مذهب يخالف مذهب الشعراء الان</w:t>
      </w:r>
    </w:p>
    <w:p>
      <w:r>
        <w:t>فان الشعر في زماننا هو شعر من جهة سورة عربية في اللفظ والمعنى وهو الوزن والقوافي</w:t>
      </w:r>
    </w:p>
    <w:p>
      <w:r>
        <w:t>ولا يقال لما ليس له الوزن المحدود في كتاب العروظ في زماننا من القافية الملازمة</w:t>
      </w:r>
    </w:p>
    <w:p>
      <w:r>
        <w:t>شعر لا يقال لما ليس له شعر</w:t>
      </w:r>
    </w:p>
    <w:p>
      <w:r>
        <w:t>شعر آآ ومبني يقال مبني مجهول ساعره نائب فاعل شعر</w:t>
      </w:r>
    </w:p>
    <w:p>
      <w:r>
        <w:t>الا بنوع من المجاز يعني بالتسامح</w:t>
      </w:r>
    </w:p>
    <w:p>
      <w:r>
        <w:t>كالشخص الميت يقال له الانسان المشابهة في الصورة</w:t>
      </w:r>
    </w:p>
    <w:p>
      <w:r>
        <w:t>الصورة يعني في الشكل فقط</w:t>
      </w:r>
    </w:p>
    <w:p>
      <w:r>
        <w:t>وهذا متفق عليه في لغة العرب والفرس والترك</w:t>
      </w:r>
    </w:p>
    <w:p>
      <w:r>
        <w:t>واما في الامم القديمة من اليونانيين والعبرانيين والسريانيين</w:t>
      </w:r>
    </w:p>
    <w:p>
      <w:r>
        <w:t>فلم ينقلوا عن قدم شعرا موزونا بهذه الاوزان العروضية</w:t>
      </w:r>
    </w:p>
    <w:p>
      <w:r>
        <w:t>بل باوزان هي بالنثر اشباه</w:t>
      </w:r>
    </w:p>
    <w:p>
      <w:r>
        <w:t>وقوافيها غير متفقة</w:t>
      </w:r>
    </w:p>
    <w:p>
      <w:r>
        <w:t>هذا الان الشعر العمودي الجديد من هذا الطرز</w:t>
      </w:r>
    </w:p>
    <w:p>
      <w:r>
        <w:t>ومن هذا الطراز</w:t>
      </w:r>
    </w:p>
    <w:p>
      <w:r>
        <w:t>اذا عرفت هذا فالشعر ليس صناعة صناعة الجدل والخطاب</w:t>
      </w:r>
    </w:p>
    <w:p>
      <w:r>
        <w:t>لانهما تفيدان الالزام بالنسبة الى الجدل والاقناع بالنسبة الى الخطاب</w:t>
      </w:r>
    </w:p>
    <w:p>
      <w:r>
        <w:t>والشعر ليس بصناعة افلاطون يقول الشعر ليس بعلم</w:t>
      </w:r>
    </w:p>
    <w:p>
      <w:r>
        <w:t>بل الصناعة هي التي يصدر عنها الشعر</w:t>
      </w:r>
    </w:p>
    <w:p>
      <w:r>
        <w:t>نعم</w:t>
      </w:r>
    </w:p>
    <w:p>
      <w:r>
        <w:t>يعني الصناعة هي تلك الملكة التي تنشأ القصائد</w:t>
      </w:r>
    </w:p>
    <w:p>
      <w:r>
        <w:t>والشعر عبارة عن ملكة يقتدر مع حصولها على ايقاع تخيلات تكون مبادئ انفعالات مخصوصة نفسانية مطلوبة</w:t>
      </w:r>
    </w:p>
    <w:p>
      <w:r>
        <w:t>نعم</w:t>
      </w:r>
    </w:p>
    <w:p>
      <w:r>
        <w:t>شرهاب ما يصدر من هذه الملكة ملكة او ما يصدر منها من انشاء</w:t>
      </w:r>
    </w:p>
    <w:p>
      <w:r>
        <w:t>والمراد من التخييل</w:t>
      </w:r>
    </w:p>
    <w:p>
      <w:r>
        <w:t>نسأل ما هو المراد من التخييل? طبعا دون العقل</w:t>
      </w:r>
    </w:p>
    <w:p>
      <w:r>
        <w:t>الشعر ما عنده علاقة بالعقلانيات</w:t>
      </w:r>
    </w:p>
    <w:p>
      <w:r>
        <w:t>والمراد من التخييل هو تأثير الكلام في النفس ببسط او بقبض او غيره</w:t>
      </w:r>
    </w:p>
    <w:p>
      <w:r>
        <w:t>فلهذا صدر الفصل هنا بقوله صناعة الشعر</w:t>
      </w:r>
    </w:p>
    <w:p>
      <w:r>
        <w:t>ولم يقل كما قال في الجدل والخطاب انها صناعة علمية</w:t>
      </w:r>
    </w:p>
    <w:p>
      <w:r>
        <w:t>هذا قيد علمي نزعه من الشعر لان الشعر ليس علما بل هو فن</w:t>
      </w:r>
    </w:p>
    <w:p>
      <w:r>
        <w:t>جيت هذا آآ المحور الدلالي فهمناه ان ملكة تنشأ شيئا ادبي يثير التخييل يعني يوجد القبض والبسط والانفعال وما اشبه ذلك</w:t>
      </w:r>
    </w:p>
    <w:p>
      <w:r>
        <w:t>مواضع الاستفادة من الشعر قال ومنفعتها يعني منفعة هذه الصناعة العامة في الامور المدنية الجزئية المذكورة</w:t>
      </w:r>
    </w:p>
    <w:p>
      <w:r>
        <w:t>في المجتمع المدني لان فيه تواصل تواصل ادبي الجزئي يعني انها تختص بالخيال</w:t>
      </w:r>
    </w:p>
    <w:p>
      <w:r>
        <w:t>نعم وربما يكون انفع من الخطاب</w:t>
      </w:r>
    </w:p>
    <w:p>
      <w:r>
        <w:t>نعم انفع من الخطاب</w:t>
      </w:r>
    </w:p>
    <w:p>
      <w:r>
        <w:t>الانسان يستأنس بالشعر اكثر من خطابا</w:t>
      </w:r>
    </w:p>
    <w:p>
      <w:r>
        <w:t>لان النفوس لماذا انفع من الخطاب? لان النفوس العامية العوام</w:t>
      </w:r>
    </w:p>
    <w:p>
      <w:r>
        <w:t>للتخييل اطوع اطوع منها للاقناع</w:t>
      </w:r>
    </w:p>
    <w:p>
      <w:r>
        <w:t>والخاصة بها الالتذاذ بها والتعجب</w:t>
      </w:r>
    </w:p>
    <w:p>
      <w:r>
        <w:t>الطبقة الخاص المتنورة تلتذ فقط وتتعجب</w:t>
      </w:r>
    </w:p>
    <w:p>
      <w:r>
        <w:t>والسبب في كون التخييل محاكاة النمأ محاكاة باللغة الفرنسية والانجليزية</w:t>
      </w:r>
    </w:p>
    <w:p>
      <w:r>
        <w:t>فان المحاكاة لذيذة تصوير مثلا وان كان لشيء قبيح فمنها طبيعية قولية او فعلية كما يصدر من الببغاء والقرد ومنها صناعية وهي اما مطابقة ساذجة واما مع تحسين او مع تقبيح</w:t>
      </w:r>
    </w:p>
    <w:p>
      <w:r>
        <w:t>نعم</w:t>
      </w:r>
    </w:p>
    <w:p>
      <w:r>
        <w:t>هذا هو الذي يفيد التخييل</w:t>
      </w:r>
    </w:p>
    <w:p>
      <w:r>
        <w:t>الذي يورث القبض الانقباض والانبساط الانشراح والانس وغير ذلك</w:t>
      </w:r>
    </w:p>
    <w:p>
      <w:r>
        <w:t>اقول للشعر منفعة عامة هي الامور المدنية الجزئية المذكورة</w:t>
      </w:r>
    </w:p>
    <w:p>
      <w:r>
        <w:t>اذا الشعر صناعة للمجتمع المدني ليس كالفلسفة فيلسوف قد يكون في جزيرة ويتفلسف</w:t>
      </w:r>
    </w:p>
    <w:p>
      <w:r>
        <w:t>نعم</w:t>
      </w:r>
    </w:p>
    <w:p>
      <w:r>
        <w:t>الجزئية لانها تتصل بالخيال</w:t>
      </w:r>
    </w:p>
    <w:p>
      <w:r>
        <w:t>المذكورة</w:t>
      </w:r>
    </w:p>
    <w:p>
      <w:r>
        <w:t>وقد يكون الشعر فيها انفع من الخطاب</w:t>
      </w:r>
    </w:p>
    <w:p>
      <w:r>
        <w:t>لان النفوس للتخييل اطول منها للاقناع ومنفعة الخاصة الالتذاذ بها والتعجب</w:t>
      </w:r>
    </w:p>
    <w:p>
      <w:r>
        <w:t>هنا العلامة الحلي كرر ما في المدن</w:t>
      </w:r>
    </w:p>
    <w:p>
      <w:r>
        <w:t>والالتذاذ اللذة ما هي? ادراك الملائم</w:t>
      </w:r>
    </w:p>
    <w:p>
      <w:r>
        <w:t>هو ادراك ادراك النفس ما يلائمها من حيث وملائم</w:t>
      </w:r>
    </w:p>
    <w:p>
      <w:r>
        <w:t>فاذا كنا في عصر اللذة المثالية حتى الله تعالى يلتف بذاته وكبلاته</w:t>
      </w:r>
    </w:p>
    <w:p>
      <w:r>
        <w:t>لان ذاته تلائمه وكمالاته تلائمه</w:t>
      </w:r>
    </w:p>
    <w:p>
      <w:r>
        <w:t>اما اللذة الحسية كما انا من العسل والحليب وامور اخرى هذه لا تصدق على الذات الالهية لانه ليس والسبب والسبب في ان النفوس العامية يعني غير النخبوية</w:t>
      </w:r>
    </w:p>
    <w:p>
      <w:r>
        <w:t>للتخييل</w:t>
      </w:r>
    </w:p>
    <w:p>
      <w:r>
        <w:t>اطوع منها للإقناع ان تعجب النفس من المحاكاة اكثر من تعجبها من الإقناع</w:t>
      </w:r>
    </w:p>
    <w:p>
      <w:r>
        <w:t>المحاكاة يعني عندها المحسوس</w:t>
      </w:r>
    </w:p>
    <w:p>
      <w:r>
        <w:t>ثم هذا الشاعر يأتي وهذا المحسوس يصيغه بطريقة تختلف</w:t>
      </w:r>
    </w:p>
    <w:p>
      <w:r>
        <w:t>فعنده اولس سابق من المحسوس</w:t>
      </w:r>
    </w:p>
    <w:p>
      <w:r>
        <w:t>هذه هي المحاكاة</w:t>
      </w:r>
    </w:p>
    <w:p>
      <w:r>
        <w:t>لان المحاكاة لذيذة</w:t>
      </w:r>
    </w:p>
    <w:p>
      <w:r>
        <w:t>نعم</w:t>
      </w:r>
    </w:p>
    <w:p>
      <w:r>
        <w:t>ان تعجب النفس من المحاكاة اكثر من تعجبها من الاقناع</w:t>
      </w:r>
    </w:p>
    <w:p>
      <w:r>
        <w:t>هذا هو الملاك</w:t>
      </w:r>
    </w:p>
    <w:p>
      <w:r>
        <w:t>لان المحاكاة لذيذة فيها لذة</w:t>
      </w:r>
    </w:p>
    <w:p>
      <w:r>
        <w:t>اما الاقناع الاقناع فيه مسحة فكرية</w:t>
      </w:r>
    </w:p>
    <w:p>
      <w:r>
        <w:t>تامولية</w:t>
      </w:r>
    </w:p>
    <w:p>
      <w:r>
        <w:t>لانها المحاكاة</w:t>
      </w:r>
    </w:p>
    <w:p>
      <w:r>
        <w:t>عبارة عن صدور شيء ليس اياه عن شيء غير متوقع آآ آآ غير متوقع صدوره عنه</w:t>
      </w:r>
    </w:p>
    <w:p>
      <w:r>
        <w:t>فتلتذ النفس بادراكها وتتعجب لكونه مستغربا مجهول السبب</w:t>
      </w:r>
    </w:p>
    <w:p>
      <w:r>
        <w:t>هذا هو السبب</w:t>
      </w:r>
    </w:p>
    <w:p>
      <w:r>
        <w:t>نعم</w:t>
      </w:r>
    </w:p>
    <w:p>
      <w:r>
        <w:t>اه ولهذا قال النبي ان من الشعر لحكمة</w:t>
      </w:r>
    </w:p>
    <w:p>
      <w:r>
        <w:t>نعم</w:t>
      </w:r>
    </w:p>
    <w:p>
      <w:r>
        <w:t>ان من البيان لحكمة وان نعم</w:t>
      </w:r>
    </w:p>
    <w:p>
      <w:r>
        <w:t>والمحاكاة منها طبيعية</w:t>
      </w:r>
    </w:p>
    <w:p>
      <w:r>
        <w:t>هذا تقسيم المحاكاة</w:t>
      </w:r>
    </w:p>
    <w:p>
      <w:r>
        <w:t>تجليات المحاكاة</w:t>
      </w:r>
    </w:p>
    <w:p>
      <w:r>
        <w:t>اما قولية او فعلية</w:t>
      </w:r>
    </w:p>
    <w:p>
      <w:r>
        <w:t>فعل هي المسرحيات لحتى المسرحيات محاكاة</w:t>
      </w:r>
    </w:p>
    <w:p>
      <w:r>
        <w:t>التصوير كثير من امور النحت</w:t>
      </w:r>
    </w:p>
    <w:p>
      <w:r>
        <w:t>كما يصدر عن الببغاء في محاكاة القول وعن القرد في محاكاة الفعل</w:t>
      </w:r>
    </w:p>
    <w:p>
      <w:r>
        <w:t>وهذا ليس بشعر</w:t>
      </w:r>
    </w:p>
    <w:p>
      <w:r>
        <w:t>هذه فقط اصل المحاكاة</w:t>
      </w:r>
    </w:p>
    <w:p>
      <w:r>
        <w:t>ومنها صناعية ويا اما مطابقة ساذجة اي يحاكي على ما هو عليه تصوير الفرس مطابقا</w:t>
      </w:r>
    </w:p>
    <w:p>
      <w:r>
        <w:t>والان هذا تجاوز في الفن</w:t>
      </w:r>
    </w:p>
    <w:p>
      <w:r>
        <w:t>يرسم لك فرسا كما هو في الخارج</w:t>
      </w:r>
    </w:p>
    <w:p>
      <w:r>
        <w:t>هذه محاكاة ساذجة</w:t>
      </w:r>
    </w:p>
    <w:p>
      <w:r>
        <w:t>نعم</w:t>
      </w:r>
    </w:p>
    <w:p>
      <w:r>
        <w:t>لا ترق الى مستوى فني كبير</w:t>
      </w:r>
    </w:p>
    <w:p>
      <w:r>
        <w:t>او مع تحسين للمحكي كتصوير الملائكة والانبياء</w:t>
      </w:r>
    </w:p>
    <w:p>
      <w:r>
        <w:t>بالله عليك انت كيف تصور الملائكة? ما عندك صورة حسية</w:t>
      </w:r>
    </w:p>
    <w:p>
      <w:r>
        <w:t>والأنبياء</w:t>
      </w:r>
    </w:p>
    <w:p>
      <w:r>
        <w:t>الأنبياء بالصبغة القدسية طبعا</w:t>
      </w:r>
    </w:p>
    <w:p>
      <w:r>
        <w:t>او مع التقبيح كصورة الشياطين</w:t>
      </w:r>
    </w:p>
    <w:p>
      <w:r>
        <w:t>هنا الفن هو الفن الناجح هو الذي يحاكي اه امورا غير محسوسة هنا الكمال كل الكمال</w:t>
      </w:r>
    </w:p>
    <w:p>
      <w:r>
        <w:t>تعريف الشعر هنا محور دلالة او محور اب ستيمي</w:t>
      </w:r>
    </w:p>
    <w:p>
      <w:r>
        <w:t>قال والشعر من الصناعات يعني من الفنون</w:t>
      </w:r>
    </w:p>
    <w:p>
      <w:r>
        <w:t>وهو عند القدماء كلام مخيل</w:t>
      </w:r>
    </w:p>
    <w:p>
      <w:r>
        <w:t>وعند المحدثين كلام موزون متساوي الاركان مقفى</w:t>
      </w:r>
    </w:p>
    <w:p>
      <w:r>
        <w:t>ولا يعتبرون التخيل في كلامه</w:t>
      </w:r>
    </w:p>
    <w:p>
      <w:r>
        <w:t>واعتبار الجميع اجود</w:t>
      </w:r>
    </w:p>
    <w:p>
      <w:r>
        <w:t>محقق التونسي يقول لا اذا ادخلنا التخييل والمحاكاة اجود</w:t>
      </w:r>
    </w:p>
    <w:p>
      <w:r>
        <w:t>فهو يريد يجمع بين الارستية والعربية</w:t>
      </w:r>
    </w:p>
    <w:p>
      <w:r>
        <w:t>والوزن يعرف في في الموسيقى ماهية وفي العروض استعمالا</w:t>
      </w:r>
    </w:p>
    <w:p>
      <w:r>
        <w:t>والقافية تعرف في علمها</w:t>
      </w:r>
    </w:p>
    <w:p>
      <w:r>
        <w:t>يعني في علم العروض</w:t>
      </w:r>
    </w:p>
    <w:p>
      <w:r>
        <w:t>اقول شعر وصناعة من الصناعات يعني فن من الفنون في انتقني الا انه قولي</w:t>
      </w:r>
    </w:p>
    <w:p>
      <w:r>
        <w:t>وهو عند القدماء كلام كل كلام مخيم مخيل يقتضي للنفوس بسطا وقبضا</w:t>
      </w:r>
    </w:p>
    <w:p>
      <w:r>
        <w:t>النفوس تنبسط وتنقبض</w:t>
      </w:r>
    </w:p>
    <w:p>
      <w:r>
        <w:t>تنقبض اه تنبسط عند عند الانس وتنقبض عند عدم الانس</w:t>
      </w:r>
    </w:p>
    <w:p>
      <w:r>
        <w:t>وهو الشعر الذي يتكلم فيه صاحب المنطق</w:t>
      </w:r>
    </w:p>
    <w:p>
      <w:r>
        <w:t>ارسطو</w:t>
      </w:r>
    </w:p>
    <w:p>
      <w:r>
        <w:t>ولم يعتبر الوزن ولا القافية</w:t>
      </w:r>
    </w:p>
    <w:p>
      <w:r>
        <w:t>يعتبر بالمجهول او تقول ولم يعتبر ارسطو الوزن ولا القافية</w:t>
      </w:r>
    </w:p>
    <w:p>
      <w:r>
        <w:t>ولا الصدق ولا الكذب</w:t>
      </w:r>
    </w:p>
    <w:p>
      <w:r>
        <w:t>بل مجرد المحاكاة المفيدة للتخيير</w:t>
      </w:r>
    </w:p>
    <w:p>
      <w:r>
        <w:t>نعم</w:t>
      </w:r>
    </w:p>
    <w:p>
      <w:r>
        <w:t>فقط يحاكي الواقع والمحسوس وغير المحسوس فيفيد التخييل</w:t>
      </w:r>
    </w:p>
    <w:p>
      <w:r>
        <w:t>والتخييل يفيد القبض والبسط</w:t>
      </w:r>
    </w:p>
    <w:p>
      <w:r>
        <w:t>تخيل انت تصور سور ملائكة نورانية تنبسط</w:t>
      </w:r>
    </w:p>
    <w:p>
      <w:r>
        <w:t>سورة شيطانية ظلمانية تنقبض</w:t>
      </w:r>
    </w:p>
    <w:p>
      <w:r>
        <w:t>والوزن يعرف في الموسيقى مهيته واعتبار المناسبات بين ايقاعات ويستعمل في العروض والقافية تعرف في علم القافية فقط</w:t>
      </w:r>
    </w:p>
    <w:p>
      <w:r>
        <w:t>مواد الشعر يعني ما هي المكونات في آآ القضايا الشعرية? قال اقول القضايا الشعرية للقضايا القولية</w:t>
      </w:r>
    </w:p>
    <w:p>
      <w:r>
        <w:t>ليس القضية المعرفية لان الشعب ليس علما اقول ومراد الشعر من القضايا هي المخيلات التي تفيد ثقيلا وهي ما يؤثر في الناس ما يؤثر في النفس ببسطها وبقبضها اذا القضايا في الشعر هو ذلك الفعل القولي ذلك الانشاء او الانشاد</w:t>
      </w:r>
    </w:p>
    <w:p>
      <w:r>
        <w:t>ليس القضايا المعرفية</w:t>
      </w:r>
    </w:p>
    <w:p>
      <w:r>
        <w:t>او يفيدها تسهيل امر او آآ تهويله او تعظيمه او تحقيره</w:t>
      </w:r>
    </w:p>
    <w:p>
      <w:r>
        <w:t>انظر انت في المتن ماذا قال نعم</w:t>
      </w:r>
    </w:p>
    <w:p>
      <w:r>
        <w:t>اه في الشعر قال والمراد العلم الحلي والمراد من التخييل هو تأثير الكلام في النفس ببسط واقب او غيره هذا وغيره</w:t>
      </w:r>
    </w:p>
    <w:p>
      <w:r>
        <w:t>ما هو اه او يفيد تسهيل امر او تهويل امر او تعويض امر او تحقير امر</w:t>
      </w:r>
    </w:p>
    <w:p>
      <w:r>
        <w:t>كما يقال للمشروب المر انه خمر لذيذ</w:t>
      </w:r>
    </w:p>
    <w:p>
      <w:r>
        <w:t>خمر لذيذ</w:t>
      </w:r>
    </w:p>
    <w:p>
      <w:r>
        <w:t>فيسهل التخييل آآ فيسهل يسهل التخييل آآ آآ شربه التخييل فاعل</w:t>
      </w:r>
    </w:p>
    <w:p>
      <w:r>
        <w:t>نعم</w:t>
      </w:r>
    </w:p>
    <w:p>
      <w:r>
        <w:t>على من اعتاد الخمر</w:t>
      </w:r>
    </w:p>
    <w:p>
      <w:r>
        <w:t>وللعسل انه مر مقيء</w:t>
      </w:r>
    </w:p>
    <w:p>
      <w:r>
        <w:t>فينفر الطبع خصوصا عند العامة يتحركون بالخيالات</w:t>
      </w:r>
    </w:p>
    <w:p>
      <w:r>
        <w:t>نعم وربما تكون اولوية او مشهورة باعتبار اخر</w:t>
      </w:r>
    </w:p>
    <w:p>
      <w:r>
        <w:t>نعم</w:t>
      </w:r>
    </w:p>
    <w:p>
      <w:r>
        <w:t>آآ اولوية يعني شبه بديهية ومشهورة يعني منتشرة فقط</w:t>
      </w:r>
    </w:p>
    <w:p>
      <w:r>
        <w:t>بشكل اكثر</w:t>
      </w:r>
    </w:p>
    <w:p>
      <w:r>
        <w:t>اقول الشعر الذي تكلم فيه المعلم الأول وهو الكلام القياسي المؤلف من المقدمات المخيلة وهي التي تؤثر في النفس تأثيرا اما قبضا او بسطا او تسهيلا او تهويلا او تعظيما او تحقيرا وبالجملة يعني بنحو قضية كلية تؤثر اثرا اه اه تقدم النفس معه او تحجم على الفعل والترك</w:t>
      </w:r>
    </w:p>
    <w:p>
      <w:r>
        <w:t>لف ونشر المرتب كما يقال للمشروب المر انه خمر لذيذ</w:t>
      </w:r>
    </w:p>
    <w:p>
      <w:r>
        <w:t>نعم فيقدم على شربه فيسهل انظر هنا في شدة في المتن انا ترددت ما فيه في الشدة نعم اين? مع فما في شدة فيسهل التخييل شربه هنا</w:t>
      </w:r>
    </w:p>
    <w:p>
      <w:r>
        <w:t>هنا جاء في في بشدة وهذا راجع الى الى المحقق</w:t>
      </w:r>
    </w:p>
    <w:p>
      <w:r>
        <w:t>مفروض يراعي هذه الامور</w:t>
      </w:r>
    </w:p>
    <w:p>
      <w:r>
        <w:t>كما يقال للمشروب المر انه خمر لذيذ</w:t>
      </w:r>
    </w:p>
    <w:p>
      <w:r>
        <w:t>فيسهل التخييل شربه</w:t>
      </w:r>
    </w:p>
    <w:p>
      <w:r>
        <w:t>على المعتاد للخمر ويقال للعسل انه مر مقيء فيحدث للنفس فيحدث احسن</w:t>
      </w:r>
    </w:p>
    <w:p>
      <w:r>
        <w:t>فيحدث للنفس نفورا عن عن العسل فتؤثر في الناس</w:t>
      </w:r>
    </w:p>
    <w:p>
      <w:r>
        <w:t>نعم</w:t>
      </w:r>
    </w:p>
    <w:p>
      <w:r>
        <w:t>اذا هذه هذه تنفع وهذه القواعد تنفعه في في الاشهارات</w:t>
      </w:r>
    </w:p>
    <w:p>
      <w:r>
        <w:t>نعم اشهارات على مستوى القنوات الفضائية</w:t>
      </w:r>
    </w:p>
    <w:p>
      <w:r>
        <w:t>نعم</w:t>
      </w:r>
    </w:p>
    <w:p>
      <w:r>
        <w:t>لان الاشارات كلها تتعامل مع التخييل</w:t>
      </w:r>
    </w:p>
    <w:p>
      <w:r>
        <w:t>وقد يستعمل في القياس الشعري المقدمات الدولية والمشهورة لا من حيث هي هما كذلك ليس من حيث الاولية والبديهية والمشهورية لا لان الشعر ليس علما</w:t>
      </w:r>
    </w:p>
    <w:p>
      <w:r>
        <w:t>نعم</w:t>
      </w:r>
    </w:p>
    <w:p>
      <w:r>
        <w:t>من اي بل باعتبار اخر وهو ما يحصل منها من التأثير المذكور</w:t>
      </w:r>
    </w:p>
    <w:p>
      <w:r>
        <w:t>يعني التخييل</w:t>
      </w:r>
    </w:p>
    <w:p>
      <w:r>
        <w:t>او تنبسط الناس</w:t>
      </w:r>
    </w:p>
    <w:p>
      <w:r>
        <w:t>فبطل قول من قال ان مقدمات القياس الشعري ليست الا الكواذب</w:t>
      </w:r>
    </w:p>
    <w:p>
      <w:r>
        <w:t>لا</w:t>
      </w:r>
    </w:p>
    <w:p>
      <w:r>
        <w:t>نعم اكذب الشعر اعذبه لا يعني انه كل المقدمات انها كذبة</w:t>
      </w:r>
    </w:p>
    <w:p>
      <w:r>
        <w:t>لا لا لا</w:t>
      </w:r>
    </w:p>
    <w:p>
      <w:r>
        <w:t>فيحدث للنفس نفر نعم لا اه اه فبطل قول من قال ان مقدمات القياس الشعري ليست الا الكواذب</w:t>
      </w:r>
    </w:p>
    <w:p>
      <w:r>
        <w:t>او انها المخيلات لا غير</w:t>
      </w:r>
    </w:p>
    <w:p>
      <w:r>
        <w:t>لا في بديهيات وفيه مشهورات</w:t>
      </w:r>
    </w:p>
    <w:p>
      <w:r>
        <w:t>لكن من حيث التأثير ليسوا من حيث العلم</w:t>
      </w:r>
    </w:p>
    <w:p>
      <w:r>
        <w:t>اما رواد الشعر في زماننا هذا فهي الالفاظ مطلقا</w:t>
      </w:r>
    </w:p>
    <w:p>
      <w:r>
        <w:t>كيف كانت? من غير اشتراط تأثر النفس عنها</w:t>
      </w:r>
    </w:p>
    <w:p>
      <w:r>
        <w:t>مواد شعر الالفاظ الالفاظ طبعا ليس الالفاظ بما هي الفاظ</w:t>
      </w:r>
    </w:p>
    <w:p>
      <w:r>
        <w:t>الالفاظ بما هي موصلة للمعاني</w:t>
      </w:r>
    </w:p>
    <w:p>
      <w:r>
        <w:t>لان المعنى مندك في اللف نعم اذا المواد الشعرية الالفاظ ذات المعاني</w:t>
      </w:r>
    </w:p>
    <w:p>
      <w:r>
        <w:t>الشعر التام قال والشعر التام يحاكي بالكلام المخير وبالوزن</w:t>
      </w:r>
    </w:p>
    <w:p>
      <w:r>
        <w:t>وبالوزن وبالنغمة المناسبة</w:t>
      </w:r>
    </w:p>
    <w:p>
      <w:r>
        <w:t>ان قارنتها والكلام حاكي اما بالألفاظ او بالمعاني او بهما</w:t>
      </w:r>
    </w:p>
    <w:p>
      <w:r>
        <w:t>يعني الشعر يؤثر باللفظ وبالمعنى ليس فقط فقط بالمعنى</w:t>
      </w:r>
    </w:p>
    <w:p>
      <w:r>
        <w:t>حتى اللفظ له نعم له آآ قيمته</w:t>
      </w:r>
    </w:p>
    <w:p>
      <w:r>
        <w:t>القرآن الكريم ليس كتابا شعريا</w:t>
      </w:r>
    </w:p>
    <w:p>
      <w:r>
        <w:t>الا انه تحفة ادبيا نعم احيانا نركز على جمال اللفظ وننسى المعنى</w:t>
      </w:r>
    </w:p>
    <w:p>
      <w:r>
        <w:t>نعم</w:t>
      </w:r>
    </w:p>
    <w:p>
      <w:r>
        <w:t>وننسى المعنى</w:t>
      </w:r>
    </w:p>
    <w:p>
      <w:r>
        <w:t>المعنى سهل جدا</w:t>
      </w:r>
    </w:p>
    <w:p>
      <w:r>
        <w:t>اللفظ يجذبنا</w:t>
      </w:r>
    </w:p>
    <w:p>
      <w:r>
        <w:t>واشتعل الرأس شيبة</w:t>
      </w:r>
    </w:p>
    <w:p>
      <w:r>
        <w:t>نعرف ان هنا يعني كبر</w:t>
      </w:r>
    </w:p>
    <w:p>
      <w:r>
        <w:t>زكريا</w:t>
      </w:r>
    </w:p>
    <w:p>
      <w:r>
        <w:t>يعني امتد في العمر</w:t>
      </w:r>
    </w:p>
    <w:p>
      <w:r>
        <w:t>قريب قريب الوفاة</w:t>
      </w:r>
    </w:p>
    <w:p>
      <w:r>
        <w:t>هذه سهلة جدا</w:t>
      </w:r>
    </w:p>
    <w:p>
      <w:r>
        <w:t>هذا المعنى معنى ساذج</w:t>
      </w:r>
    </w:p>
    <w:p>
      <w:r>
        <w:t>لكن القرآن يركز على اللفظ هنا</w:t>
      </w:r>
    </w:p>
    <w:p>
      <w:r>
        <w:t>يعطيك جمالية اللفظ</w:t>
      </w:r>
    </w:p>
    <w:p>
      <w:r>
        <w:t>اشتعل الرأس شيبا</w:t>
      </w:r>
    </w:p>
    <w:p>
      <w:r>
        <w:t>لاحظت كيف? يعني انا كبرت يا ربي ملتفت</w:t>
      </w:r>
    </w:p>
    <w:p>
      <w:r>
        <w:t>سريعا كبرت يعني ما شعرت اشتعل الرأس شيبا</w:t>
      </w:r>
    </w:p>
    <w:p>
      <w:r>
        <w:t>اذا هنا الاصالة لمن? اصالة للرفظ</w:t>
      </w:r>
    </w:p>
    <w:p>
      <w:r>
        <w:t>المعنى سهل جدا سهل جدا</w:t>
      </w:r>
    </w:p>
    <w:p>
      <w:r>
        <w:t>وكل واحد منهما يعني اللفظ والمعنى اما بحسب جوهره او بحسب حيلة</w:t>
      </w:r>
    </w:p>
    <w:p>
      <w:r>
        <w:t>يمارسها الشعر فالالفاظ تحاكي بجوهرها اذا كانت فصيحة جزلة والمعاني تحاكي اذا كانت غريبة لطيفة</w:t>
      </w:r>
    </w:p>
    <w:p>
      <w:r>
        <w:t>وهو معا اذا كانت العبارة بليغة ادت حق المعنى اللطيف من غير زيادة او نقصان</w:t>
      </w:r>
    </w:p>
    <w:p>
      <w:r>
        <w:t>حقيقة هذا هو المنطق العملي المنطق الحقيقي</w:t>
      </w:r>
    </w:p>
    <w:p>
      <w:r>
        <w:t>ذاك المنطق صور يصور انا محظى البرهان والجدل والخطابة والمغالطة والشعر هذا منطق عملي</w:t>
      </w:r>
    </w:p>
    <w:p>
      <w:r>
        <w:t>نسميه المنطق الحقيقي وفيه منطق ثالث ما هو المنطق الحقيقي نعم اه نظرية اليقين</w:t>
      </w:r>
    </w:p>
    <w:p>
      <w:r>
        <w:t>هذه يجب ان يحيط بها الطالب العزيز</w:t>
      </w:r>
    </w:p>
    <w:p>
      <w:r>
        <w:t>واما المحاكاة بحسب الحيل فهي التي تسعى التي هي تسمى البديع والصنع</w:t>
      </w:r>
    </w:p>
    <w:p>
      <w:r>
        <w:t>يعني باكسسوار تجميل تجميل البيان هذا هو البديع جمالية البيان</w:t>
      </w:r>
    </w:p>
    <w:p>
      <w:r>
        <w:t>فمنها ما يختص بالشعر ومنها ما يختص بالكلام المنثور</w:t>
      </w:r>
    </w:p>
    <w:p>
      <w:r>
        <w:t>ومنها ما يتشاركان فيه</w:t>
      </w:r>
    </w:p>
    <w:p>
      <w:r>
        <w:t>وقد تكون بمشاكلة المشاكلات يعني تشبيه في الشكل ومخالفات تامة او ناقصة في الالفاظ او في اجزائها او في المعاني او فيهما</w:t>
      </w:r>
    </w:p>
    <w:p>
      <w:r>
        <w:t>ولها علم خاص يتكفل بيانها</w:t>
      </w:r>
    </w:p>
    <w:p>
      <w:r>
        <w:t>يعني علم البديع</w:t>
      </w:r>
    </w:p>
    <w:p>
      <w:r>
        <w:t>والاستعارات والتشبيه من المحاكاة والمحال منها تسمى والمحال منها تسمى جزافات يعني المحال ليس المحال يعني المستحيل</w:t>
      </w:r>
    </w:p>
    <w:p>
      <w:r>
        <w:t>منها تسمى جزافات وربما تكون املح</w:t>
      </w:r>
    </w:p>
    <w:p>
      <w:r>
        <w:t>الان الشعر العمودي يضرب في المقولات</w:t>
      </w:r>
    </w:p>
    <w:p>
      <w:r>
        <w:t>يضعك امام امام نسميها انا التناقضات تناقضات المقولة ظرب في المقولة ويعطي عذوبة عجيبة جدا عذوبة جدا ولهذا قال وربما تكون املح</w:t>
      </w:r>
    </w:p>
    <w:p>
      <w:r>
        <w:t>نعم</w:t>
      </w:r>
    </w:p>
    <w:p>
      <w:r>
        <w:t>الاستعارات والتشبيه تدرس في علم البلاغة وليس في الشعر</w:t>
      </w:r>
    </w:p>
    <w:p>
      <w:r>
        <w:t>والمحاكاة الشعرية تكون اما بالاستدلال واما بالاشتمال اول ما هو ان يدل بالتشبيه على الشبيه</w:t>
      </w:r>
    </w:p>
    <w:p>
      <w:r>
        <w:t>والثاني ان يتراءى بشيء ويراد غيره</w:t>
      </w:r>
    </w:p>
    <w:p>
      <w:r>
        <w:t>هذا هو الاشتمال مصطلحات والاستدلال اما بالمحاكاة المطابقة هذه الساذجة يرسم لك فرس واو يوصف لك فرسا كما الذي تعاينه في الخارج كما تلتف اه القوة الحسية حين المشاهدة تلتف بالقوة المتخيلة حين الانشاء الشعري</w:t>
      </w:r>
    </w:p>
    <w:p>
      <w:r>
        <w:t>والاستدلال اما بالمحاكمات المحاكمة المحاكاة بالمطابقة او بغير المطابقة الممكنة او المحالة او بالت كالربع للحبيب او او واما بالمشاهبة المشابهة كالشراب للماء مشابه هنا في السيلان</w:t>
      </w:r>
    </w:p>
    <w:p>
      <w:r>
        <w:t>النائع الميوعة</w:t>
      </w:r>
    </w:p>
    <w:p>
      <w:r>
        <w:t>نعم</w:t>
      </w:r>
    </w:p>
    <w:p>
      <w:r>
        <w:t>الرابع للحبيب يعني اثار الاثار التي كانت تلازم الحبيب</w:t>
      </w:r>
    </w:p>
    <w:p>
      <w:r>
        <w:t>نعم</w:t>
      </w:r>
    </w:p>
    <w:p>
      <w:r>
        <w:t>يبدأ الشاعر يذكر ويصف هذه الربوع ويصف ما كان الحبيب</w:t>
      </w:r>
    </w:p>
    <w:p>
      <w:r>
        <w:t>لانها لازمت الحبيب مدة زمنية</w:t>
      </w:r>
    </w:p>
    <w:p>
      <w:r>
        <w:t>فانت ذهنك ينسى هذا الربع وينتقل الحبيب نعم</w:t>
      </w:r>
    </w:p>
    <w:p>
      <w:r>
        <w:t>وسوء محاكاة الشارع كغلط القائس</w:t>
      </w:r>
    </w:p>
    <w:p>
      <w:r>
        <w:t>يعني اذا الشاعر خربها في المحاكاة يقول آآ الذي يغلط في كغارة القائس</w:t>
      </w:r>
    </w:p>
    <w:p>
      <w:r>
        <w:t>لا يراعي قوانين الع وهي بتقصير او تحريف او كذب ممكن او محال</w:t>
      </w:r>
    </w:p>
    <w:p>
      <w:r>
        <w:t>ولا يمكن اعداد المواضع والانواع للمخيلات كما تعد للمشهورات لانها كلها كانت اغرب فهي كلما كانت اغرب فهي الذ واعجب</w:t>
      </w:r>
    </w:p>
    <w:p>
      <w:r>
        <w:t>اذا الشاعر الذي يتلاعب بالمحال والغريب هو الشاعر المتمكن</w:t>
      </w:r>
    </w:p>
    <w:p>
      <w:r>
        <w:t>نعم</w:t>
      </w:r>
    </w:p>
    <w:p>
      <w:r>
        <w:t>اقول الشاعر الشعر الت اما يحاكي بثلاثة اشياء الاولى بنفس الكلام المستعمل فيه المخيلات والثاني بالوزن اي تناسب نظام الابعاد الموسيقية لانه قد يكون وزن يقتضي طيشا ووزن يقتضي والثالث بالنغمة المناسبة ان قارنتها يعني قارنت المحاكاة اي يحاكش الشعر بالنغمة المناسبة نظام ايقاعات النقرات فان كل نغمة تحاكي حالا مثل النغمة الحزينة فانها تحاكي حزنا</w:t>
      </w:r>
    </w:p>
    <w:p>
      <w:r>
        <w:t>والنغمة الغليظة تحاكيه</w:t>
      </w:r>
    </w:p>
    <w:p>
      <w:r>
        <w:t>غلظة</w:t>
      </w:r>
    </w:p>
    <w:p>
      <w:r>
        <w:t>انت الان تريد توجد تخيلا في المخاطب</w:t>
      </w:r>
    </w:p>
    <w:p>
      <w:r>
        <w:t>حتى يتأثر بمأساة الزهراء</w:t>
      </w:r>
    </w:p>
    <w:p>
      <w:r>
        <w:t>مظلومية الزهراء لا تأتي بالكلام الغليظ</w:t>
      </w:r>
    </w:p>
    <w:p>
      <w:r>
        <w:t>يعني تأتي بوزن شعري يورث الرقة والهدوء والانس حين يتأثر</w:t>
      </w:r>
    </w:p>
    <w:p>
      <w:r>
        <w:t>نعم</w:t>
      </w:r>
    </w:p>
    <w:p>
      <w:r>
        <w:t>واعلم ان المحاكاة الشعرية قد تكون ببسائط كقولنا فلان قمر</w:t>
      </w:r>
    </w:p>
    <w:p>
      <w:r>
        <w:t>يعني استعارة هادي قانون استعارة وظفه الشاعر فقط</w:t>
      </w:r>
    </w:p>
    <w:p>
      <w:r>
        <w:t>فلان قمر ما معناه? يعني ادرج فلان فلان تحت عنوان القمر بالادعاء بالإدعاء بالإرادة التفييمية وليس بالإرادة الجدية</w:t>
      </w:r>
    </w:p>
    <w:p>
      <w:r>
        <w:t>لأن الإرادة الجدية الإنسان ليس قمر</w:t>
      </w:r>
    </w:p>
    <w:p>
      <w:r>
        <w:t>القمر مقولة والإنسان مقولة</w:t>
      </w:r>
    </w:p>
    <w:p>
      <w:r>
        <w:t>اذا هنا عملية الإدراج عملية ادعائية</w:t>
      </w:r>
    </w:p>
    <w:p>
      <w:r>
        <w:t>في تأتي الإستعارة جميلة جدا</w:t>
      </w:r>
    </w:p>
    <w:p>
      <w:r>
        <w:t>ما ما معناه? يعني نير كالقمر</w:t>
      </w:r>
    </w:p>
    <w:p>
      <w:r>
        <w:t>ياخذ خصوصية النور من القمر</w:t>
      </w:r>
    </w:p>
    <w:p>
      <w:r>
        <w:t>ولا يأخذ خصوصية الدوران والكوكبية والأرضية</w:t>
      </w:r>
    </w:p>
    <w:p>
      <w:r>
        <w:t>هذه كلها لا يريدها الشاعر</w:t>
      </w:r>
    </w:p>
    <w:p>
      <w:r>
        <w:t>فذهنك ينتقل الى النور</w:t>
      </w:r>
    </w:p>
    <w:p>
      <w:r>
        <w:t>ان فلان وبمركبات كقولنا في الهلال ومعه الزهرة انه قوس من ذهب يرمي بندق البندقة من فضة ما شاء الله عليه</w:t>
      </w:r>
    </w:p>
    <w:p>
      <w:r>
        <w:t>تشوف هذه كلها اه اه استعارات في غاية الجمال</w:t>
      </w:r>
    </w:p>
    <w:p>
      <w:r>
        <w:t>بدلا من ان يقول لك فلان النور عبارة ساذجة جدا</w:t>
      </w:r>
    </w:p>
    <w:p>
      <w:r>
        <w:t>بسيطة لا تفيد التخيل</w:t>
      </w:r>
    </w:p>
    <w:p>
      <w:r>
        <w:t>ما قال لك فلان قمر</w:t>
      </w:r>
    </w:p>
    <w:p>
      <w:r>
        <w:t>نعم</w:t>
      </w:r>
    </w:p>
    <w:p>
      <w:r>
        <w:t>والمحاكاة قد تكون بذوات وقد تكون باح ذوات يعني مواصفات وقد تكون ظاهرة وخفية بارزة وخفية</w:t>
      </w:r>
    </w:p>
    <w:p>
      <w:r>
        <w:t>والمحاكاة على ثلاثة اقسام</w:t>
      </w:r>
    </w:p>
    <w:p>
      <w:r>
        <w:t>محاكاة التشبيه ومحاكاة استعارة والمحاكاة التي تسمى من باب الذوائع</w:t>
      </w:r>
    </w:p>
    <w:p>
      <w:r>
        <w:t>فمحاكمة نوعان نوع يحاكي به آآ شيء بشيء ويدل على المحاكاة حرف من حروف التشبيه ككاف مثلا كمثل الكاف آآ وانما وما هو الا كذا ونوع لا يدل على المحاكاة بل يضع محاكي الشي مكانه</w:t>
      </w:r>
    </w:p>
    <w:p>
      <w:r>
        <w:t>يعني مثل هذا فلان قمر</w:t>
      </w:r>
    </w:p>
    <w:p>
      <w:r>
        <w:t>وضع فلان في مكان القمر</w:t>
      </w:r>
    </w:p>
    <w:p>
      <w:r>
        <w:t>ما لم ياتي بالتشبيه كاف ومثل هذه الامور</w:t>
      </w:r>
    </w:p>
    <w:p>
      <w:r>
        <w:t>نعم</w:t>
      </w:r>
    </w:p>
    <w:p>
      <w:r>
        <w:t>والاستعارة قريبة من التشبيه</w:t>
      </w:r>
    </w:p>
    <w:p>
      <w:r>
        <w:t>بعضهم يقول تشبيه جزء من الاستعارة</w:t>
      </w:r>
    </w:p>
    <w:p>
      <w:r>
        <w:t>لا</w:t>
      </w:r>
    </w:p>
    <w:p>
      <w:r>
        <w:t>التشبيه غير الاستعارة</w:t>
      </w:r>
    </w:p>
    <w:p>
      <w:r>
        <w:t>والفرق بينهما ان الاستعارة لا تكون الا الا في حال</w:t>
      </w:r>
    </w:p>
    <w:p>
      <w:r>
        <w:t>او في ذات مضافة</w:t>
      </w:r>
    </w:p>
    <w:p>
      <w:r>
        <w:t>فلا تكون فيها دلالة على المحاكاة بحروف المحاكاة</w:t>
      </w:r>
    </w:p>
    <w:p>
      <w:r>
        <w:t>كما تقول عين القلب طامحة اليك</w:t>
      </w:r>
    </w:p>
    <w:p>
      <w:r>
        <w:t>نعم عين القلب طامحة اليك</w:t>
      </w:r>
    </w:p>
    <w:p>
      <w:r>
        <w:t>يعني انا متعلق بك الى درجة قوية جدا الى عين القلب لب القلب</w:t>
      </w:r>
    </w:p>
    <w:p>
      <w:r>
        <w:t>اذا هذه العبارة هي التي تفيد التعلق اما تقول انه متعلق بكلاب مبتذلة</w:t>
      </w:r>
    </w:p>
    <w:p>
      <w:r>
        <w:t>مبتذلة</w:t>
      </w:r>
    </w:p>
    <w:p>
      <w:r>
        <w:t>نعم</w:t>
      </w:r>
    </w:p>
    <w:p>
      <w:r>
        <w:t>عين القلب الطامحة اليك</w:t>
      </w:r>
    </w:p>
    <w:p>
      <w:r>
        <w:t>والمحاكاة التي تسمى من باب الذوائع</w:t>
      </w:r>
    </w:p>
    <w:p>
      <w:r>
        <w:t>فهي التي تقوم اه كثرة الاستعمالات مقام ذات تحاكي عنه ويكاد لا يوافق ارباب الصناعة على انه محاكاة</w:t>
      </w:r>
    </w:p>
    <w:p>
      <w:r>
        <w:t>كقولهم للحبيب غزال وللممدوح بحر</w:t>
      </w:r>
    </w:p>
    <w:p>
      <w:r>
        <w:t>وللقد غصن وما اشبه ذلك</w:t>
      </w:r>
    </w:p>
    <w:p>
      <w:r>
        <w:t>كم عبارة جميلة جدا هذه الامور? العبارات المبتذلة لها</w:t>
      </w:r>
    </w:p>
    <w:p>
      <w:r>
        <w:t>نعم نعم</w:t>
      </w:r>
    </w:p>
    <w:p>
      <w:r>
        <w:t>فاذا قالت لك زوجتك الكريمة تحبني عزيزي يقول انت غزالي</w:t>
      </w:r>
    </w:p>
    <w:p>
      <w:r>
        <w:t>ما تقول احبك مبتذلة</w:t>
      </w:r>
    </w:p>
    <w:p>
      <w:r>
        <w:t>انت غزالي</w:t>
      </w:r>
    </w:p>
    <w:p>
      <w:r>
        <w:t>نعم</w:t>
      </w:r>
    </w:p>
    <w:p>
      <w:r>
        <w:t>فهذه الامور هذه هي الامور ضرورية للانسان الا يموت</w:t>
      </w:r>
    </w:p>
    <w:p>
      <w:r>
        <w:t>نعم</w:t>
      </w:r>
    </w:p>
    <w:p>
      <w:r>
        <w:t>وللممدوح بحر</w:t>
      </w:r>
    </w:p>
    <w:p>
      <w:r>
        <w:t>نعم</w:t>
      </w:r>
    </w:p>
    <w:p>
      <w:r>
        <w:t>تريد ان تمدح استاذك</w:t>
      </w:r>
    </w:p>
    <w:p>
      <w:r>
        <w:t>ادخل استاذي قوي</w:t>
      </w:r>
    </w:p>
    <w:p>
      <w:r>
        <w:t>قل استاذي بحر</w:t>
      </w:r>
    </w:p>
    <w:p>
      <w:r>
        <w:t>نعم</w:t>
      </w:r>
    </w:p>
    <w:p>
      <w:r>
        <w:t>تدرجه تحت البحر بالإدعاء حتى تأخذ الإمتداد</w:t>
      </w:r>
    </w:p>
    <w:p>
      <w:r>
        <w:t>تأخذ العظمة</w:t>
      </w:r>
    </w:p>
    <w:p>
      <w:r>
        <w:t>وللقد غصن غصن فيه الورد وفيه الجمال وفيه وفيه وما اشبه ذلك من الإستعمالات قال والقول الشعري قالوا والقول الشعري ما يتألف من مقدم مخيلة</w:t>
      </w:r>
    </w:p>
    <w:p>
      <w:r>
        <w:t>القول الشعري يعني هذه الالفاظ والمعاني</w:t>
      </w:r>
    </w:p>
    <w:p>
      <w:r>
        <w:t>وتكون تلك المقدمات موجهة</w:t>
      </w:r>
    </w:p>
    <w:p>
      <w:r>
        <w:t>تارة بحيلة من الحيل الصناعية نحو التخييل</w:t>
      </w:r>
    </w:p>
    <w:p>
      <w:r>
        <w:t>وتارة لذواتها بغير حيلة فتكون اما في لفظ فما فمقولة باللفظ بليغ الفصيح في اللغة او تكون في معناها ذات معنى بديع في نفسي</w:t>
      </w:r>
    </w:p>
    <w:p>
      <w:r>
        <w:t>اذا في القرآن الكريم قد تركز تركز على اللفظ قد تركز على المعنى</w:t>
      </w:r>
    </w:p>
    <w:p>
      <w:r>
        <w:t>يعني الله تعالى يركز على اللفظ مرة يركز على المعنى</w:t>
      </w:r>
    </w:p>
    <w:p>
      <w:r>
        <w:t>معنى المعنى موجود في اللفظ</w:t>
      </w:r>
    </w:p>
    <w:p>
      <w:r>
        <w:t>اشتعل الرأس شيبا هنا التركيز على جمالية اللفظ</w:t>
      </w:r>
    </w:p>
    <w:p>
      <w:r>
        <w:t>المعنى موجود يعني ان امتد بالعمر</w:t>
      </w:r>
    </w:p>
    <w:p>
      <w:r>
        <w:t>انتهيت خلاص قريب من الموت نحتاج الى وارث</w:t>
      </w:r>
    </w:p>
    <w:p>
      <w:r>
        <w:t>فالله تعالى يقول بدل من يقول انا كبرت يا الله قال واشتعل الرأس شيبا</w:t>
      </w:r>
    </w:p>
    <w:p>
      <w:r>
        <w:t>مثال الاول قول القائل وما ذرفت ما ذرفت عيناك الا تظربي بسهمك وما ذرفت عيناك</w:t>
      </w:r>
    </w:p>
    <w:p>
      <w:r>
        <w:t>لانها لتظربي</w:t>
      </w:r>
    </w:p>
    <w:p>
      <w:r>
        <w:t>وما ظرفت عيناك الا بسهميك في اعشار قلب مقتل</w:t>
      </w:r>
    </w:p>
    <w:p>
      <w:r>
        <w:t>او مقتل نعم</w:t>
      </w:r>
    </w:p>
    <w:p>
      <w:r>
        <w:t>وفي المعنى كقوله كأن قلوب الطير رطبا ويابسا لدى وكره العناب والحشف البالي</w:t>
      </w:r>
    </w:p>
    <w:p>
      <w:r>
        <w:t>نعم</w:t>
      </w:r>
    </w:p>
    <w:p>
      <w:r>
        <w:t>هذه مرة ركز على جمالية اللفظ مرة تركز على جمالية المعنى</w:t>
      </w:r>
    </w:p>
    <w:p>
      <w:r>
        <w:t>ومن هذا الباب جودة العبارة عن المعنى</w:t>
      </w:r>
    </w:p>
    <w:p>
      <w:r>
        <w:t>انظر من هذا الباب جودة العبارة عن المعنى</w:t>
      </w:r>
    </w:p>
    <w:p>
      <w:r>
        <w:t>يعني اللفظي يتجاوز المعنى</w:t>
      </w:r>
    </w:p>
    <w:p>
      <w:r>
        <w:t>يعني الخيال لا يركز على المعنى</w:t>
      </w:r>
    </w:p>
    <w:p>
      <w:r>
        <w:t>المعنى يفهمه بالعقل</w:t>
      </w:r>
    </w:p>
    <w:p>
      <w:r>
        <w:t>يروح الى الخيال</w:t>
      </w:r>
    </w:p>
    <w:p>
      <w:r>
        <w:t>نعم</w:t>
      </w:r>
    </w:p>
    <w:p>
      <w:r>
        <w:t>يقول لحبيبته انت غزالة</w:t>
      </w:r>
    </w:p>
    <w:p>
      <w:r>
        <w:t>يعني ادراجها تحت الغزل</w:t>
      </w:r>
    </w:p>
    <w:p>
      <w:r>
        <w:t>فهي تروح الى حيثيات الغزل من الرقة والجمال والبياض</w:t>
      </w:r>
    </w:p>
    <w:p>
      <w:r>
        <w:t>وو تنسى المعنى</w:t>
      </w:r>
    </w:p>
    <w:p>
      <w:r>
        <w:t>ما معنى انك جميلة? او اني احبك</w:t>
      </w:r>
    </w:p>
    <w:p>
      <w:r>
        <w:t>هذا تنساه</w:t>
      </w:r>
    </w:p>
    <w:p>
      <w:r>
        <w:t>نعم موجود</w:t>
      </w:r>
    </w:p>
    <w:p>
      <w:r>
        <w:t>تروح الى حيثيات الغزال وتلتذ خيالها يتسع</w:t>
      </w:r>
    </w:p>
    <w:p>
      <w:r>
        <w:t>نعم</w:t>
      </w:r>
    </w:p>
    <w:p>
      <w:r>
        <w:t>وتأنس</w:t>
      </w:r>
    </w:p>
    <w:p>
      <w:r>
        <w:t>نعم وتأنس</w:t>
      </w:r>
    </w:p>
    <w:p>
      <w:r>
        <w:t>نعم</w:t>
      </w:r>
    </w:p>
    <w:p>
      <w:r>
        <w:t>ومن هذا الباب جودة العبارة عن المعنى وتظمين معان كثيرة في بيت واحد من غير تقصير في العبارة</w:t>
      </w:r>
    </w:p>
    <w:p>
      <w:r>
        <w:t>والتي تكون مخيلة مخيلة فان يكون لاجزائها تناسب لبعضها الى بعض نعم والتناسب يكون بمشاكلة وقد يكون بمخالفة</w:t>
      </w:r>
    </w:p>
    <w:p>
      <w:r>
        <w:t>مشاكلة يعني اتحاد في حيثية والمخالفة اختلاف في الحيثية</w:t>
      </w:r>
    </w:p>
    <w:p>
      <w:r>
        <w:t>والمشاكلة على قسمين تامة وناقصة</w:t>
      </w:r>
    </w:p>
    <w:p>
      <w:r>
        <w:t>وكذا المخالفة تامة وناقصة</w:t>
      </w:r>
    </w:p>
    <w:p>
      <w:r>
        <w:t>والجميع اما بحسب اللفظ بحسب المعنى</w:t>
      </w:r>
    </w:p>
    <w:p>
      <w:r>
        <w:t>نعم والذي بحاسب اللفظ اما في الالفاظ الناقصة الدالة او العديمة الدلالة كالادوات والحروف التي هي مقاطع الكلم واما في الالفاظ الدالة المفردة او المركبة على الجمل</w:t>
      </w:r>
    </w:p>
    <w:p>
      <w:r>
        <w:t>وكذا الذي في المعاني يكون بحسب المعاني البسيطة او المركبة</w:t>
      </w:r>
    </w:p>
    <w:p>
      <w:r>
        <w:t>هذه هي صناعتي هذه هي صناعة الشعر</w:t>
      </w:r>
    </w:p>
    <w:p>
      <w:r>
        <w:t>واعلم ان الفاظ قد الالفاظ قد تحاكي بجوهرها اذا كانت فصيحة جزلة تنفع النفس بها</w:t>
      </w:r>
    </w:p>
    <w:p>
      <w:r>
        <w:t>تنفع النفس النفس المفعول به</w:t>
      </w:r>
    </w:p>
    <w:p>
      <w:r>
        <w:t>المعاني تحاكي اذا كانت غريبة لطيفة تنفعل النفس عنها</w:t>
      </w:r>
    </w:p>
    <w:p>
      <w:r>
        <w:t>نعم</w:t>
      </w:r>
    </w:p>
    <w:p>
      <w:r>
        <w:t>وهما معا اذا اجتمعت عذوبة اللفظ وبلاء اه بلاغته مع حسن المعنى</w:t>
      </w:r>
    </w:p>
    <w:p>
      <w:r>
        <w:t>ولطفه من غير زيادة ولا نقصان</w:t>
      </w:r>
    </w:p>
    <w:p>
      <w:r>
        <w:t>يعني الحشو</w:t>
      </w:r>
    </w:p>
    <w:p>
      <w:r>
        <w:t>غير جيد في الادبيات</w:t>
      </w:r>
    </w:p>
    <w:p>
      <w:r>
        <w:t>الاطناب للزائد غير صحيح والنقص غير صحيح</w:t>
      </w:r>
    </w:p>
    <w:p>
      <w:r>
        <w:t>واما المحاكاة بحسب الحيل فهي التي تسمى بالبديع</w:t>
      </w:r>
    </w:p>
    <w:p>
      <w:r>
        <w:t>تدرس في علم البلاغة قسم البديع</w:t>
      </w:r>
    </w:p>
    <w:p>
      <w:r>
        <w:t>وهي قد تكون في الشعر الموزون وتختص به يعني خاصة بالشعر فقط وقد تكون في الكلام المنثور وتختص به وقد يتشاركان فيها</w:t>
      </w:r>
    </w:p>
    <w:p>
      <w:r>
        <w:t>الشعر والنثر يتشاركا فيها</w:t>
      </w:r>
    </w:p>
    <w:p>
      <w:r>
        <w:t>وقد تكون بمشاكلات يعني في حيثية اشتراك ومخالفات تامة او ناقصة في الفاظ او في اجزاء الالفاظ او في المعاني او فيهما معان</w:t>
      </w:r>
    </w:p>
    <w:p>
      <w:r>
        <w:t>في اللفظ والمعنى ولهما علم خاص يتكفل به وعلم البديع</w:t>
      </w:r>
    </w:p>
    <w:p>
      <w:r>
        <w:t>والاستعارة الاستعارة يعني تخرج من داء بالحقيقة</w:t>
      </w:r>
    </w:p>
    <w:p>
      <w:r>
        <w:t>الى اللوازم نعم</w:t>
      </w:r>
    </w:p>
    <w:p>
      <w:r>
        <w:t>اللوازم او الى المصداق ومصداق المصداق وهكذا</w:t>
      </w:r>
    </w:p>
    <w:p>
      <w:r>
        <w:t>والاستعارات والتشبيه من المحاكاة</w:t>
      </w:r>
    </w:p>
    <w:p>
      <w:r>
        <w:t>والمحال منها يسمى جزافات اصطلاح فقط</w:t>
      </w:r>
    </w:p>
    <w:p>
      <w:r>
        <w:t>وربما يكون احسن من الفصيح واملح من نعم</w:t>
      </w:r>
    </w:p>
    <w:p>
      <w:r>
        <w:t>صدقوني اذا تقرأ شعر العمودي تجد العجائب من من الجزفاء</w:t>
      </w:r>
    </w:p>
    <w:p>
      <w:r>
        <w:t>واعلم ان المحاكاة الشعرية تكون اما باستدلال او بالاشتمال</w:t>
      </w:r>
    </w:p>
    <w:p>
      <w:r>
        <w:t>هنا اصطلاحات والاول هذا هو الاستدلال هو والاول ان يدل بالتشبيه على الشبيه</w:t>
      </w:r>
    </w:p>
    <w:p>
      <w:r>
        <w:t>اذا هذا بديع استعارات وليست استدلالات منطقية</w:t>
      </w:r>
    </w:p>
    <w:p>
      <w:r>
        <w:t>والثاني الاشتمال ان يتراءى بشيء ويراد غيره</w:t>
      </w:r>
    </w:p>
    <w:p>
      <w:r>
        <w:t>نعم</w:t>
      </w:r>
    </w:p>
    <w:p>
      <w:r>
        <w:t>استدلالو اما بالمحاكاة المطابقة الساذجة لها ما بايزاع طبيعي او بغير المطابقة الممكنة التي يمكن ان تكون في الوجود او المحال التي لا يمكن ان تكون في الوجود او بالتذكير ارجع الى الذاكرة او بالمشابهة واذا قصر الشاعر في محاكاته كان الكلقائص الغالط في قياسه</w:t>
      </w:r>
    </w:p>
    <w:p>
      <w:r>
        <w:t>وهو وهو بتقصير او تحريف هذه موجبات التقصير</w:t>
      </w:r>
    </w:p>
    <w:p>
      <w:r>
        <w:t>بتقصير او تحريف او كذب ممكن او محال</w:t>
      </w:r>
    </w:p>
    <w:p>
      <w:r>
        <w:t>ولا يمكن اعداد مواضع وانواع المخيلات</w:t>
      </w:r>
    </w:p>
    <w:p>
      <w:r>
        <w:t>يعني هذه القضايا الشعرية في القياسات الشعرية</w:t>
      </w:r>
    </w:p>
    <w:p>
      <w:r>
        <w:t>كما اعد الجدل للمنشورات والخطاب الاراء المحمودة</w:t>
      </w:r>
    </w:p>
    <w:p>
      <w:r>
        <w:t>لان المخيلات كلما كانت اغراب كانت واعجب</w:t>
      </w:r>
    </w:p>
    <w:p>
      <w:r>
        <w:t>نعم</w:t>
      </w:r>
    </w:p>
    <w:p>
      <w:r>
        <w:t>ولهذا يقولون اه اكذب الشعر اه الذ الشعر اكذبه</w:t>
      </w:r>
    </w:p>
    <w:p>
      <w:r>
        <w:t>فلا يمكن ضبطها كما امكن ظبط المواضع في الصناعتين الاوليين يعني في الجدل والخطاب</w:t>
      </w:r>
    </w:p>
    <w:p>
      <w:r>
        <w:t>وليكن هذا اخر ما نورده في شرح هذا الكتاب</w:t>
      </w:r>
    </w:p>
    <w:p>
      <w:r>
        <w:t>تم الكتاب</w:t>
      </w:r>
    </w:p>
    <w:p>
      <w:r>
        <w:t>واذا لاحظتم ملاحظة بعد بعد آآ يعني من الخطابة من من الجدل الى الخطاب الى الشعر انها توصيف لوظائف وليست علميات ولهذا انا لم اركز كثيرا على التحليل انا ما في علميات وانما هو توصيف للشاعر توصيف للمجادل وتوصيف للخطيب في الحقيقة ما يجب عليه ان يكون يعني هي الزامات اكثر ما هي علمية</w:t>
      </w:r>
    </w:p>
    <w:p>
      <w:r>
        <w:t>معايير يجب ان يلتفت اليها ويلتزم بها الجدلي والخطيب والشاعر</w:t>
      </w:r>
    </w:p>
    <w:p>
      <w:r>
        <w:t>ليست مسائل علمية في حقيقتها ان شاء الله تستفيد من هذه الدورة وهي ليست دورة نهائية وانما هي تعطي ارضية جيدة ومتينة لدراسات اجتهادية اعمق في الحقل المنطقي واستسمحكم اذا قصرت اخلاقيا معرفيا علميا لانني انسان ضعيف بشر ضعيف يلفه النقص من جميع الجهات ان شاء الله تكون هذه الدورة مفيدة لكم ولغيركم ونسألكم الدعاء والسلام عليكم ورحمة الله وبركاته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